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Brazilian queer romance film on Netflix right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Here The Whole Time, a Brazilian queer coming-of-age romance now streaming on Netflix. The Portuguese-language film follows Felipe through a bruising summer of first love, body-image worries and family tension, offering international audiences a tender, funny story about wanting to be loved and learning to feel at home in your own skin.</w:t>
      </w:r>
      <w:r/>
    </w:p>
    <w:p>
      <w:pPr>
        <w:pStyle w:val="Heading2"/>
      </w:pPr>
      <w:r>
        <w:t>Essential Takeaways</w:t>
      </w:r>
      <w:r/>
      <w:r/>
    </w:p>
    <w:p>
      <w:pPr>
        <w:pStyle w:val="ListBullet"/>
        <w:spacing w:line="240" w:lineRule="auto"/>
        <w:ind w:left="720"/>
      </w:pPr>
      <w:r/>
      <w:r>
        <w:rPr>
          <w:b/>
        </w:rPr>
        <w:t>A Netflix hit:</w:t>
      </w:r>
      <w:r>
        <w:t xml:space="preserve"> The film has reached No. 8 on Netflix's global viewing chart.</w:t>
      </w:r>
      <w:r/>
    </w:p>
    <w:p>
      <w:pPr>
        <w:pStyle w:val="ListBullet"/>
        <w:spacing w:line="240" w:lineRule="auto"/>
        <w:ind w:left="720"/>
      </w:pPr>
      <w:r/>
      <w:r>
        <w:rPr>
          <w:b/>
        </w:rPr>
        <w:t>A Brazilian original:</w:t>
      </w:r>
      <w:r>
        <w:t xml:space="preserve"> It's based on Vitor Brandt's 2020 queer novel Quinze Dias.</w:t>
      </w:r>
      <w:r/>
    </w:p>
    <w:p>
      <w:pPr>
        <w:pStyle w:val="ListBullet"/>
        <w:spacing w:line="240" w:lineRule="auto"/>
        <w:ind w:left="720"/>
      </w:pPr>
      <w:r/>
      <w:r>
        <w:rPr>
          <w:b/>
        </w:rPr>
        <w:t>A summer romance:</w:t>
      </w:r>
      <w:r>
        <w:t xml:space="preserve"> Felipe reconnects with childhood friend Caio, with unexpected consequences.</w:t>
      </w:r>
      <w:r/>
    </w:p>
    <w:p>
      <w:pPr>
        <w:pStyle w:val="ListBullet"/>
        <w:spacing w:line="240" w:lineRule="auto"/>
        <w:ind w:left="720"/>
      </w:pPr>
      <w:r/>
      <w:r>
        <w:rPr>
          <w:b/>
        </w:rPr>
        <w:t>More than a love story:</w:t>
      </w:r>
      <w:r>
        <w:t xml:space="preserve"> Body image, bullying, family and self-acceptance drive the drama.</w:t>
      </w:r>
      <w:r/>
    </w:p>
    <w:p>
      <w:pPr>
        <w:pStyle w:val="ListBullet"/>
        <w:spacing w:line="240" w:lineRule="auto"/>
        <w:ind w:left="720"/>
      </w:pPr>
      <w:r/>
      <w:r>
        <w:rPr>
          <w:b/>
        </w:rPr>
        <w:t>A hopeful finish:</w:t>
      </w:r>
      <w:r>
        <w:t xml:space="preserve"> The ending puts Felipe's growing confidence at the heart of the story.</w:t>
      </w:r>
      <w:r/>
      <w:r/>
    </w:p>
    <w:p>
      <w:pPr>
        <w:pStyle w:val="Heading2"/>
      </w:pPr>
      <w:r>
        <w:t>Why Here The Whole Time is suddenly everywhere</w:t>
      </w:r>
      <w:r/>
    </w:p>
    <w:p>
      <w:r/>
      <w:r>
        <w:t>The strongest reason to press play is its emotional mix. Here The Whole Time pairs the warm, slightly sticky atmosphere of a summer romance with the sharper pain of teenage insecurity, making it feel both easy to watch and quietly affecting.</w:t>
      </w:r>
      <w:r/>
    </w:p>
    <w:p>
      <w:r/>
      <w:r>
        <w:t>Netflix lists the film as a Brazilian title, while the platform's international promotion has helped introduce its young leads, Miguel Lallo and Diego Lira, to a much wider audience. The result is a film that feels local in language and setting but familiar in its awkward silences, sudden crushes and catastrophic party moments.</w:t>
      </w:r>
      <w:r/>
    </w:p>
    <w:p>
      <w:r/>
      <w:r>
        <w:t>Its reported global chart position also suggests that audiences are looking beyond the usual English-language teen romances. That's encouraging news for viewers who want queer stories with a distinctly Brazilian identity rather than another polished variation on the same school corridor drama.</w:t>
      </w:r>
      <w:r/>
    </w:p>
    <w:p>
      <w:pPr>
        <w:pStyle w:val="Heading2"/>
      </w:pPr>
      <w:r>
        <w:t>A summer friendship becomes something more</w:t>
      </w:r>
      <w:r/>
    </w:p>
    <w:p>
      <w:r/>
      <w:r>
        <w:t>Felipe begins the story hoping for an escape from school bullying and a quieter break with his mother, Rita. Instead, Caio arrives, bringing years of distance, unresolved feelings and the possibility of starting again.</w:t>
      </w:r>
      <w:r/>
    </w:p>
    <w:p>
      <w:r/>
      <w:r>
        <w:t>The boys' relationship develops through uncomfortable conversations and stolen time together. Their connection has the giddy rush of a first romance, but it never forgets that both teenagers are carrying baggage. Caio is wrestling with his sexuality and a controlling home life, while Felipe is already exhausted by the way other people judge his body.</w:t>
      </w:r>
      <w:r/>
    </w:p>
    <w:p>
      <w:r/>
      <w:r>
        <w:t>That difference gives the romance its tension. Felipe wants clarity and reassurance, whereas Caio is still figuring out what he can admit, to himself and everyone else. As reviews from Q+ Magazine and the Washington Blade suggest, the film's appeal lies in allowing tenderness and uncertainty to sit side by side.</w:t>
      </w:r>
      <w:r/>
    </w:p>
    <w:p>
      <w:pPr>
        <w:pStyle w:val="Heading2"/>
      </w:pPr>
      <w:r>
        <w:t>Body image is part of the love story</w:t>
      </w:r>
      <w:r/>
    </w:p>
    <w:p>
      <w:r/>
      <w:r>
        <w:t>Felipe's weight isn't treated as a throwaway detail or a makeover problem. It shapes how he interprets every glance, argument and romantic setback, especially when he fears Caio may prefer someone thinner.</w:t>
      </w:r>
      <w:r/>
    </w:p>
    <w:p>
      <w:r/>
      <w:r>
        <w:t>That makes the film's emotional stakes more recognisable. A careless moment can feel enormous when confidence is already fragile, and a romantic misunderstanding quickly becomes a referendum on whether Felipe believes he's desirable at all. Folha's coverage has highlighted the significance of seeing larger people portrayed as wanted, complicated and fully romantic.</w:t>
      </w:r>
      <w:r/>
    </w:p>
    <w:p>
      <w:r/>
      <w:r>
        <w:t>The film is also careful not to suggest that a partner can magically repair years of self-doubt. Felipe needs affection, but he also needs to question the harsh story he's been telling himself. That's a much healthier message than pretending a happy relationship solves everything.</w:t>
      </w:r>
      <w:r/>
    </w:p>
    <w:p>
      <w:pPr>
        <w:pStyle w:val="Heading2"/>
      </w:pPr>
      <w:r>
        <w:t>What viewers should know before watching</w:t>
      </w:r>
      <w:r/>
    </w:p>
    <w:p>
      <w:r/>
      <w:r>
        <w:t>Expect romance, comedy and some painful family conflict rather than a purely breezy holiday film. The plot includes a party disaster, jealousy and a difficult conversation about coming out, so the tone can shift quickly from soft and playful to raw.</w:t>
      </w:r>
      <w:r/>
    </w:p>
    <w:p>
      <w:r/>
      <w:r>
        <w:t>Rita and Felipe's relationship is particularly important. He lashes out when he's hurt, then has to face the damage his words have caused. Their eventual conversation gives the film room to show that supportive families aren't perfect, and that apologies matter when they're followed by genuine understanding.</w:t>
      </w:r>
      <w:r/>
    </w:p>
    <w:p>
      <w:r/>
      <w:r>
        <w:t>For viewers choosing a film for younger audiences, it's worth noting that the story deals openly with bullying, body shame, sexuality and emotional distress. Netflix's listing is the best place to check current availability and regional classification before watching.</w:t>
      </w:r>
      <w:r/>
    </w:p>
    <w:p>
      <w:pPr>
        <w:pStyle w:val="Heading2"/>
      </w:pPr>
      <w:r>
        <w:t>A hopeful ending with real emotional weight</w:t>
      </w:r>
      <w:r/>
    </w:p>
    <w:p>
      <w:r/>
      <w:r>
        <w:t>Without flattening every problem into a neat solution, Here The Whole Time moves towards acceptance. Caio's family has to confront his sexuality, while Felipe takes a more personal step towards feeling comfortable in his own body.</w:t>
      </w:r>
      <w:r/>
    </w:p>
    <w:p>
      <w:r/>
      <w:r>
        <w:t>The closing pool scene carries particular weight because it turns an ordinary summer image into a quiet act of freedom. Felipe isn't simply celebrating a relationship. He's allowing himself to be seen, which may be the film's most meaningful romance of all.</w:t>
      </w:r>
      <w:r/>
    </w:p>
    <w:p>
      <w:r/>
      <w:r>
        <w:t>The cast and creative team have helped give the story a broad emotional reach, while its Brazilian setting keeps it from feeling generic. For anyone searching for a tender queer coming-of-age film on Netflix, this is a thoughtful, approachable choice.</w:t>
      </w:r>
      <w:r/>
    </w:p>
    <w:p>
      <w:r/>
      <w:r>
        <w:t>It's a small summer story with a big-hearted message: being loved feels better when you no longer believe you have to earn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https://www.highonfilms.com/here-the-whole-time-2026-netflix-trending-brazilian-movie/</w:t>
        </w:r>
      </w:hyperlink>
      <w:r>
        <w:t xml:space="preserve"> - Please view link - unable to able to access data</w:t>
      </w:r>
      <w:r/>
    </w:p>
    <w:p>
      <w:pPr>
        <w:pStyle w:val="ListNumber"/>
        <w:spacing w:line="240" w:lineRule="auto"/>
        <w:ind w:left="720"/>
      </w:pPr>
      <w:r/>
      <w:hyperlink r:id="rId10">
        <w:r>
          <w:rPr>
            <w:color w:val="0000EE"/>
            <w:u w:val="single"/>
          </w:rPr>
          <w:t>https://about.netflix.com/pt_br/news/prepare-your-hearts-miguel-lallo-and-diego-lira-meet-with-the-cast-of-heartstopper-in-london-to-announce-the-premiere-of-here-the-whole-time-on-netflix</w:t>
        </w:r>
      </w:hyperlink>
      <w:r>
        <w:t xml:space="preserve"> - Netflix’s own newsroom post confirms the film’s global streaming launch date and frames it as a ‘Brazilian Heartstopper’ connection piece, which adds release timing and marketing context absent from the High On Films article. It also names the lead actors, cites the Vitor Martins adaptation, and explains that Netflix staged a London meeting with Heartstopper stars Kit Connor and Joe Locke to promote the film. The article adds a concise synopsis, clarifying Felipe’s July break plans, bullying, and Caio moving in for fifteen days, and it situates the title alongside the final Heartstopper film.</w:t>
      </w:r>
      <w:r/>
    </w:p>
    <w:p>
      <w:pPr>
        <w:pStyle w:val="ListNumber"/>
        <w:spacing w:line="240" w:lineRule="auto"/>
        <w:ind w:left="720"/>
      </w:pPr>
      <w:r/>
      <w:hyperlink r:id="rId11">
        <w:r>
          <w:rPr>
            <w:color w:val="0000EE"/>
            <w:u w:val="single"/>
          </w:rPr>
          <w:t>https://www.netflix.com/br/title/81770502</w:t>
        </w:r>
      </w:hyperlink>
      <w:r>
        <w:t xml:space="preserve"> - Netflix’s title page adds practical viewing data: the official Brazilian title, age rating, genre tags, language options, subtitles and full cast list. It also provides a shorter synopsis that differs slightly in emphasis from the article, centring Felipe’s wish to spend ‘tranquil holidays’ with his artist mother while bingeing musicals. The page is useful for establishing the platform’s own catalogue metadata and for confirming that the original Portuguese title is Quinze Dias. It does not add plot detail, but it anchors the film’s official presentation on Netflix and confirms the main cast.</w:t>
      </w:r>
      <w:r/>
    </w:p>
    <w:p>
      <w:pPr>
        <w:pStyle w:val="ListNumber"/>
        <w:spacing w:line="240" w:lineRule="auto"/>
        <w:ind w:left="720"/>
      </w:pPr>
      <w:r/>
      <w:hyperlink r:id="rId12">
        <w:r>
          <w:rPr>
            <w:color w:val="0000EE"/>
            <w:u w:val="single"/>
          </w:rPr>
          <w:t>https://qplusmagazine.com/here-the-whole-time-review/</w:t>
        </w:r>
      </w:hyperlink>
      <w:r>
        <w:t xml:space="preserve"> - This review adds a more critical, queer-specific reading of the film and focuses on how the romance is shaped by body image and self-worth. It confirms the premise, the fifteen-day house-sharing setup, and Felipe’s assumptions about Caio, but also stresses that the film’s appeal lies in who gets to be the centre of the love story. Compared with the article, it adds discussion of another character’s insecurities and argues that the film does not treat one body type as more deserving of insecurity than another. It is helpful for understanding the film’s thematic framing, not just its plot.</w:t>
      </w:r>
      <w:r/>
    </w:p>
    <w:p>
      <w:pPr>
        <w:pStyle w:val="ListNumber"/>
        <w:spacing w:line="240" w:lineRule="auto"/>
        <w:ind w:left="720"/>
      </w:pPr>
      <w:r/>
      <w:hyperlink r:id="rId13">
        <w:r>
          <w:rPr>
            <w:color w:val="0000EE"/>
            <w:u w:val="single"/>
          </w:rPr>
          <w:t>https://www.tvinsider.com/swooon/1297212/here-the-whole-time-cast-miguel-lallo-diego-lira-actors-facts-quinze-dias/</w:t>
        </w:r>
      </w:hyperlink>
      <w:r>
        <w:t xml:space="preserve"> - This TV Insider/Swooon feature is cast-focused and adds age and background details about the two leads, along with a concise description of the premise. It confirms that fans are calling the film a Brazilian Heartstopper and gives a simpler, less spoiler-heavy account of the story. Unlike the article, it does not go deep into the ending or emotional beats, but it contributes useful biographical context on the actors and the film’s release-era reception. It is good for reporting on who the stars are and why they are being promoted as new Netflix faces.</w:t>
      </w:r>
      <w:r/>
    </w:p>
    <w:p>
      <w:pPr>
        <w:pStyle w:val="ListNumber"/>
        <w:spacing w:line="240" w:lineRule="auto"/>
        <w:ind w:left="720"/>
      </w:pPr>
      <w:r/>
      <w:hyperlink r:id="rId14">
        <w:r>
          <w:rPr>
            <w:color w:val="0000EE"/>
            <w:u w:val="single"/>
          </w:rPr>
          <w:t>https://www.washingtonblade.com/2026/09/06/here-the-whole-time-review/</w:t>
        </w:r>
      </w:hyperlink>
      <w:r>
        <w:t xml:space="preserve"> - The Washington Blade review adds a sharper critical angle and frames the film as a welcome exception within queer cinema because its lead is not physically ‘model-perfect’. It repeats the basic setup, but spends more time on self-discovery, narration, bullying and the emotional value of a body-diverse romantic lead. The article contributes a strong angle on representation and audience appeal, while also positioning the film as an upbeat, feel-good romcom. It is less plot-dense than the article, but it adds useful critical language and context for readers interested in LGBTQ+ film coverage.</w:t>
      </w:r>
      <w:r/>
    </w:p>
    <w:p>
      <w:pPr>
        <w:pStyle w:val="ListNumber"/>
        <w:spacing w:line="240" w:lineRule="auto"/>
        <w:ind w:left="720"/>
      </w:pPr>
      <w:r/>
      <w:hyperlink r:id="rId15">
        <w:r>
          <w:rPr>
            <w:color w:val="0000EE"/>
            <w:u w:val="single"/>
          </w:rPr>
          <w:t>https://www1.folha.uol.com.br/folhateen/2026/08/quinze-dias-por-que-parece-estranho-ver-pessoas-gordas-sendo-desejadas.shtml</w:t>
        </w:r>
      </w:hyperlink>
      <w:r>
        <w:t xml:space="preserve"> - Folha’s Folhateen piece adds a Brazilian cultural and social debate around fatphobia and desirability that the English-language article only touches on indirectly. It notes that the film has recently reached Netflix and says online discussion has focused on the idea that a fat person being chosen as a romantic partner by a thinner person is somehow implausible. The article is useful because it shows how the film’s reception in Brazil has moved beyond plot summary into arguments about body politics, self-image and prejudice. It gives a concise description of Felipe and Caio and situates the film within that broader backlash and conversation.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ghonfilms.com/here-the-whole-time-2026-netflix-trending-brazilian-movie/" TargetMode="External"/><Relationship Id="rId10" Type="http://schemas.openxmlformats.org/officeDocument/2006/relationships/hyperlink" Target="https://about.netflix.com/pt_br/news/prepare-your-hearts-miguel-lallo-and-diego-lira-meet-with-the-cast-of-heartstopper-in-london-to-announce-the-premiere-of-here-the-whole-time-on-netflix" TargetMode="External"/><Relationship Id="rId11" Type="http://schemas.openxmlformats.org/officeDocument/2006/relationships/hyperlink" Target="https://www.netflix.com/br/title/81770502" TargetMode="External"/><Relationship Id="rId12" Type="http://schemas.openxmlformats.org/officeDocument/2006/relationships/hyperlink" Target="https://qplusmagazine.com/here-the-whole-time-review/" TargetMode="External"/><Relationship Id="rId13" Type="http://schemas.openxmlformats.org/officeDocument/2006/relationships/hyperlink" Target="https://www.tvinsider.com/swooon/1297212/here-the-whole-time-cast-miguel-lallo-diego-lira-actors-facts-quinze-dias/" TargetMode="External"/><Relationship Id="rId14" Type="http://schemas.openxmlformats.org/officeDocument/2006/relationships/hyperlink" Target="https://www.washingtonblade.com/2026/09/06/here-the-whole-time-review/" TargetMode="External"/><Relationship Id="rId15" Type="http://schemas.openxmlformats.org/officeDocument/2006/relationships/hyperlink" Target="https://www1.folha.uol.com.br/folhateen/2026/08/quinze-dias-por-que-parece-estranho-ver-pessoas-gordas-sendo-desejadas.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