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Vigevano death raises questions after homophobic attack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Authorities in Vigevano are investigating the death of a 24-year-old man from El Salvador, found in a semi-abandoned building less than two weeks after he was allegedly insulted and pushed into the Naviglio Sforzesco. The case has renewed concern over violence, vulnerability and the support available to victims of homophobic attacks.</w:t>
      </w:r>
      <w:r/>
    </w:p>
    <w:p>
      <w:pPr>
        <w:pStyle w:val="Heading2"/>
      </w:pPr>
      <w:r>
        <w:t>Essential Takeaways</w:t>
      </w:r>
      <w:r/>
      <w:r/>
    </w:p>
    <w:p>
      <w:pPr>
        <w:pStyle w:val="ListBullet"/>
        <w:spacing w:line="240" w:lineRule="auto"/>
        <w:ind w:left="720"/>
      </w:pPr>
      <w:r/>
      <w:r>
        <w:rPr>
          <w:b/>
        </w:rPr>
        <w:t>The victim:</w:t>
      </w:r>
      <w:r>
        <w:t xml:space="preserve"> A 24-year-old man originally from El Salvador was found dead in his home in Vigevano, near Pavia.</w:t>
      </w:r>
      <w:r/>
    </w:p>
    <w:p>
      <w:pPr>
        <w:pStyle w:val="ListBullet"/>
        <w:spacing w:line="240" w:lineRule="auto"/>
        <w:ind w:left="720"/>
      </w:pPr>
      <w:r/>
      <w:r>
        <w:rPr>
          <w:b/>
        </w:rPr>
        <w:t>The earlier assault:</w:t>
      </w:r>
      <w:r>
        <w:t xml:space="preserve"> On 22 August, two young men allegedly subjected him to homophobic abuse before pushing him into the canal.</w:t>
      </w:r>
      <w:r/>
    </w:p>
    <w:p>
      <w:pPr>
        <w:pStyle w:val="ListBullet"/>
        <w:spacing w:line="240" w:lineRule="auto"/>
        <w:ind w:left="720"/>
      </w:pPr>
      <w:r/>
      <w:r>
        <w:rPr>
          <w:b/>
        </w:rPr>
        <w:t>The investigation:</w:t>
      </w:r>
      <w:r>
        <w:t xml:space="preserve"> Police are examining the circumstances of the death and have not ruled out any explanation.</w:t>
      </w:r>
      <w:r/>
    </w:p>
    <w:p>
      <w:pPr>
        <w:pStyle w:val="ListBullet"/>
        <w:spacing w:line="240" w:lineRule="auto"/>
        <w:ind w:left="720"/>
      </w:pPr>
      <w:r/>
      <w:r>
        <w:rPr>
          <w:b/>
        </w:rPr>
        <w:t>Earlier charges:</w:t>
      </w:r>
      <w:r>
        <w:t xml:space="preserve"> The two alleged attackers were reported over discrimination linked to sexual orientation, personal injury, threats and resistance to police.</w:t>
      </w:r>
      <w:r/>
    </w:p>
    <w:p>
      <w:pPr>
        <w:pStyle w:val="ListBullet"/>
        <w:spacing w:line="240" w:lineRule="auto"/>
        <w:ind w:left="720"/>
      </w:pPr>
      <w:r/>
      <w:r>
        <w:rPr>
          <w:b/>
        </w:rPr>
        <w:t>Support had been offered:</w:t>
      </w:r>
      <w:r>
        <w:t xml:space="preserve"> The Pavia anti-discrimination centre had offered legal and psychological assistance after the assault.</w:t>
      </w:r>
      <w:r/>
      <w:r/>
    </w:p>
    <w:p>
      <w:pPr>
        <w:pStyle w:val="Heading2"/>
      </w:pPr>
      <w:r>
        <w:t>A death that has left investigators searching for answers</w:t>
      </w:r>
      <w:r/>
    </w:p>
    <w:p>
      <w:r/>
      <w:r>
        <w:t>The young man was found face down, with blood covering his face, inside the building where he lived. A fellow resident discovered him and contacted police, prompting an investigation into what happened, according to ANSA.</w:t>
      </w:r>
      <w:r/>
    </w:p>
    <w:p>
      <w:r/>
      <w:r>
        <w:t>The property has been described as semi-abandoned, an unsettling setting for a case that was already attracting attention because of the earlier assault. Investigators have questioned the person who found the body, while the cause and circumstances of death remain under examination, The Giorno reported.</w:t>
      </w:r>
      <w:r/>
    </w:p>
    <w:p>
      <w:r/>
      <w:r>
        <w:t>At this stage, authorities haven't publicly connected the death to the canal attack. That distinction matters, even as the timing inevitably raises difficult questions.</w:t>
      </w:r>
      <w:r/>
    </w:p>
    <w:p>
      <w:pPr>
        <w:pStyle w:val="Heading2"/>
      </w:pPr>
      <w:r>
        <w:t>What happened during the alleged attack?</w:t>
      </w:r>
      <w:r/>
    </w:p>
    <w:p>
      <w:r/>
      <w:r>
        <w:t>On 22 August, the man was reportedly targeted with homophobic insults before being pushed into the Naviglio Sforzesco. Reports said the confrontation continued when police arrived, with the two young men allegedly resisting officers, according to La Repubblica.</w:t>
      </w:r>
      <w:r/>
    </w:p>
    <w:p>
      <w:r/>
      <w:r>
        <w:t>The incident led to reports being filed over several suspected offences, including discrimination related to sexual orientation, injury, threats and resistance to a public official. Corriere della Sera reported that the men were not detained but were referred to prosecutors in Pavia.</w:t>
      </w:r>
      <w:r/>
    </w:p>
    <w:p>
      <w:r/>
      <w:r>
        <w:t>Being pushed into a canal is frightening enough without the added cruelty of targeted abuse. For anyone watching from the outside, it's a reminder that so-called insults can quickly become physical danger.</w:t>
      </w:r>
      <w:r/>
    </w:p>
    <w:p>
      <w:pPr>
        <w:pStyle w:val="Heading2"/>
      </w:pPr>
      <w:r>
        <w:t>Why the unanswered details matter</w:t>
      </w:r>
      <w:r/>
    </w:p>
    <w:p>
      <w:r/>
      <w:r>
        <w:t>The 24-year-old was taken to Vigevano's Civic Hospital after the incident but left voluntarily before doctors had completed their checks, Adnkronos reported. In the days that followed, he reportedly chose not to make a formal complaint.</w:t>
      </w:r>
      <w:r/>
    </w:p>
    <w:p>
      <w:r/>
      <w:r>
        <w:t>The Pavia anti-discrimination centre had offered legal and psychological support, according to Tgcom24. That offer highlights how complicated these cases can be: a victim may be frightened, exhausted, distrustful or simply unwilling to relive what happened through a formal process.</w:t>
      </w:r>
      <w:r/>
    </w:p>
    <w:p>
      <w:r/>
      <w:r>
        <w:t>Leaving hospital or declining to report an assault doesn't erase the seriousness of the alleged attack. It can, however, make it harder for investigators and support services to understand a person's condition and provide continued protection.</w:t>
      </w:r>
      <w:r/>
    </w:p>
    <w:p>
      <w:pPr>
        <w:pStyle w:val="Heading2"/>
      </w:pPr>
      <w:r>
        <w:t>A wider concern about reporting hate-motivated violence</w:t>
      </w:r>
      <w:r/>
    </w:p>
    <w:p>
      <w:r/>
      <w:r>
        <w:t>The case sits within a broader challenge facing victims of homophobic violence: getting immediate help while also navigating police, medical and legal systems. Support needs to be accessible, confidential and practical, not just available in theory.</w:t>
      </w:r>
      <w:r/>
    </w:p>
    <w:p>
      <w:r/>
      <w:r>
        <w:t>Anti-discrimination centres can offer an important bridge between emergency services and longer-term assistance. That may include counselling, help understanding legal options and support with accommodation or safety planning, depending on the circumstances.</w:t>
      </w:r>
      <w:r/>
    </w:p>
    <w:p>
      <w:r/>
      <w:r>
        <w:t>For now, investigators in Vigevano are working to establish the facts rather than draw conclusions. The next findings, including any forensic evidence, will be crucial in clarifying whether the earlier assault played a role in the death.</w:t>
      </w:r>
      <w:r/>
    </w:p>
    <w:p>
      <w:pPr>
        <w:pStyle w:val="Heading2"/>
      </w:pPr>
      <w:r>
        <w:t>What happens next?</w:t>
      </w:r>
      <w:r/>
    </w:p>
    <w:p>
      <w:r/>
      <w:r>
        <w:t>Police are expected to continue gathering statements and examining the location where the body was found. The two men previously reported over the canal incident remain part of the wider case history, but the death investigation must establish its own evidence and timeline.</w:t>
      </w:r>
      <w:r/>
    </w:p>
    <w:p>
      <w:r/>
      <w:r>
        <w:t>The story has already prompted public concern because of the short gap between the reported attack and the discovery of the body. Still, careful investigation is essential. As difficult as the waiting may be, facts must lead the response.</w:t>
      </w:r>
      <w:r/>
    </w:p>
    <w:p>
      <w:r/>
      <w:r>
        <w:t>It's a tragic case that shows why prompt medical care, safe accommodation and sustained support can matter long after an attack appears to be over.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[6]</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[6]</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[6]</w:t>
        </w:r>
      </w:hyperlink>
      <w:r>
        <w:t xml:space="preserve">- Paragraph 12: </w:t>
      </w:r>
      <w:hyperlink r:id="rId14">
        <w:r>
          <w:rPr>
            <w:color w:val="0000EE"/>
            <w:u w:val="single"/>
          </w:rPr>
          <w:t>[5]</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[6]</w:t>
        </w:r>
      </w:hyperlink>
      <w:r>
        <w:t xml:space="preserve">- Paragraph 15: </w:t>
      </w:r>
      <w:hyperlink r:id="rId14">
        <w:r>
          <w:rPr>
            <w:color w:val="0000EE"/>
            <w:u w:val="single"/>
          </w:rPr>
          <w:t>[5]</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https://www.ilfattoquotidiano.it/2026/09/02/vigevano-morto-vittima-insulti-omofobi/8494773/</w:t>
        </w:r>
      </w:hyperlink>
      <w:r>
        <w:t xml:space="preserve"> - Please view link - unable to able to access data</w:t>
      </w:r>
      <w:r/>
    </w:p>
    <w:p>
      <w:pPr>
        <w:pStyle w:val="ListNumber"/>
        <w:spacing w:line="240" w:lineRule="auto"/>
        <w:ind w:left="720"/>
      </w:pPr>
      <w:r/>
      <w:hyperlink r:id="rId10">
        <w:r>
          <w:rPr>
            <w:color w:val="0000EE"/>
            <w:u w:val="single"/>
          </w:rPr>
          <w:t>https://www.ansa.it/sito/notizie/cronaca/2026/09/02/trovato-morto-24enne-vittima-10-giorni-fa-di-unaggressione-omofoba_c88a6675-4717-402d-baf9-b8cb4ee4c964.html</w:t>
        </w:r>
      </w:hyperlink>
      <w:r>
        <w:t xml:space="preserve"> - ANSA reports the death of the 24-year-old Salvadoran man found in his apartment in Vigevano on the morning of 2 September 2026, linking it to the homophobic assault he suffered on 21 August. It adds that he had gone back to the riverbank unaided after the attack and had left hospital before being examined. The report also says the two suspects, aged 28 and 33, had already been identified and reported for several offences. It states the police do not exclude other possibilities, but the leading hypothesis is a natural death.</w:t>
      </w:r>
      <w:r/>
    </w:p>
    <w:p>
      <w:pPr>
        <w:pStyle w:val="ListNumber"/>
        <w:spacing w:line="240" w:lineRule="auto"/>
        <w:ind w:left="720"/>
      </w:pPr>
      <w:r/>
      <w:hyperlink r:id="rId11">
        <w:r>
          <w:rPr>
            <w:color w:val="0000EE"/>
            <w:u w:val="single"/>
          </w:rPr>
          <w:t>https://www.ilgiorno.it/pavia/cronaca/vigevano-morto-ragazzo-aggressione-omofoba-kpnvn9jp</w:t>
        </w:r>
      </w:hyperlink>
      <w:r>
        <w:t xml:space="preserve"> - Il Giorno confirms the discovery of the body in Vigevano on 2 September 2026 and places the death in the same broader story of the August homophobic assault. It adds a specific time, saying the body was found around 10:00, and states that police and forensic officers were on scene. Compared with the main article, it is more explicit that investigators currently favour a natural death. It also signals that the apartment is being checked for forensic evidence. The piece is short but useful as a contemporaneous local report with location and timing details.</w:t>
      </w:r>
      <w:r/>
    </w:p>
    <w:p>
      <w:pPr>
        <w:pStyle w:val="ListNumber"/>
        <w:spacing w:line="240" w:lineRule="auto"/>
        <w:ind w:left="720"/>
      </w:pPr>
      <w:r/>
      <w:hyperlink r:id="rId12">
        <w:r>
          <w:rPr>
            <w:color w:val="0000EE"/>
            <w:u w:val="single"/>
          </w:rPr>
          <w:t>https://milano.repubblica.it/cronaca/2026/08/22/news/vigevano_pavia_insulti_omofobi_gay_aggressione_giovane_spinto_naviglio_sforzesco-425541574/amp/</w:t>
        </w:r>
      </w:hyperlink>
      <w:r>
        <w:t xml:space="preserve"> - la Repubblica focuses on the original assault in Vigevano and adds a location detail, saying it happened on the Ponte della Giacchetta near the former ‘casa dei medici’. It identifies the two alleged attackers by initials and ages, says one already had a removal order from the municipality, and reports that they also threatened the responding carabinieri with a bottle. This version strengthens the police and public-order angle of the story and gives a slightly broader sense of the immediate aftermath. It is valuable for names, sequence and the alleged intimidation of officers.</w:t>
      </w:r>
      <w:r/>
    </w:p>
    <w:p>
      <w:pPr>
        <w:pStyle w:val="ListNumber"/>
        <w:spacing w:line="240" w:lineRule="auto"/>
        <w:ind w:left="720"/>
      </w:pPr>
      <w:r/>
      <w:hyperlink r:id="rId14">
        <w:r>
          <w:rPr>
            <w:color w:val="0000EE"/>
            <w:u w:val="single"/>
          </w:rPr>
          <w:t>https://www.adnkronos.com/cronaca/vigevano-pavia-aggressione-insulti-omofobia_7ijNvsrUsAk9h7a57vNTBX</w:t>
        </w:r>
      </w:hyperlink>
      <w:r>
        <w:t xml:space="preserve"> - Adnkronos gives a concise reconstruction based on the carabinieri’s version, saying the alarm came from a 112 call and that the two men were found nearby by officers from the Vigevano station. It is useful because it highlights the emergency response and police identification process rather than just the hate-motivated abuse. The piece also fixes the date as 22 August 2026 and describes the victim as a local young man, born in 2002. This makes it a good background source for the original attack and the first police intervention.</w:t>
      </w:r>
      <w:r/>
    </w:p>
    <w:p>
      <w:pPr>
        <w:pStyle w:val="ListNumber"/>
        <w:spacing w:line="240" w:lineRule="auto"/>
        <w:ind w:left="720"/>
      </w:pPr>
      <w:r/>
      <w:hyperlink r:id="rId13">
        <w:r>
          <w:rPr>
            <w:color w:val="0000EE"/>
            <w:u w:val="single"/>
          </w:rPr>
          <w:t>https://milano.corriere.it/notizie/cronaca/26_agosto_22/vigevano-24enne-insultato-e-aggredito-perche-gay-in-due-lo-bloccano-e-buttano-nel-naviglio-denunciati-83940386-f9ef-4d34-87da-08791018fxlk.shtml</w:t>
        </w:r>
      </w:hyperlink>
      <w:r>
        <w:t xml:space="preserve"> - Corriere della Sera adds several reporting details not present in the main article, including the names given only as ages, the fact that one suspect had previous records, and the claim that a witness called the carabinieri and helped the victim out of the water. It also says the victim later went to Vigevano hospital for checks. The article reinforces that the case was initially treated as a homophobic assault and that the suspects faced accusations beyond hate discrimination, including threats and resistance to public officials. It is useful for the immediate rescue and police response.</w:t>
      </w:r>
      <w:r/>
    </w:p>
    <w:p>
      <w:pPr>
        <w:pStyle w:val="ListNumber"/>
        <w:spacing w:line="240" w:lineRule="auto"/>
        <w:ind w:left="720"/>
      </w:pPr>
      <w:r/>
      <w:hyperlink r:id="rId15">
        <w:r>
          <w:rPr>
            <w:color w:val="0000EE"/>
            <w:u w:val="single"/>
          </w:rPr>
          <w:t>https://www.tgcom24.mediaset.it/cronaca/vigevano-morto-giovane-vittima-aggressione-omofoba-_116131387-202602k.shtml</w:t>
        </w:r>
      </w:hyperlink>
      <w:r>
        <w:t xml:space="preserve"> - Tgcom24 reports the discovery of the young man’s body in his Vigevano apartment and, unlike the original article, explicitly says that at present no hypothesis is excluded while investigators work on the cause of death. It repeats the Salvadoran origin and the 21 August assault, but adds the rescue detail that he managed to save himself by clinging to the bank. The piece is useful for reconstructing the sequence from attack to death, and it gives a clean, easy-to-cite summary of the police and forensic response. It is a straightforward follow-up on the fatal discovery.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ilfattoquotidiano.it/2026/09/02/vigevano-morto-vittima-insulti-omofobi/8494773/" TargetMode="External"/><Relationship Id="rId10" Type="http://schemas.openxmlformats.org/officeDocument/2006/relationships/hyperlink" Target="https://www.ansa.it/sito/notizie/cronaca/2026/09/02/trovato-morto-24enne-vittima-10-giorni-fa-di-unaggressione-omofoba_c88a6675-4717-402d-baf9-b8cb4ee4c964.html" TargetMode="External"/><Relationship Id="rId11" Type="http://schemas.openxmlformats.org/officeDocument/2006/relationships/hyperlink" Target="https://www.ilgiorno.it/pavia/cronaca/vigevano-morto-ragazzo-aggressione-omofoba-kpnvn9jp" TargetMode="External"/><Relationship Id="rId12" Type="http://schemas.openxmlformats.org/officeDocument/2006/relationships/hyperlink" Target="https://milano.repubblica.it/cronaca/2026/08/22/news/vigevano_pavia_insulti_omofobi_gay_aggressione_giovane_spinto_naviglio_sforzesco-425541574/amp/" TargetMode="External"/><Relationship Id="rId13" Type="http://schemas.openxmlformats.org/officeDocument/2006/relationships/hyperlink" Target="https://milano.corriere.it/notizie/cronaca/26_agosto_22/vigevano-24enne-insultato-e-aggredito-perche-gay-in-due-lo-bloccano-e-buttano-nel-naviglio-denunciati-83940386-f9ef-4d34-87da-08791018fxlk.shtml" TargetMode="External"/><Relationship Id="rId14" Type="http://schemas.openxmlformats.org/officeDocument/2006/relationships/hyperlink" Target="https://www.adnkronos.com/cronaca/vigevano-pavia-aggressione-insulti-omofobia_7ijNvsrUsAk9h7a57vNTBX" TargetMode="External"/><Relationship Id="rId15" Type="http://schemas.openxmlformats.org/officeDocument/2006/relationships/hyperlink" Target="https://www.tgcom24.mediaset.it/cronaca/vigevano-morto-giovane-vittima-aggressione-omofoba-_116131387-202602k.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