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Duluth-Superior Pride Festival celebrates 40 years of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residents gathered at Bayfront Festival Park for the 40th annual Duluth-Superior Pride Festival, a four-day celebration of LGBTQ+ life, allyship and belonging across the Twin Ports. With entertainment, local stalls and free support services, the event offered both a joyful day out and a reminder of why welcoming spaces still matter.</w:t>
      </w:r>
      <w:r/>
    </w:p>
    <w:p>
      <w:pPr>
        <w:pStyle w:val="Heading2"/>
      </w:pPr>
      <w:r>
        <w:t>Essential Takeaways</w:t>
      </w:r>
      <w:r/>
      <w:r/>
    </w:p>
    <w:p>
      <w:pPr>
        <w:pStyle w:val="ListBullet"/>
        <w:spacing w:line="240" w:lineRule="auto"/>
        <w:ind w:left="720"/>
      </w:pPr>
      <w:r/>
      <w:r>
        <w:rPr>
          <w:b/>
        </w:rPr>
        <w:t>A landmark anniversary:</w:t>
      </w:r>
      <w:r>
        <w:t xml:space="preserve"> The Duluth-Superior Pride Festival has reached its 40th year.</w:t>
      </w:r>
      <w:r/>
    </w:p>
    <w:p>
      <w:pPr>
        <w:pStyle w:val="ListBullet"/>
        <w:spacing w:line="240" w:lineRule="auto"/>
        <w:ind w:left="720"/>
      </w:pPr>
      <w:r/>
      <w:r>
        <w:rPr>
          <w:b/>
        </w:rPr>
        <w:t>A broad programme:</w:t>
      </w:r>
      <w:r>
        <w:t xml:space="preserve"> The Bayfront event included live entertainment, vendors and free community resources.</w:t>
      </w:r>
      <w:r/>
    </w:p>
    <w:p>
      <w:pPr>
        <w:pStyle w:val="ListBullet"/>
        <w:spacing w:line="240" w:lineRule="auto"/>
        <w:ind w:left="720"/>
      </w:pPr>
      <w:r/>
      <w:r>
        <w:rPr>
          <w:b/>
        </w:rPr>
        <w:t>More than a June tradition:</w:t>
      </w:r>
      <w:r>
        <w:t xml:space="preserve"> Organisers and attendees highlighted the value of Pride celebrations throughout the year.</w:t>
      </w:r>
      <w:r/>
    </w:p>
    <w:p>
      <w:pPr>
        <w:pStyle w:val="ListBullet"/>
        <w:spacing w:line="240" w:lineRule="auto"/>
        <w:ind w:left="720"/>
      </w:pPr>
      <w:r/>
      <w:r>
        <w:rPr>
          <w:b/>
        </w:rPr>
        <w:t>Health support was visible:</w:t>
      </w:r>
      <w:r>
        <w:t xml:space="preserve"> Lake Superior Community Health Center promoted medical, dental and behavioural health services for everyone.</w:t>
      </w:r>
      <w:r/>
    </w:p>
    <w:p>
      <w:pPr>
        <w:pStyle w:val="ListBullet"/>
        <w:spacing w:line="240" w:lineRule="auto"/>
        <w:ind w:left="720"/>
      </w:pPr>
      <w:r/>
      <w:r>
        <w:rPr>
          <w:b/>
        </w:rPr>
        <w:t>A genuinely local gathering:</w:t>
      </w:r>
      <w:r>
        <w:t xml:space="preserve"> Community groups, businesses, public bodies and allies all helped shape the weekend.</w:t>
      </w:r>
      <w:r/>
      <w:r/>
    </w:p>
    <w:p>
      <w:pPr>
        <w:pStyle w:val="Heading2"/>
      </w:pPr>
      <w:r>
        <w:t>Four decades on, Pride remains a powerful gathering point</w:t>
      </w:r>
      <w:r/>
    </w:p>
    <w:p>
      <w:r/>
      <w:r>
        <w:t>The strongest impression from this year’s Duluth-Superior Pride Festival was its sense of welcome. At Bayfront Festival Park, colourful displays, music and conversation turned the waterfront into a lively meeting place for LGBTQ+ residents, families and allies.</w:t>
      </w:r>
      <w:r/>
    </w:p>
    <w:p>
      <w:r/>
      <w:r>
        <w:t>WDIO reported that the anniversary edition was among the Upper Midwest’s longest-running Pride events. That history gives the festival extra weight, but the atmosphere wasn’t stuck in the past. It felt practical, social and distinctly present-day, with people able to find information, support and a little breathing room.</w:t>
      </w:r>
      <w:r/>
    </w:p>
    <w:p>
      <w:r/>
      <w:r>
        <w:t>For many visitors, that combination is the point. Pride can be celebratory without losing sight of the work still needed to make communities safer and more inclusive.</w:t>
      </w:r>
      <w:r/>
    </w:p>
    <w:p>
      <w:pPr>
        <w:pStyle w:val="Heading2"/>
      </w:pPr>
      <w:r>
        <w:t>Why year-round Pride matters in the Twin Ports</w:t>
      </w:r>
      <w:r/>
    </w:p>
    <w:p>
      <w:r/>
      <w:r>
        <w:t>The festival’s message extended beyond a single weekend. Oby Ballinger, founder of Minnesota’s Prism Organizing Network, told WDIO that LGBTQ+ communities deserve opportunities to gather outside the traditional June calendar, when public attention can be especially intense.</w:t>
      </w:r>
      <w:r/>
    </w:p>
    <w:p>
      <w:r/>
      <w:r>
        <w:t>That matters because visibility isn’t experienced equally everywhere. A festival can offer a rare chance to meet others, discover local organisations and spend time in an environment where people don’t need to explain or edit themselves.</w:t>
      </w:r>
      <w:r/>
    </w:p>
    <w:p>
      <w:r/>
      <w:r>
        <w:t>The Duluth-Superior Pride organisation’s event information also reflects the festival’s role as a recurring community fixture. The anniversary wasn’t simply a birthday celebration, then; it was a reminder that belonging is built through regular contact, not just annual slogans.</w:t>
      </w:r>
      <w:r/>
    </w:p>
    <w:p>
      <w:pPr>
        <w:pStyle w:val="Heading2"/>
      </w:pPr>
      <w:r>
        <w:t>Live entertainment meets useful local support</w:t>
      </w:r>
      <w:r/>
    </w:p>
    <w:p>
      <w:r/>
      <w:r>
        <w:t>There was plenty to enjoy, with live performances and local vendors helping create the easygoing festival feel. Visitors could browse, chat and take in the waterfront setting, while organisations offered information that was more useful than the average event freebie.</w:t>
      </w:r>
      <w:r/>
    </w:p>
    <w:p>
      <w:r/>
      <w:r>
        <w:t>Visit Duluth’s guide to Pride describes the festival as a chance to experience the city’s LGBTQ+ community alongside arts, culture and local hospitality. That blend helps explain its appeal: it works as both a major public event and a relaxed introduction to the people and groups shaping life in the Twin Ports.</w:t>
      </w:r>
      <w:r/>
    </w:p>
    <w:p>
      <w:r/>
      <w:r>
        <w:t>Meanwhile, event listings from Perfect Duluth Day and local radio coverage point to the festival’s wider place in the regional calendar. For newcomers, that makes it easier to plan a visit; for regulars, it reinforces the feeling that this is part of Duluth-Superior’s identity.</w:t>
      </w:r>
      <w:r/>
    </w:p>
    <w:p>
      <w:pPr>
        <w:pStyle w:val="Heading2"/>
      </w:pPr>
      <w:r>
        <w:t>Health care access took centre stage too</w:t>
      </w:r>
      <w:r/>
    </w:p>
    <w:p>
      <w:r/>
      <w:r>
        <w:t>Lake Superior Community Health Center used the festival to share information about its services, including medical, dental and behavioural health care. Emily Anderson, the organisation’s chief medical officer, told WDIO that the centre welcomes people regardless of insurance status, identity or circumstances.</w:t>
      </w:r>
      <w:r/>
    </w:p>
    <w:p>
      <w:r/>
      <w:r>
        <w:t>That kind of presence adds substance to a celebration. Finding a health provider at a Pride event might not sound as glamorous as a stage performance, but it can be exactly what someone needs, especially if they’ve previously felt overlooked by mainstream services.</w:t>
      </w:r>
      <w:r/>
    </w:p>
    <w:p>
      <w:r/>
      <w:r>
        <w:t>The centre’s role as a federally qualified health centre in the Twin Ports also underlines a wider point: inclusion isn’t only about representation. It’s about whether people can actually access support when they need it.</w:t>
      </w:r>
      <w:r/>
    </w:p>
    <w:p>
      <w:pPr>
        <w:pStyle w:val="Heading2"/>
      </w:pPr>
      <w:r>
        <w:t>A welcoming tradition with room to grow</w:t>
      </w:r>
      <w:r/>
    </w:p>
    <w:p>
      <w:r/>
      <w:r>
        <w:t>Local coverage from Northern News Now and WDSM highlighted the involvement of Twin Ports leaders and the continuing civic importance of Pride weekend. When mayors, community groups and service providers appear alongside performers and vendors, the message becomes harder to dismiss as symbolic.</w:t>
      </w:r>
      <w:r/>
    </w:p>
    <w:p>
      <w:r/>
      <w:r>
        <w:t>Still, the most meaningful part may be the ordinary human exchange: a conversation at a stall, a familiar face in the crowd or a first visit that feels unexpectedly comfortable. Those moments can be small, but they’re often what keeps a community event alive for another decade.</w:t>
      </w:r>
      <w:r/>
    </w:p>
    <w:p>
      <w:r/>
      <w:r>
        <w:t>The Duluth-Superior Pride Festival now has four decades of history behind it. Its next chapter will depend on maintaining that same mix of celebration, practical support and open-door warmth.</w:t>
      </w:r>
      <w:r/>
    </w:p>
    <w:p>
      <w:r/>
      <w:r>
        <w:rPr>
          <w:b/>
        </w:rPr>
        <w:t>A colourful weekend can make a lasting difference when everyone has room to belong.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https://www.wdio.com/top-stories/duluth-superior-pride-festival-marks-four-decades-of-acceptance-in-the-twin-ports/</w:t>
        </w:r>
      </w:hyperlink>
      <w:r>
        <w:t xml:space="preserve"> - Please view link - unable to able to access data</w:t>
      </w:r>
      <w:r/>
    </w:p>
    <w:p>
      <w:pPr>
        <w:pStyle w:val="ListNumber"/>
        <w:spacing w:line="240" w:lineRule="auto"/>
        <w:ind w:left="720"/>
      </w:pPr>
      <w:r/>
      <w:hyperlink r:id="rId10">
        <w:r>
          <w:rPr>
            <w:color w:val="0000EE"/>
            <w:u w:val="single"/>
          </w:rPr>
          <w:t>https://www.dspride.org/</w:t>
        </w:r>
      </w:hyperlink>
      <w:r>
        <w:t xml:space="preserve"> - Official Duluth-Superior Pride homepage for the 2026 celebration. It confirms the weekend runs from 3 to 6 September 2026 and frames the event as the 40th year of Pride in the Twin Ports. The page says the annual Pride Festival will be held at Bayfront Park in Duluth on Saturday, followed by the Pride Parade on Tower Avenue in Superior on Sunday. It also gives the festival date, time and location, and links to the wider event programme, volunteering, donations and vendor information.</w:t>
      </w:r>
      <w:r/>
    </w:p>
    <w:p>
      <w:pPr>
        <w:pStyle w:val="ListNumber"/>
        <w:spacing w:line="240" w:lineRule="auto"/>
        <w:ind w:left="720"/>
      </w:pPr>
      <w:r/>
      <w:hyperlink r:id="rId11">
        <w:r>
          <w:rPr>
            <w:color w:val="0000EE"/>
            <w:u w:val="single"/>
          </w:rPr>
          <w:t>https://visitduluth.com/blog/your-complete-guide-to-the-duluth-superior-pride/</w:t>
        </w:r>
      </w:hyperlink>
      <w:r>
        <w:t xml:space="preserve"> - Visit Duluth’s guide adds planning detail around the 40th anniversary celebration, including a co-chair profile, registration deadlines and advice for visitors. It says the festival is a free event at Bayfront Festival Park and positions Pride weekend as part of a broader visit to Duluth, with accommodation, dining and sightseeing suggestions. The piece highlights Kristy Johnson as co-chair and vendor coordinator, noting her long local history and earlier stint co-chairing Pride a decade ago. It also directs readers to parade registration, vendor applications and related northern Minnesota Pride events.</w:t>
      </w:r>
      <w:r/>
    </w:p>
    <w:p>
      <w:pPr>
        <w:pStyle w:val="ListNumber"/>
        <w:spacing w:line="240" w:lineRule="auto"/>
        <w:ind w:left="720"/>
      </w:pPr>
      <w:r/>
      <w:hyperlink r:id="rId12">
        <w:r>
          <w:rPr>
            <w:color w:val="0000EE"/>
            <w:u w:val="single"/>
          </w:rPr>
          <w:t>https://www.perfectduluthday.com/the-event/duluth-superior-pride-festival-2026/</w:t>
        </w:r>
      </w:hyperlink>
      <w:r>
        <w:t xml:space="preserve"> - Perfect Duluth Day’s event listing adds a fuller programme for the festival day itself, including the 11 a.m. to 7 p.m. schedule at Bayfront Festival Park and a stage timetable. It confirms the event is free and describes it as the largest event in the seven-day Duluth-Superior Pride celebration. The listing also notes a new addition, the Over the Rainbow Market, and gives the names and times of performers and drag spots. This is useful for rebuilding the story because it supplies concrete entertainment details not present in the WDIO report.</w:t>
      </w:r>
      <w:r/>
    </w:p>
    <w:p>
      <w:pPr>
        <w:pStyle w:val="ListNumber"/>
        <w:spacing w:line="240" w:lineRule="auto"/>
        <w:ind w:left="720"/>
      </w:pPr>
      <w:r/>
      <w:hyperlink r:id="rId13">
        <w:r>
          <w:rPr>
            <w:color w:val="0000EE"/>
            <w:u w:val="single"/>
          </w:rPr>
          <w:t>https://wdsm710.com/2026/09/04/932494/</w:t>
        </w:r>
      </w:hyperlink>
      <w:r>
        <w:t xml:space="preserve"> - This local radio news item focuses on the opening of Pride weekend and the official reception at the Depot. It says the 40th annual festival began on Thursday with a welcoming reception hosted by the Duluth and Superior mayors, and it highlights the proclamation that launches the weekend’s LGBTQ+ events. The article also gives a concise weekend rundown: art show on Friday, the Bayfront festival on Saturday, and the parade on Sunday in Superior. It adds route details for the parade and points readers to the full online schedule.</w:t>
      </w:r>
      <w:r/>
    </w:p>
    <w:p>
      <w:pPr>
        <w:pStyle w:val="ListNumber"/>
        <w:spacing w:line="240" w:lineRule="auto"/>
        <w:ind w:left="720"/>
      </w:pPr>
      <w:r/>
      <w:hyperlink r:id="rId14">
        <w:r>
          <w:rPr>
            <w:color w:val="0000EE"/>
            <w:u w:val="single"/>
          </w:rPr>
          <w:t>https://www.northernnewsnow.com/2026/09/04/duluth-superior-mayors-kick-off-40th-pride-weekend/</w:t>
        </w:r>
      </w:hyperlink>
      <w:r>
        <w:t xml:space="preserve"> - Northern News Now’s report adds reaction from Mayor Roger Reinert and places the festival in a civic and historical context. It says the mayors of Duluth and Superior launched Pride weekend with a proclamation at the Saint Louis County Depot, recognising both the local LGBTQ+ community and the challenges it faces. The piece also includes Reinert’s recollection of the first mayoral reception in 2005 and describes the weekend as containing a Bayfront festival and a Superior parade. This gives the story a more political and historical angle than the WDIO piece.</w:t>
      </w:r>
      <w:r/>
    </w:p>
    <w:p>
      <w:pPr>
        <w:pStyle w:val="ListNumber"/>
        <w:spacing w:line="240" w:lineRule="auto"/>
        <w:ind w:left="720"/>
      </w:pPr>
      <w:r/>
      <w:hyperlink r:id="rId15">
        <w:r>
          <w:rPr>
            <w:color w:val="0000EE"/>
            <w:u w:val="single"/>
          </w:rPr>
          <w:t>https://duluth-mn.legistar.com/ViewReport.ashx?GID=504&amp;GUID=6C1B0415-9F31-47DD-8802-B5CCEBD8512D&amp;ID=6465908&amp;M=R&amp;N=Text&amp;Title=Legislation+Text</w:t>
        </w:r>
      </w:hyperlink>
      <w:r>
        <w:t xml:space="preserve"> - This City of Duluth resolution is the strongest primary source for the municipality’s formal support of the Pride celebration. It says the city recognises and celebrates the Duluth Superior Pride Festival and reaffirms non-discrimination commitments for sexual orientation, gender identity and gender expression. The text also sets out future-facing policy goals, including a trans and queer welcoming hub within five years and an updated community resource directory. It adds official framing and policy language that the news article does not include.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dio.com/top-stories/duluth-superior-pride-festival-marks-four-decades-of-acceptance-in-the-twin-ports/" TargetMode="External"/><Relationship Id="rId10" Type="http://schemas.openxmlformats.org/officeDocument/2006/relationships/hyperlink" Target="https://www.dspride.org/" TargetMode="External"/><Relationship Id="rId11" Type="http://schemas.openxmlformats.org/officeDocument/2006/relationships/hyperlink" Target="https://visitduluth.com/blog/your-complete-guide-to-the-duluth-superior-pride/" TargetMode="External"/><Relationship Id="rId12" Type="http://schemas.openxmlformats.org/officeDocument/2006/relationships/hyperlink" Target="https://www.perfectduluthday.com/the-event/duluth-superior-pride-festival-2026/" TargetMode="External"/><Relationship Id="rId13" Type="http://schemas.openxmlformats.org/officeDocument/2006/relationships/hyperlink" Target="https://wdsm710.com/2026/09/04/932494/" TargetMode="External"/><Relationship Id="rId14" Type="http://schemas.openxmlformats.org/officeDocument/2006/relationships/hyperlink" Target="https://www.northernnewsnow.com/2026/09/04/duluth-superior-mayors-kick-off-40th-pride-weekend/" TargetMode="External"/><Relationship Id="rId15" Type="http://schemas.openxmlformats.org/officeDocument/2006/relationships/hyperlink" Target="https://duluth-mn.legistar.com/ViewReport.ashx?GID=504&amp;GUID=6C1B0415-9F31-47DD-8802-B5CCEBD8512D&amp;ID=6465908&amp;M=R&amp;N=Text&amp;Title=Legislation+Tex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