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Caleb Shomo Opens Up About Coming Out and Online Homophobia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Beartooth frontman Caleb Shomo has spoken candidly about coming out as gay after 14 years of marriage, the online backlash that followed and the challenge of performing while processing huge personal changes. His story matters because it shows that self-acceptance can be liberating, frightening and exhausting all at once.</w:t>
      </w:r>
      <w:r/>
    </w:p>
    <w:p>
      <w:pPr>
        <w:pStyle w:val="Heading2"/>
      </w:pPr>
      <w:r>
        <w:t>Caleb Shomo refused to make himself smaller</w:t>
      </w:r>
      <w:r/>
    </w:p>
    <w:p>
      <w:r/>
      <w:r>
        <w:t>Coming out can bring relief, but it doesn't guarantee a gentle reception. For Shomo, the Beartooth singer's public announcement was followed by both support and what he described as persistent homophobia, according to Out and Blabbermouth.</w:t>
      </w:r>
      <w:r/>
    </w:p>
    <w:p>
      <w:r/>
      <w:r>
        <w:t>Shomo first came out privately to friends and family before publicly describing himself as a “proudly gay man” on social media. He said he had already decided not to soften his clothes, voice, appearance or artistic identity simply to keep other people comfortable.</w:t>
      </w:r>
      <w:r/>
    </w:p>
    <w:p>
      <w:r/>
      <w:r>
        <w:t>That choice has a clear emotional force. Authenticity isn't much of a victory if it still requires editing yourself for an angry audience.</w:t>
      </w:r>
      <w:r/>
    </w:p>
    <w:p>
      <w:pPr>
        <w:pStyle w:val="Heading2"/>
      </w:pPr>
      <w:r>
        <w:t>The backlash followed him on tour</w:t>
      </w:r>
      <w:r/>
    </w:p>
    <w:p>
      <w:r/>
      <w:r>
        <w:t>The timing was especially demanding. Shomo was dealing with his sexuality, the end of his marriage and intense public reaction while continuing to lead a working rock band, as Rolling Stone Australia and TMZ reported.</w:t>
      </w:r>
      <w:r/>
    </w:p>
    <w:p>
      <w:r/>
      <w:r>
        <w:t>He said he eventually stepped away from the internet because he was going through so much. Even then, the pressure didn't disappear. He described having days when finding enough energy to warm up and perform felt extremely difficult.</w:t>
      </w:r>
      <w:r/>
    </w:p>
    <w:p>
      <w:r/>
      <w:r>
        <w:t>That detail cuts through the glossy version of a coming-out story. There may be pride and excitement, but there can also be tiredness, fear and the awkward necessity of doing your job while your personal life is shifting underneath you.</w:t>
      </w:r>
      <w:r/>
    </w:p>
    <w:p>
      <w:pPr>
        <w:pStyle w:val="Heading2"/>
      </w:pPr>
      <w:r>
        <w:t>His marriage ended during the same upheaval</w:t>
      </w:r>
      <w:r/>
    </w:p>
    <w:p>
      <w:r/>
      <w:r>
        <w:t>Shomo and Fleur Shomo had been together since 2012, and their separation was announced around the time of his public coming-out. Parade reported that Fleur described the split as painful and disorientating while also expressing continued love and support for Caleb.</w:t>
      </w:r>
      <w:r/>
    </w:p>
    <w:p>
      <w:r/>
      <w:r>
        <w:t>It's a complicated picture, and understandably so. A long relationship ending is difficult in private; facing it while strangers debate your identity online adds a harsh, unwanted spotlight.</w:t>
      </w:r>
      <w:r/>
    </w:p>
    <w:p>
      <w:r/>
      <w:r>
        <w:t>Fleur's supportive comments also offered a more human counterpoint to the hostility. Behind the headlines are two people navigating grief, change and a relationship that had shaped much of their adult lives.</w:t>
      </w:r>
      <w:r/>
    </w:p>
    <w:p>
      <w:pPr>
        <w:pStyle w:val="Heading2"/>
      </w:pPr>
      <w:r>
        <w:t>The next Beartooth record could be deeply personal</w:t>
      </w:r>
      <w:r/>
    </w:p>
    <w:p>
      <w:r/>
      <w:r>
        <w:t>Shomo has suggested that his sexuality and the events surrounding his coming-out journey will influence his songwriting. His recent work, including the song “Free”, has drawn on that period, according to iHeart and Rolling Stone Australia.</w:t>
      </w:r>
      <w:r/>
    </w:p>
    <w:p>
      <w:r/>
      <w:r>
        <w:t>For musicians, the studio can become a place to organise feelings that are too tangled for ordinary conversation. That doesn't make the process easy, but it can turn confusion, anger and relief into something listeners recognise in themselves.</w:t>
      </w:r>
      <w:r/>
    </w:p>
    <w:p>
      <w:r/>
      <w:r>
        <w:t>Shomo has said he's taking things in baby steps, focusing on training for tour, giving audiences the strongest performances he can and continuing to write. It's a practical approach rather than a polished declaration that everything is fine.</w:t>
      </w:r>
      <w:r/>
    </w:p>
    <w:p>
      <w:pPr>
        <w:pStyle w:val="Heading2"/>
      </w:pPr>
      <w:r>
        <w:t>What Shomo's story says about coming out publicly</w:t>
      </w:r>
      <w:r/>
    </w:p>
    <w:p>
      <w:r/>
      <w:r>
        <w:t>There is no single script for coming out, especially when a person is already famous and constantly visible. Support can arrive alongside cruelty, while freedom can sit next to uncertainty.</w:t>
      </w:r>
      <w:r/>
    </w:p>
    <w:p>
      <w:r/>
      <w:r>
        <w:t>Shomo's experience is also a reminder that public identity doesn't belong to the comment section. People may react loudly, but they don't get to decide how someone dresses, sings, works or names themselves.</w:t>
      </w:r>
      <w:r/>
    </w:p>
    <w:p>
      <w:r/>
      <w:r>
        <w:t>For now, the singer appears to be concentrating on the next show and the next song. Sometimes that is what progress looks like: not having every answer, but continuing to move forward without disappearing.</w:t>
      </w:r>
      <w:r/>
    </w:p>
    <w:p>
      <w:r/>
      <w:r>
        <w:t>It's a small step at a time, but it still counts.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1">
        <w:r>
          <w:rPr>
            <w:color w:val="0000EE"/>
            <w:u w:val="single"/>
          </w:rPr>
          <w:t>[4]</w:t>
        </w:r>
      </w:hyperlink>
      <w:r>
        <w:t xml:space="preserve">, </w:t>
      </w:r>
      <w:hyperlink r:id="rId14">
        <w:r>
          <w:rPr>
            <w:color w:val="0000EE"/>
            <w:u w:val="single"/>
          </w:rPr>
          <w:t>[7]</w:t>
        </w:r>
      </w:hyperlink>
      <w:r>
        <w:t xml:space="preserve">- Paragraph 4: </w:t>
      </w:r>
      <w:hyperlink r:id="rId15">
        <w:r>
          <w:rPr>
            <w:color w:val="0000EE"/>
            <w:u w:val="single"/>
          </w:rPr>
          <w:t>[5]</w:t>
        </w:r>
      </w:hyperlink>
      <w:r>
        <w:t xml:space="preserve">, </w:t>
      </w:r>
      <w:hyperlink r:id="rId13">
        <w:r>
          <w:rPr>
            <w:color w:val="0000EE"/>
            <w:u w:val="single"/>
          </w:rPr>
          <w:t>[6]</w:t>
        </w:r>
      </w:hyperlink>
      <w:r>
        <w:t xml:space="preserve">- Paragraph 5: </w:t>
      </w:r>
      <w:hyperlink r:id="rId12">
        <w:r>
          <w:rPr>
            <w:color w:val="0000EE"/>
            <w:u w:val="single"/>
          </w:rPr>
          <w:t>[3]</w:t>
        </w:r>
      </w:hyperlink>
      <w:r>
        <w:t xml:space="preserve">, </w:t>
      </w:r>
      <w:hyperlink r:id="rId15">
        <w:r>
          <w:rPr>
            <w:color w:val="0000EE"/>
            <w:u w:val="single"/>
          </w:rPr>
          <w:t>[5]</w:t>
        </w:r>
      </w:hyperlink>
      <w:r>
        <w:t xml:space="preserve">- Paragraph 6: </w:t>
      </w:r>
      <w:hyperlink r:id="rId10">
        <w:r>
          <w:rPr>
            <w:color w:val="0000EE"/>
            <w:u w:val="single"/>
          </w:rPr>
          <w:t>[2]</w:t>
        </w:r>
      </w:hyperlink>
      <w:r>
        <w:t xml:space="preserve">, </w:t>
      </w:r>
      <w:hyperlink r:id="rId14">
        <w:r>
          <w:rPr>
            <w:color w:val="0000EE"/>
            <w:u w:val="single"/>
          </w:rPr>
          <w:t>[7]</w:t>
        </w:r>
      </w:hyperlink>
      <w:r>
        <w:t xml:space="preserve">- Paragraph 7: </w:t>
      </w:r>
      <w:hyperlink r:id="rId11">
        <w:r>
          <w:rPr>
            <w:color w:val="0000EE"/>
            <w:u w:val="single"/>
          </w:rPr>
          <w:t>[4]</w:t>
        </w:r>
      </w:hyperlink>
      <w:r>
        <w:t xml:space="preserve">, </w:t>
      </w:r>
      <w:hyperlink r:id="rId13">
        <w:r>
          <w:rPr>
            <w:color w:val="0000EE"/>
            <w:u w:val="single"/>
          </w:rPr>
          <w:t>[6]</w:t>
        </w:r>
      </w:hyperlink>
      <w:r>
        <w:t xml:space="preserve">- Paragraph 8: </w:t>
      </w:r>
      <w:hyperlink r:id="rId15">
        <w:r>
          <w:rPr>
            <w:color w:val="0000EE"/>
            <w:u w:val="single"/>
          </w:rPr>
          <w:t>[5]</w:t>
        </w:r>
      </w:hyperlink>
      <w:r>
        <w:t xml:space="preserve">, </w:t>
      </w:r>
      <w:hyperlink r:id="rId13">
        <w:r>
          <w:rPr>
            <w:color w:val="0000EE"/>
            <w:u w:val="single"/>
          </w:rPr>
          <w:t>[6]</w:t>
        </w:r>
      </w:hyperlink>
      <w:r>
        <w:t xml:space="preserve">- Paragraph 9: </w:t>
      </w:r>
      <w:hyperlink r:id="rId10">
        <w:r>
          <w:rPr>
            <w:color w:val="0000EE"/>
            <w:u w:val="single"/>
          </w:rPr>
          <w:t>[2]</w:t>
        </w:r>
      </w:hyperlink>
      <w:r>
        <w:t xml:space="preserve">, </w:t>
      </w:r>
      <w:hyperlink r:id="rId12">
        <w:r>
          <w:rPr>
            <w:color w:val="0000EE"/>
            <w:u w:val="single"/>
          </w:rPr>
          <w:t>[3]</w:t>
        </w:r>
      </w:hyperlink>
      <w:r>
        <w:t xml:space="preserve">- Paragraph 10: </w:t>
      </w:r>
      <w:hyperlink r:id="rId11">
        <w:r>
          <w:rPr>
            <w:color w:val="0000EE"/>
            <w:u w:val="single"/>
          </w:rPr>
          <w:t>[4]</w:t>
        </w:r>
      </w:hyperlink>
      <w:r>
        <w:t xml:space="preserve">, </w:t>
      </w:r>
      <w:hyperlink r:id="rId15">
        <w:r>
          <w:rPr>
            <w:color w:val="0000EE"/>
            <w:u w:val="single"/>
          </w:rPr>
          <w:t>[5]</w:t>
        </w:r>
      </w:hyperlink>
      <w:r>
        <w:t xml:space="preserve">- Paragraph 11: </w:t>
      </w:r>
      <w:hyperlink r:id="rId13">
        <w:r>
          <w:rPr>
            <w:color w:val="0000EE"/>
            <w:u w:val="single"/>
          </w:rPr>
          <w:t>[6]</w:t>
        </w:r>
      </w:hyperlink>
      <w:r>
        <w:t xml:space="preserve">, </w:t>
      </w:r>
      <w:hyperlink r:id="rId14">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https://instinctmagazine.com/caleb-shomo-homophobia/</w:t>
        </w:r>
      </w:hyperlink>
      <w:r>
        <w:t xml:space="preserve"> - Please view link - unable to able to access data</w:t>
      </w:r>
      <w:r/>
    </w:p>
    <w:p>
      <w:pPr>
        <w:pStyle w:val="ListNumber"/>
        <w:spacing w:line="240" w:lineRule="auto"/>
        <w:ind w:left="720"/>
      </w:pPr>
      <w:r/>
      <w:hyperlink r:id="rId10">
        <w:r>
          <w:rPr>
            <w:color w:val="0000EE"/>
            <w:u w:val="single"/>
          </w:rPr>
          <w:t>https://www.out.com/celebs/caleb-shomo-gay</w:t>
        </w:r>
      </w:hyperlink>
      <w:r>
        <w:t xml:space="preserve"> - Out reports that Beartooth frontman Caleb Shomo came out on Instagram on 23 May 2026, saying he is a “proudly gay man”, and that his wife Fleur Shomo also publicly addressed their split after nearly 14 years together. The piece adds reaction from commenters and notes how Shomo’s announcement resonated with other LGBTQ+ readers and musicians. It frames the story as both a coming-out moment and a marriage ending, with direct emphasis on the emotional support and backlash that followed his post, rather than the later podcast comments about homophobia.</w:t>
      </w:r>
      <w:r/>
    </w:p>
    <w:p>
      <w:pPr>
        <w:pStyle w:val="ListNumber"/>
        <w:spacing w:line="240" w:lineRule="auto"/>
        <w:ind w:left="720"/>
      </w:pPr>
      <w:r/>
      <w:hyperlink r:id="rId12">
        <w:r>
          <w:rPr>
            <w:color w:val="0000EE"/>
            <w:u w:val="single"/>
          </w:rPr>
          <w:t>https://parade.com/celebrities/beartooth-singer-caleb-shomo-comes-out-gay-wife-fleur-shomo-divorce-breakup-support</w:t>
        </w:r>
      </w:hyperlink>
      <w:r>
        <w:t xml:space="preserve"> - Parade’s coverage focuses on Shomo’s original coming-out post and Fleur Shomo’s response, adding the detail that the couple had been married since 2012 and that the split was being framed publicly as difficult but supportive. It includes the release of Beartooth’s song “Free” in February 2026 and says the news followed months of speculation about his sexuality. The article also reproduces Shomo’s and Fleur’s key statements, giving more context for how the marriage breakup and his coming out were linked in public coverage.</w:t>
      </w:r>
      <w:r/>
    </w:p>
    <w:p>
      <w:pPr>
        <w:pStyle w:val="ListNumber"/>
        <w:spacing w:line="240" w:lineRule="auto"/>
        <w:ind w:left="720"/>
      </w:pPr>
      <w:r/>
      <w:hyperlink r:id="rId11">
        <w:r>
          <w:rPr>
            <w:color w:val="0000EE"/>
            <w:u w:val="single"/>
          </w:rPr>
          <w:t>https://blabbermouth.net/news/beartooths-caleb-shomo-says-it-was-sad-to-see-a-lot-of-homophobia-in-response-to-him-coming-out-as-a-proudly-gay-man</w:t>
        </w:r>
      </w:hyperlink>
      <w:r>
        <w:t xml:space="preserve"> - Blabbermouth reports on Shomo’s 29 August 2026 interview with The Break Down with Nath &amp; Johnny, where he said it was “sad” to see homophobia after coming out as gay. It adds that the backlash started before his public announcement and that he had already been out to friends and family by September 2025. The piece links the story to Beartooth’s album Pure Ecstasy and to the song “Free”, saying these songs emerged from his decision to write directly about his sexuality and feelings instead of staying broad and abstract.</w:t>
      </w:r>
      <w:r/>
    </w:p>
    <w:p>
      <w:pPr>
        <w:pStyle w:val="ListNumber"/>
        <w:spacing w:line="240" w:lineRule="auto"/>
        <w:ind w:left="720"/>
      </w:pPr>
      <w:r/>
      <w:hyperlink r:id="rId15">
        <w:r>
          <w:rPr>
            <w:color w:val="0000EE"/>
            <w:u w:val="single"/>
          </w:rPr>
          <w:t>https://www.iheart.com/content/2026-05-26-beartooth-frontman-caleb-shomo-comes-out-as-wife-reflects-on-hard-split/</w:t>
        </w:r>
      </w:hyperlink>
      <w:r>
        <w:t xml:space="preserve"> - iHeart’s story is a shorter follow-up on the original coming-out announcement, emphasising that Shomo said he was gay and that Fleur Shomo responded with support while saying the marriage was ending. It reproduces the key lines from his Instagram post and notes that he urged people struggling with identity to be honest with themselves. The page is useful for the timeline: his public announcement on 23 May 2026 and Fleur’s immediate reaction shortly after.</w:t>
      </w:r>
      <w:r/>
    </w:p>
    <w:p>
      <w:pPr>
        <w:pStyle w:val="ListNumber"/>
        <w:spacing w:line="240" w:lineRule="auto"/>
        <w:ind w:left="720"/>
      </w:pPr>
      <w:r/>
      <w:hyperlink r:id="rId13">
        <w:r>
          <w:rPr>
            <w:color w:val="0000EE"/>
            <w:u w:val="single"/>
          </w:rPr>
          <w:t>https://au.rollingstone.com/music/music-news/beartooth-singer-caleb-shomo-comes-out-proudly-gay-man-95604/</w:t>
        </w:r>
      </w:hyperlink>
      <w:r>
        <w:t xml:space="preserve"> - Rolling Stone AU/NZ covers Shomo’s coming-out post and adds a clear summary of his own explanation about burying feelings with alcohol, plus Fleur Shomo’s direct response. It supplies the broader music context, including Beartooth’s formation, the forthcoming album Pure Ecstasy and the band’s sixth album status. The piece is stronger than many quick reports because it ties the personal announcement to his artistic identity and gives Fleur’s full reaction in quoted form.</w:t>
      </w:r>
      <w:r/>
    </w:p>
    <w:p>
      <w:pPr>
        <w:pStyle w:val="ListNumber"/>
        <w:spacing w:line="240" w:lineRule="auto"/>
        <w:ind w:left="720"/>
      </w:pPr>
      <w:r/>
      <w:hyperlink r:id="rId14">
        <w:r>
          <w:rPr>
            <w:color w:val="0000EE"/>
            <w:u w:val="single"/>
          </w:rPr>
          <w:t>https://www.tmz.com/2026/05/24/caleb-shomo-comes-out-as-gay/</w:t>
        </w:r>
      </w:hyperlink>
      <w:r>
        <w:t xml:space="preserve"> - TMZ reports the initial coming-out news and highlights the marriage angle, saying Shomo revealed he is gay after more than 14 years of marriage to Fleur Shomo. It adds the claim that getting sober helped him confront buried feelings, and it notes that his next music would reflect this chapter in a more honest way. TMZ is useful mainly for confirming the date of the original post and the sobriety detail that accompanies it.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stinctmagazine.com/caleb-shomo-homophobia/" TargetMode="External"/><Relationship Id="rId10" Type="http://schemas.openxmlformats.org/officeDocument/2006/relationships/hyperlink" Target="https://www.out.com/celebs/caleb-shomo-gay" TargetMode="External"/><Relationship Id="rId11" Type="http://schemas.openxmlformats.org/officeDocument/2006/relationships/hyperlink" Target="https://blabbermouth.net/news/beartooths-caleb-shomo-says-it-was-sad-to-see-a-lot-of-homophobia-in-response-to-him-coming-out-as-a-proudly-gay-man" TargetMode="External"/><Relationship Id="rId12" Type="http://schemas.openxmlformats.org/officeDocument/2006/relationships/hyperlink" Target="https://parade.com/celebrities/beartooth-singer-caleb-shomo-comes-out-gay-wife-fleur-shomo-divorce-breakup-support" TargetMode="External"/><Relationship Id="rId13" Type="http://schemas.openxmlformats.org/officeDocument/2006/relationships/hyperlink" Target="https://au.rollingstone.com/music/music-news/beartooth-singer-caleb-shomo-comes-out-proudly-gay-man-95604/" TargetMode="External"/><Relationship Id="rId14" Type="http://schemas.openxmlformats.org/officeDocument/2006/relationships/hyperlink" Target="https://www.tmz.com/2026/05/24/caleb-shomo-comes-out-as-gay/" TargetMode="External"/><Relationship Id="rId15" Type="http://schemas.openxmlformats.org/officeDocument/2006/relationships/hyperlink" Target="https://www.iheart.com/content/2026-05-26-beartooth-frontman-caleb-shomo-comes-out-as-wife-reflects-on-hard-spli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