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Orlando OutFest 2026 events for LGBTQIA arts fans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Orlando OutFest returns from 10 to 13 September 2026, bringing LGBTQIA performers, filmmakers and storytellers to three venues across Ivanhoe Village and Mills50. With 21 shows and events, accessible $18 tickets and free opening and closing parties, it offers a lively weekend of queer culture, comedy, cabaret and community.</w:t>
      </w:r>
      <w:r/>
    </w:p>
    <w:p>
      <w:pPr>
        <w:pStyle w:val="Heading2"/>
      </w:pPr>
      <w:r>
        <w:t>Essential Takeaways</w:t>
      </w:r>
      <w:r/>
      <w:r/>
    </w:p>
    <w:p>
      <w:pPr>
        <w:pStyle w:val="ListBullet"/>
        <w:spacing w:line="240" w:lineRule="auto"/>
        <w:ind w:left="720"/>
      </w:pPr>
      <w:r/>
      <w:r>
        <w:rPr>
          <w:b/>
        </w:rPr>
        <w:t>Four-day festival:</w:t>
      </w:r>
      <w:r>
        <w:t xml:space="preserve"> Orlando OutFest runs from Thursday 10 September to Sunday 13 September 2026, with a launch party on Wednesday 9 September.</w:t>
      </w:r>
      <w:r/>
    </w:p>
    <w:p>
      <w:pPr>
        <w:pStyle w:val="ListBullet"/>
        <w:spacing w:line="240" w:lineRule="auto"/>
        <w:ind w:left="720"/>
      </w:pPr>
      <w:r/>
      <w:r>
        <w:rPr>
          <w:b/>
        </w:rPr>
        <w:t>Three local venues:</w:t>
      </w:r>
      <w:r>
        <w:t xml:space="preserve"> Events take place at The LGBT+ Center Orlando, Renaissance Theatre Company and Starlite Room at Savoy.</w:t>
      </w:r>
      <w:r/>
    </w:p>
    <w:p>
      <w:pPr>
        <w:pStyle w:val="ListBullet"/>
        <w:spacing w:line="240" w:lineRule="auto"/>
        <w:ind w:left="720"/>
      </w:pPr>
      <w:r/>
      <w:r>
        <w:rPr>
          <w:b/>
        </w:rPr>
        <w:t>Simple pricing:</w:t>
      </w:r>
      <w:r>
        <w:t xml:space="preserve"> Festival shows cost $18, while the opening and closing celebrations are free.</w:t>
      </w:r>
      <w:r/>
    </w:p>
    <w:p>
      <w:pPr>
        <w:pStyle w:val="ListBullet"/>
        <w:spacing w:line="240" w:lineRule="auto"/>
        <w:ind w:left="720"/>
      </w:pPr>
      <w:r/>
      <w:r>
        <w:rPr>
          <w:b/>
        </w:rPr>
        <w:t>A broad programme:</w:t>
      </w:r>
      <w:r>
        <w:t xml:space="preserve"> Expect cabaret, drag, comedy, documentary, film, burlesque, live music and audience-led events.</w:t>
      </w:r>
      <w:r/>
    </w:p>
    <w:p>
      <w:pPr>
        <w:pStyle w:val="ListBullet"/>
        <w:spacing w:line="240" w:lineRule="auto"/>
        <w:ind w:left="720"/>
      </w:pPr>
      <w:r/>
      <w:r>
        <w:rPr>
          <w:b/>
        </w:rPr>
        <w:t>Easy logistics:</w:t>
      </w:r>
      <w:r>
        <w:t xml:space="preserve"> All three venues offer free on-site, commercial or nearby street parking.</w:t>
      </w:r>
      <w:r/>
      <w:r/>
    </w:p>
    <w:p>
      <w:pPr>
        <w:pStyle w:val="Heading2"/>
      </w:pPr>
      <w:r>
        <w:t>Orlando OutFest brings queer stories back to the stage</w:t>
      </w:r>
      <w:r/>
    </w:p>
    <w:p>
      <w:r/>
      <w:r>
        <w:t>Orlando OutFest is shaping up as one of the city’s most colourful arts weekends, with performances ranging from intimate cabaret to wonderfully unruly comedy. Orlando Fringe is presenting the festival with The Center Orlando, Renaissance Theatre Company and Starlite Room at Savoy, creating a compact circuit across two of the city’s creative neighbourhoods.</w:t>
      </w:r>
      <w:r/>
    </w:p>
    <w:p>
      <w:r/>
      <w:r>
        <w:t xml:space="preserve">According to Orlando Shine, the event returns for its third year as a celebration of LGBTQIA artists and stories. That mix matters because the programme isn’t confined to one type of performance. One moment might be a personal cabaret about healing, and the next could involve puppets, drag, burlesque or a knowingly chaotic movie screening. </w:t>
      </w:r>
      <w:hyperlink r:id="rId9">
        <w:r>
          <w:rPr>
            <w:color w:val="0000EE"/>
            <w:u w:val="single"/>
          </w:rPr>
          <w:t>[3]</w:t>
        </w:r>
      </w:hyperlink>
      <w:r>
        <w:t xml:space="preserve">, </w:t>
      </w:r>
      <w:hyperlink r:id="rId10">
        <w:r>
          <w:rPr>
            <w:color w:val="0000EE"/>
            <w:u w:val="single"/>
          </w:rPr>
          <w:t>[4]</w:t>
        </w:r>
      </w:hyperlink>
      <w:r/>
    </w:p>
    <w:p>
      <w:r/>
      <w:r>
        <w:t xml:space="preserve">The festival opens with a free party at Starlite Room at Savoy on Wednesday 9 September, before the ticketed programme begins the following evening. It closes with an awards ceremony and dance party on Sunday night, also free to attend. </w:t>
      </w:r>
      <w:hyperlink r:id="rId11">
        <w:r>
          <w:rPr>
            <w:color w:val="0000EE"/>
            <w:u w:val="single"/>
          </w:rPr>
          <w:t>[2]</w:t>
        </w:r>
      </w:hyperlink>
      <w:r>
        <w:t xml:space="preserve">, </w:t>
      </w:r>
      <w:hyperlink r:id="rId12">
        <w:r>
          <w:rPr>
            <w:color w:val="0000EE"/>
            <w:u w:val="single"/>
          </w:rPr>
          <w:t>[7]</w:t>
        </w:r>
      </w:hyperlink>
      <w:r/>
    </w:p>
    <w:p>
      <w:pPr>
        <w:pStyle w:val="Heading2"/>
      </w:pPr>
      <w:r>
        <w:t>From drag icons to documentary premieres, there’s plenty to choose from</w:t>
      </w:r>
      <w:r/>
    </w:p>
    <w:p>
      <w:r/>
      <w:r>
        <w:t>The schedule has a distinctly Fringe-like appetite for variety. Returning favourites include Mitzi Morris’s cabaret, Wanzie Presents Deloris Scrud, Wild and Gay Animal Kinkdom, Q The Legends and Soul Erotic, while Janine Klein brings back her song-and-dance spectacular, Gay Bar Star.</w:t>
      </w:r>
      <w:r/>
    </w:p>
    <w:p>
      <w:r/>
      <w:r>
        <w:t xml:space="preserve">Film and documentary fans have their own highlights. Greetings From Queertown: Orlando looks at the trailblazers and community builders who helped shape the city, while Two Eyes offers a cinematic story set across three different periods and locations. Meanwhile, A Day In The Life Of Miss Sammy follows Orlando drag legend Miss Sammy through the city in a swirl of costume and music. </w:t>
      </w:r>
      <w:hyperlink r:id="rId10">
        <w:r>
          <w:rPr>
            <w:color w:val="0000EE"/>
            <w:u w:val="single"/>
          </w:rPr>
          <w:t>[4]</w:t>
        </w:r>
      </w:hyperlink>
      <w:r>
        <w:t xml:space="preserve">, </w:t>
      </w:r>
      <w:hyperlink r:id="rId12">
        <w:r>
          <w:rPr>
            <w:color w:val="0000EE"/>
            <w:u w:val="single"/>
          </w:rPr>
          <w:t>[7]</w:t>
        </w:r>
      </w:hyperlink>
      <w:r/>
    </w:p>
    <w:p>
      <w:r/>
      <w:r>
        <w:t xml:space="preserve">For a lighter night out, Movies Out Loud turns films such as Who’s That Girl and Showgirls into interactive comic experiences. Hot Mess: A Comedy Show For Clowns promises an even more unpredictable blend of drag, burlesque, clowning and variety acts. In other words, sensible footwear may be useful, but a sense of humour is essential. </w:t>
      </w:r>
      <w:hyperlink r:id="rId9">
        <w:r>
          <w:rPr>
            <w:color w:val="0000EE"/>
            <w:u w:val="single"/>
          </w:rPr>
          <w:t>[3]</w:t>
        </w:r>
      </w:hyperlink>
      <w:r>
        <w:t xml:space="preserve">, </w:t>
      </w:r>
      <w:hyperlink r:id="rId13">
        <w:r>
          <w:rPr>
            <w:color w:val="0000EE"/>
            <w:u w:val="single"/>
          </w:rPr>
          <w:t>[6]</w:t>
        </w:r>
      </w:hyperlink>
      <w:r/>
    </w:p>
    <w:p>
      <w:pPr>
        <w:pStyle w:val="Heading2"/>
      </w:pPr>
      <w:r>
        <w:t>The best way to plan your Orlando OutFest weekend</w:t>
      </w:r>
      <w:r/>
    </w:p>
    <w:p>
      <w:r/>
      <w:r>
        <w:t>Tickets go on public sale on 24 August, with all regular shows priced at $18. That flat price makes it easier to build an evening around several performances, although the tight schedule means some choices will require a little planning.</w:t>
      </w:r>
      <w:r/>
    </w:p>
    <w:p>
      <w:r/>
      <w:r>
        <w:t xml:space="preserve">Start by grouping shows by venue. The LGBT+ Center Orlando is at 946 N Mills Avenue, Renaissance Theatre Company is at 415 E Princeton Street, and Starlite Room at Savoy is at 1913 N Orange Avenue. They’re close enough to make a multi-venue day possible, but allow time for parking, queues and the occasional Fringe-style delay. </w:t>
      </w:r>
      <w:hyperlink r:id="rId11">
        <w:r>
          <w:rPr>
            <w:color w:val="0000EE"/>
            <w:u w:val="single"/>
          </w:rPr>
          <w:t>[2]</w:t>
        </w:r>
      </w:hyperlink>
      <w:r>
        <w:t xml:space="preserve">, </w:t>
      </w:r>
      <w:hyperlink r:id="rId10">
        <w:r>
          <w:rPr>
            <w:color w:val="0000EE"/>
            <w:u w:val="single"/>
          </w:rPr>
          <w:t>[4]</w:t>
        </w:r>
      </w:hyperlink>
      <w:r/>
    </w:p>
    <w:p>
      <w:r/>
      <w:r>
        <w:t>Saturday and Sunday offer the fullest spread of daytime events, including film screenings, comedy and cabaret. Friday leans towards late-night entertainment, with Soul Erotic, Q The Legends and the Midnight Male Review continuing into the evening. If you’re attending with friends, choosing one anchor event and adding something nearby is probably less stressful than attempting the entire timetable.</w:t>
      </w:r>
      <w:r/>
    </w:p>
    <w:p>
      <w:pPr>
        <w:pStyle w:val="Heading2"/>
      </w:pPr>
      <w:r>
        <w:t>Why this festival feels bigger than a list of shows</w:t>
      </w:r>
      <w:r/>
    </w:p>
    <w:p>
      <w:r/>
      <w:r>
        <w:t>Orlando OutFest isn’t simply packaging performances under a rainbow banner. Its programme brings together established local personalities, visiting artists, documentary makers and community voices, giving audiences several ways to engage with queer history and contemporary life.</w:t>
      </w:r>
      <w:r/>
    </w:p>
    <w:p>
      <w:r/>
      <w:r>
        <w:t xml:space="preserve">The emphasis on safe spaces and representation has also been highlighted by coverage from Pulp City Magazine, which describes the festival as a platform for queer voices and community connection. That spirit is visible in events such as Beer With A Queer, an interactive show built around rants, interviews and audience questions, and the Lee Cohen Comedy Hour, which supports The Center’s A Walk For Change AIDS Walk. </w:t>
      </w:r>
      <w:hyperlink r:id="rId13">
        <w:r>
          <w:rPr>
            <w:color w:val="0000EE"/>
            <w:u w:val="single"/>
          </w:rPr>
          <w:t>[6]</w:t>
        </w:r>
      </w:hyperlink>
      <w:r>
        <w:t xml:space="preserve">, </w:t>
      </w:r>
      <w:hyperlink r:id="rId12">
        <w:r>
          <w:rPr>
            <w:color w:val="0000EE"/>
            <w:u w:val="single"/>
          </w:rPr>
          <w:t>[7]</w:t>
        </w:r>
      </w:hyperlink>
      <w:r/>
    </w:p>
    <w:p>
      <w:r/>
      <w:r>
        <w:t>There’s a warmth to that balance. Some events are designed for big laughs and glittering spectacle, while others look more directly at memory, resilience and the people who made Orlando’s LGBTQIA community what it is today.</w:t>
      </w:r>
      <w:r/>
    </w:p>
    <w:p>
      <w:pPr>
        <w:pStyle w:val="Heading2"/>
      </w:pPr>
      <w:r>
        <w:t>A lively, affordable weekend for Orlando visitors</w:t>
      </w:r>
      <w:r/>
    </w:p>
    <w:p>
      <w:r/>
      <w:r>
        <w:t>For visitors, Orlando OutFest offers something different from the city’s usual headline attractions. The venues are local, the ticket price is comparatively gentle and the schedule encourages audiences to explore neighbourhoods rather than stay inside a single entertainment complex.</w:t>
      </w:r>
      <w:r/>
    </w:p>
    <w:p>
      <w:r/>
      <w:r>
        <w:t xml:space="preserve">Local coverage from CF Public Media and BroadwayWorld Orlando has also underlined the festival’s role in showcasing LGBTQIA artists and creating room for live, community-led storytelling. With free opening and closing events, even curious first-timers can sample the atmosphere without committing to a full weekend. </w:t>
      </w:r>
      <w:hyperlink r:id="rId11">
        <w:r>
          <w:rPr>
            <w:color w:val="0000EE"/>
            <w:u w:val="single"/>
          </w:rPr>
          <w:t>[2]</w:t>
        </w:r>
      </w:hyperlink>
      <w:r>
        <w:t xml:space="preserve">, </w:t>
      </w:r>
      <w:hyperlink r:id="rId12">
        <w:r>
          <w:rPr>
            <w:color w:val="0000EE"/>
            <w:u w:val="single"/>
          </w:rPr>
          <w:t>[7]</w:t>
        </w:r>
      </w:hyperlink>
      <w:r/>
    </w:p>
    <w:p>
      <w:r/>
      <w:r>
        <w:t>The festival’s biggest strength may be its range. You can arrive for a documentary, stay for a cabaret and end the night with live music or a dance party. That’s a pretty good argument for leaving room in the diary and letting the programme surprise you.</w:t>
      </w:r>
      <w:r/>
    </w:p>
    <w:p>
      <w:r/>
      <w:r>
        <w:t>Plan around your favourite acts, leave time for the unexpected and enjoy Orlando OutFest at its most gloriously unpredictable.</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11">
        <w:r>
          <w:rPr>
            <w:color w:val="0000EE"/>
            <w:u w:val="single"/>
          </w:rPr>
          <w:t>[2]</w:t>
        </w:r>
      </w:hyperlink>
      <w:r>
        <w:t xml:space="preserve">, </w:t>
      </w:r>
      <w:hyperlink r:id="rId9">
        <w:r>
          <w:rPr>
            <w:color w:val="0000EE"/>
            <w:u w:val="single"/>
          </w:rPr>
          <w:t>[3]</w:t>
        </w:r>
      </w:hyperlink>
      <w:r>
        <w:t xml:space="preserve">- Paragraph 2: </w:t>
      </w:r>
      <w:hyperlink r:id="rId9">
        <w:r>
          <w:rPr>
            <w:color w:val="0000EE"/>
            <w:u w:val="single"/>
          </w:rPr>
          <w:t>[3]</w:t>
        </w:r>
      </w:hyperlink>
      <w:r>
        <w:t xml:space="preserve">, </w:t>
      </w:r>
      <w:hyperlink r:id="rId10">
        <w:r>
          <w:rPr>
            <w:color w:val="0000EE"/>
            <w:u w:val="single"/>
          </w:rPr>
          <w:t>[4]</w:t>
        </w:r>
      </w:hyperlink>
      <w:r>
        <w:t xml:space="preserve">- Paragraph 3: </w:t>
      </w:r>
      <w:hyperlink r:id="rId11">
        <w:r>
          <w:rPr>
            <w:color w:val="0000EE"/>
            <w:u w:val="single"/>
          </w:rPr>
          <w:t>[2]</w:t>
        </w:r>
      </w:hyperlink>
      <w:r>
        <w:t xml:space="preserve">, </w:t>
      </w:r>
      <w:hyperlink r:id="rId12">
        <w:r>
          <w:rPr>
            <w:color w:val="0000EE"/>
            <w:u w:val="single"/>
          </w:rPr>
          <w:t>[7]</w:t>
        </w:r>
      </w:hyperlink>
      <w:r>
        <w:t xml:space="preserve">- Paragraph 4: </w:t>
      </w:r>
      <w:hyperlink r:id="rId10">
        <w:r>
          <w:rPr>
            <w:color w:val="0000EE"/>
            <w:u w:val="single"/>
          </w:rPr>
          <w:t>[4]</w:t>
        </w:r>
      </w:hyperlink>
      <w:r>
        <w:t xml:space="preserve">, </w:t>
      </w:r>
      <w:hyperlink r:id="rId12">
        <w:r>
          <w:rPr>
            <w:color w:val="0000EE"/>
            <w:u w:val="single"/>
          </w:rPr>
          <w:t>[7]</w:t>
        </w:r>
      </w:hyperlink>
      <w:r>
        <w:t xml:space="preserve">- Paragraph 5: </w:t>
      </w:r>
      <w:hyperlink r:id="rId9">
        <w:r>
          <w:rPr>
            <w:color w:val="0000EE"/>
            <w:u w:val="single"/>
          </w:rPr>
          <w:t>[3]</w:t>
        </w:r>
      </w:hyperlink>
      <w:r>
        <w:t xml:space="preserve">, </w:t>
      </w:r>
      <w:hyperlink r:id="rId13">
        <w:r>
          <w:rPr>
            <w:color w:val="0000EE"/>
            <w:u w:val="single"/>
          </w:rPr>
          <w:t>[6]</w:t>
        </w:r>
      </w:hyperlink>
      <w:r>
        <w:t xml:space="preserve">- Paragraph 6: </w:t>
      </w:r>
      <w:hyperlink r:id="rId11">
        <w:r>
          <w:rPr>
            <w:color w:val="0000EE"/>
            <w:u w:val="single"/>
          </w:rPr>
          <w:t>[2]</w:t>
        </w:r>
      </w:hyperlink>
      <w:r>
        <w:t xml:space="preserve">, </w:t>
      </w:r>
      <w:hyperlink r:id="rId10">
        <w:r>
          <w:rPr>
            <w:color w:val="0000EE"/>
            <w:u w:val="single"/>
          </w:rPr>
          <w:t>[4]</w:t>
        </w:r>
      </w:hyperlink>
      <w:r>
        <w:t xml:space="preserve">- Paragraph 7: </w:t>
      </w:r>
      <w:hyperlink r:id="rId11">
        <w:r>
          <w:rPr>
            <w:color w:val="0000EE"/>
            <w:u w:val="single"/>
          </w:rPr>
          <w:t>[2]</w:t>
        </w:r>
      </w:hyperlink>
      <w:r>
        <w:t xml:space="preserve">, </w:t>
      </w:r>
      <w:hyperlink r:id="rId10">
        <w:r>
          <w:rPr>
            <w:color w:val="0000EE"/>
            <w:u w:val="single"/>
          </w:rPr>
          <w:t>[4]</w:t>
        </w:r>
      </w:hyperlink>
      <w:r>
        <w:t xml:space="preserve">- Paragraph 8: </w:t>
      </w:r>
      <w:hyperlink r:id="rId9">
        <w:r>
          <w:rPr>
            <w:color w:val="0000EE"/>
            <w:u w:val="single"/>
          </w:rPr>
          <w:t>[3]</w:t>
        </w:r>
      </w:hyperlink>
      <w:r>
        <w:t xml:space="preserve">, </w:t>
      </w:r>
      <w:hyperlink r:id="rId13">
        <w:r>
          <w:rPr>
            <w:color w:val="0000EE"/>
            <w:u w:val="single"/>
          </w:rPr>
          <w:t>[6]</w:t>
        </w:r>
      </w:hyperlink>
      <w:r>
        <w:t xml:space="preserve">- Paragraph 9: </w:t>
      </w:r>
      <w:hyperlink r:id="rId13">
        <w:r>
          <w:rPr>
            <w:color w:val="0000EE"/>
            <w:u w:val="single"/>
          </w:rPr>
          <w:t>[6]</w:t>
        </w:r>
      </w:hyperlink>
      <w:r>
        <w:t xml:space="preserve">, </w:t>
      </w:r>
      <w:hyperlink r:id="rId12">
        <w:r>
          <w:rPr>
            <w:color w:val="0000EE"/>
            <w:u w:val="single"/>
          </w:rPr>
          <w:t>[7]</w:t>
        </w:r>
      </w:hyperlink>
      <w:r>
        <w:t xml:space="preserve">- Paragraph 10: </w:t>
      </w:r>
      <w:hyperlink r:id="rId11">
        <w:r>
          <w:rPr>
            <w:color w:val="0000EE"/>
            <w:u w:val="single"/>
          </w:rPr>
          <w:t>[2]</w:t>
        </w:r>
      </w:hyperlink>
      <w:r>
        <w:t xml:space="preserve">, </w:t>
      </w:r>
      <w:hyperlink r:id="rId12">
        <w:r>
          <w:rPr>
            <w:color w:val="0000EE"/>
            <w:u w:val="single"/>
          </w:rPr>
          <w:t>[7]</w:t>
        </w:r>
      </w:hyperlink>
      <w:r>
        <w:t xml:space="preserve">- Paragraph 11: </w:t>
      </w:r>
      <w:hyperlink r:id="rId11">
        <w:r>
          <w:rPr>
            <w:color w:val="0000EE"/>
            <w:u w:val="single"/>
          </w:rPr>
          <w:t>[2]</w:t>
        </w:r>
      </w:hyperlink>
      <w:r>
        <w:t xml:space="preserve">, </w:t>
      </w:r>
      <w:hyperlink r:id="rId12">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https://orlandoonthecheap.com/orlando-outfest/?utm_source=feedblitz&amp;utm_medium=FeedBlitzRss&amp;utm_campaign=orlandoonthecheap</w:t>
        </w:r>
      </w:hyperlink>
      <w:r>
        <w:t xml:space="preserve"> - Please view link - unable to able to access data</w:t>
      </w:r>
      <w:r/>
    </w:p>
    <w:p>
      <w:pPr>
        <w:pStyle w:val="ListNumber"/>
        <w:spacing w:line="240" w:lineRule="auto"/>
        <w:ind w:left="720"/>
      </w:pPr>
      <w:r/>
      <w:hyperlink r:id="rId11">
        <w:r>
          <w:rPr>
            <w:color w:val="0000EE"/>
            <w:u w:val="single"/>
          </w:rPr>
          <w:t>https://www.cfpublic.org/podcast/spotlight/2026-08-27/spotlight-orlando-out-fest-celebration-of-lgbq-artists-returns-for-third-year</w:t>
        </w:r>
      </w:hyperlink>
      <w:r>
        <w:t xml:space="preserve"> - Central Florida Public Media reports that the third annual Orlando Out Fest runs from 10 to 13 September 2026, with an opening party on 9 September. The piece adds context on the festival’s partnership model: Orlando Fringe produces the event, while George Wallace, CEO of The Center Orlando, curates it. It also explains that the first Out Fest was entirely Fringe-led, the second year shifted to The Center because of logistical problems, and 2026 is a collaboration. The article includes remarks from Wallace and Tempestt Halstead about visibility for LGBTQIA artists and the festival’s role in supporting queer community arts.</w:t>
      </w:r>
      <w:r/>
    </w:p>
    <w:p>
      <w:pPr>
        <w:pStyle w:val="ListNumber"/>
        <w:spacing w:line="240" w:lineRule="auto"/>
        <w:ind w:left="720"/>
      </w:pPr>
      <w:r/>
      <w:hyperlink r:id="rId9">
        <w:r>
          <w:rPr>
            <w:color w:val="0000EE"/>
            <w:u w:val="single"/>
          </w:rPr>
          <w:t>https://orlandoshine.com/orlando-fringe-brings-back-orlando-out-fest-sept-10-13/</w:t>
        </w:r>
      </w:hyperlink>
      <w:r>
        <w:t xml:space="preserve"> - Orlando Shine says Orlando Fringe is bringing back Orlando Out Fest from 10 to 13 September 2026, with a free opening party on 9 September. The story adds a useful snapshot of the programme, noting comedy, cabaret, drag, burlesque and film strands. It quotes Tempestt Halstead and George Wallace, and it spells out that tickets go on sale on 21 August for Club Fringe members and 24 August for the general public. It also identifies the event as a partnership between Orlando Fringe, The Center Orlando, the Renaissance Theatre Company and the Starlite Room at Savoy Orlando.</w:t>
      </w:r>
      <w:r/>
    </w:p>
    <w:p>
      <w:pPr>
        <w:pStyle w:val="ListNumber"/>
        <w:spacing w:line="240" w:lineRule="auto"/>
        <w:ind w:left="720"/>
      </w:pPr>
      <w:r/>
      <w:hyperlink r:id="rId10">
        <w:r>
          <w:rPr>
            <w:color w:val="0000EE"/>
            <w:u w:val="single"/>
          </w:rPr>
          <w:t>https://artistryonline.org/issue/sep-oct-2026/orlando-out-fest/</w:t>
        </w:r>
      </w:hyperlink>
      <w:r>
        <w:t xml:space="preserve"> - Artistry Magazine frames Orlando Out Fest as a 2026 partnership between The Center Orlando and Orlando Fringe, and says the festival dates are 10 to 13 September. The piece adds background about the festival’s evolution: in 2024, Orlando Fringe launched Out Fest; in 2025, The Center produced Q Fest Orlando; and in 2026 the two organisations are sharing responsibilities. It also notes that the event expands beyond a single venue, with performances at The Center, Renaissance Theatre Company, Savoy and possibly Fringe’s new offices. The article highlights performers including Michael Wanzie, Mitzi Morris and Erika MacDonald.</w:t>
      </w:r>
      <w:r/>
    </w:p>
    <w:p>
      <w:pPr>
        <w:pStyle w:val="ListNumber"/>
        <w:spacing w:line="240" w:lineRule="auto"/>
        <w:ind w:left="720"/>
      </w:pPr>
      <w:r/>
      <w:hyperlink r:id="rId15">
        <w:r>
          <w:rPr>
            <w:color w:val="0000EE"/>
            <w:u w:val="single"/>
          </w:rPr>
          <w:t>https://hoodline.com/2026/09/ginger-minj-s-tour-falls-apart-so-orlando-out-fest-gets-her-instead/</w:t>
        </w:r>
      </w:hyperlink>
      <w:r>
        <w:t xml:space="preserve"> - Hoodline uses the Orlando Out Fest return to report a separate booking change: Ginger Minj will now appear at the festival after the cancellation of Hokus Pokus Live. The story confirms that Out Fest is back in 2026, spread across Savoy Orlando, The Center and the Renaissance Theatre, and that George Wallace curated 21 shows. It adds context that the festival had been cancelled in 2025 because of Orlando Fringe’s financial struggles. The article also notes that ticket sales support The Center Orlando’s A Walk For Change AIDS Walk.</w:t>
      </w:r>
      <w:r/>
    </w:p>
    <w:p>
      <w:pPr>
        <w:pStyle w:val="ListNumber"/>
        <w:spacing w:line="240" w:lineRule="auto"/>
        <w:ind w:left="720"/>
      </w:pPr>
      <w:r/>
      <w:hyperlink r:id="rId13">
        <w:r>
          <w:rPr>
            <w:color w:val="0000EE"/>
            <w:u w:val="single"/>
          </w:rPr>
          <w:t>https://pulpcitymag.com/safe-spaces-for-queer-voices-orlando-out-fest-returns-to-uplift-lgbqia-artists/</w:t>
        </w:r>
      </w:hyperlink>
      <w:r>
        <w:t xml:space="preserve"> - Pulp City Mag offers a fuller explainer on why Out Fest matters, describing it as a curated festival celebrating LGBTQIA artists and entertainers. It states that the 2026 edition follows a year away after financial concerns caused the 2025 cancellation, and that Orlando Fringe is again collaborating with The Center Orlando. The piece adds practical detail: tickets went on sale 24 August, each costs $18 or less, and unlike the main Fringe festival no button is required. It also says a portion of ticket revenue goes to The Center Orlando’s A Walk for Change AIDS fundraiser.</w:t>
      </w:r>
      <w:r/>
    </w:p>
    <w:p>
      <w:pPr>
        <w:pStyle w:val="ListNumber"/>
        <w:spacing w:line="240" w:lineRule="auto"/>
        <w:ind w:left="720"/>
      </w:pPr>
      <w:r/>
      <w:hyperlink r:id="rId12">
        <w:r>
          <w:rPr>
            <w:color w:val="0000EE"/>
            <w:u w:val="single"/>
          </w:rPr>
          <w:t>https://www.broadwayworld.com/orlando/article/Orlando-Out-Fest-to-Return-to-Orlando-Fringe-This-September-20260819</w:t>
        </w:r>
      </w:hyperlink>
      <w:r>
        <w:t xml:space="preserve"> - BroadwayWorld reports the return of Orlando Out Fest for 10 to 13 September 2026, with a free opening party on 9 September. The piece adds the most detailed programme rundown of the bunch, naming the 18 listed productions and describing the mix of theatre, music, comedy, film, drag and cabaret. It also identifies George Wallace as the curator and includes his comments about combining his former Fringe role with his current leadership at The Center Orlando. The article emphasises the 21 shows and events spread across Ivanhoe Village and Mills50.</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orlandoshine.com/orlando-fringe-brings-back-orlando-out-fest-sept-10-13/" TargetMode="External"/><Relationship Id="rId10" Type="http://schemas.openxmlformats.org/officeDocument/2006/relationships/hyperlink" Target="https://artistryonline.org/issue/sep-oct-2026/orlando-out-fest/" TargetMode="External"/><Relationship Id="rId11" Type="http://schemas.openxmlformats.org/officeDocument/2006/relationships/hyperlink" Target="https://www.cfpublic.org/podcast/spotlight/2026-08-27/spotlight-orlando-out-fest-celebration-of-lgbq-artists-returns-for-third-year" TargetMode="External"/><Relationship Id="rId12" Type="http://schemas.openxmlformats.org/officeDocument/2006/relationships/hyperlink" Target="https://www.broadwayworld.com/orlando/article/Orlando-Out-Fest-to-Return-to-Orlando-Fringe-This-September-20260819" TargetMode="External"/><Relationship Id="rId13" Type="http://schemas.openxmlformats.org/officeDocument/2006/relationships/hyperlink" Target="https://pulpcitymag.com/safe-spaces-for-queer-voices-orlando-out-fest-returns-to-uplift-lgbqia-artists/" TargetMode="External"/><Relationship Id="rId14" Type="http://schemas.openxmlformats.org/officeDocument/2006/relationships/hyperlink" Target="https://orlandoonthecheap.com/orlando-outfest/?utm_source=feedblitz&amp;utm_medium=FeedBlitzRss&amp;utm_campaign=orlandoonthecheap" TargetMode="External"/><Relationship Id="rId15" Type="http://schemas.openxmlformats.org/officeDocument/2006/relationships/hyperlink" Target="https://hoodline.com/2026/09/ginger-minj-s-tour-falls-apart-so-orlando-out-fest-gets-her-instead/"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