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Calgary Labour Day Weekend Events and Local Photo Spots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Calgary is gearing up for a lively Labour Day long weekend in 2026, with photographers, sports fans and families looking for ways to make the most of the final summer holiday. From city events and parade routes to changing opening hours, a little planning can turn a busy weekend into a memorable one.</w:t>
      </w:r>
      <w:r/>
    </w:p>
    <w:p>
      <w:pPr>
        <w:pStyle w:val="Heading2"/>
      </w:pPr>
      <w:r>
        <w:t>Essential Takeaways</w:t>
      </w:r>
      <w:r/>
      <w:r/>
    </w:p>
    <w:p>
      <w:pPr>
        <w:pStyle w:val="ListBullet"/>
        <w:spacing w:line="240" w:lineRule="auto"/>
        <w:ind w:left="720"/>
      </w:pPr>
      <w:r/>
      <w:r>
        <w:rPr>
          <w:b/>
        </w:rPr>
        <w:t>Plan around closures:</w:t>
      </w:r>
      <w:r>
        <w:t xml:space="preserve"> Some city services and public facilities will operate on reduced hours or shut for the holiday.</w:t>
      </w:r>
      <w:r/>
    </w:p>
    <w:p>
      <w:pPr>
        <w:pStyle w:val="ListBullet"/>
        <w:spacing w:line="240" w:lineRule="auto"/>
        <w:ind w:left="720"/>
      </w:pPr>
      <w:r/>
      <w:r>
        <w:rPr>
          <w:b/>
        </w:rPr>
        <w:t>Expect a busy sports weekend:</w:t>
      </w:r>
      <w:r>
        <w:t xml:space="preserve"> The Calgary Stampeders’ Labour Day clash is likely to draw a lively crowd and plenty of camera-worthy moments.</w:t>
      </w:r>
      <w:r/>
    </w:p>
    <w:p>
      <w:pPr>
        <w:pStyle w:val="ListBullet"/>
        <w:spacing w:line="240" w:lineRule="auto"/>
        <w:ind w:left="720"/>
      </w:pPr>
      <w:r/>
      <w:r>
        <w:rPr>
          <w:b/>
        </w:rPr>
        <w:t>Check community events:</w:t>
      </w:r>
      <w:r>
        <w:t xml:space="preserve"> Calgary Pride’s 2026 programme includes public celebrations and parade activity.</w:t>
      </w:r>
      <w:r/>
    </w:p>
    <w:p>
      <w:pPr>
        <w:pStyle w:val="ListBullet"/>
        <w:spacing w:line="240" w:lineRule="auto"/>
        <w:ind w:left="720"/>
      </w:pPr>
      <w:r/>
      <w:r>
        <w:rPr>
          <w:b/>
        </w:rPr>
        <w:t>Watch the forecast:</w:t>
      </w:r>
      <w:r>
        <w:t xml:space="preserve"> Late-summer weather can change quickly, so pack layers and protect camera gear.</w:t>
      </w:r>
      <w:r/>
    </w:p>
    <w:p>
      <w:pPr>
        <w:pStyle w:val="ListBullet"/>
        <w:spacing w:line="240" w:lineRule="auto"/>
        <w:ind w:left="720"/>
      </w:pPr>
      <w:r/>
      <w:r>
        <w:rPr>
          <w:b/>
        </w:rPr>
        <w:t>Arrive early for photos:</w:t>
      </w:r>
      <w:r>
        <w:t xml:space="preserve"> Popular viewing areas and central streets may fill quickly during parades and major events.</w:t>
      </w:r>
      <w:r/>
      <w:r/>
    </w:p>
    <w:p>
      <w:pPr>
        <w:pStyle w:val="Heading2"/>
      </w:pPr>
      <w:r>
        <w:t>Calgary’s long weekend has plenty to photograph</w:t>
      </w:r>
      <w:r/>
    </w:p>
    <w:p>
      <w:r/>
      <w:r>
        <w:t>There’s a particular energy in Calgary over Labour Day weekend. Summer is still hanging on, but the mood has already begun to shift towards autumn, with cooler mornings, sharper light and a packed calendar of public events.</w:t>
      </w:r>
      <w:r/>
    </w:p>
    <w:p>
      <w:r/>
      <w:r>
        <w:t>For photographers, that combination is hard to resist. A parade, a football crowd or a busy city street offers movement and colour, while the low evening sun can give familiar landmarks a softer, warmer look. The Calgary Herald’s weekend coverage points to a city preparing for a mix of community activity and visual storytelling.</w:t>
      </w:r>
      <w:r/>
    </w:p>
    <w:p>
      <w:r/>
      <w:r>
        <w:t>The best photos won’t necessarily come from the biggest event, either. A quiet café opening, a family heading to a park or a fan in team colours can often say more about the weekend than a perfectly framed landmark.</w:t>
      </w:r>
      <w:r/>
    </w:p>
    <w:p>
      <w:pPr>
        <w:pStyle w:val="Heading2"/>
      </w:pPr>
      <w:r>
        <w:t>What’s open and closed in Calgary?</w:t>
      </w:r>
      <w:r/>
    </w:p>
    <w:p>
      <w:r/>
      <w:r>
        <w:t>Before heading out, check the practical details. CityNews Calgary reported that municipal facilities and services would follow holiday schedules over the Labour Day weekend, meaning some offices and public counters may be closed while essential services continue.</w:t>
      </w:r>
      <w:r/>
    </w:p>
    <w:p>
      <w:r/>
      <w:r>
        <w:t>The City of Calgary’s official information also advises residents to confirm service hours before travelling. That’s especially useful if you’re planning to use a recreation centre, visit a civic facility or arrange waste and recycling around the holiday.</w:t>
      </w:r>
      <w:r/>
    </w:p>
    <w:p>
      <w:r/>
      <w:r>
        <w:t>It’s a small bit of preparation, but it can save a frustrating detour. Nobody wants to discover a locked door just as the day’s best light appears.</w:t>
      </w:r>
      <w:r/>
    </w:p>
    <w:p>
      <w:pPr>
        <w:pStyle w:val="Heading2"/>
      </w:pPr>
      <w:r>
        <w:t>Football brings a big-city buzz</w:t>
      </w:r>
      <w:r/>
    </w:p>
    <w:p>
      <w:r/>
      <w:r>
        <w:t>The Calgary Stampeders’ Labour Day fixture is one of the weekend’s major sporting draws. Global News described the team as preparing for an important clash, adding a competitive edge to an already busy holiday period.</w:t>
      </w:r>
      <w:r/>
    </w:p>
    <w:p>
      <w:r/>
      <w:r>
        <w:t>Stadium events are also a useful option when the weather is uncertain. The atmosphere is lively, there are plenty of people-focused photo opportunities and the action gives the weekend a clear sense of occasion. If you’re carrying a camera, a compact lens and a spare battery are more practical than a bulky kit.</w:t>
      </w:r>
      <w:r/>
    </w:p>
    <w:p>
      <w:r/>
      <w:r>
        <w:t>For spectators, arriving early is worthwhile. Pre-game activity, team colours and the gradual filling of the stands often create more natural images than the match itself, when the action can be fast and difficult to follow.</w:t>
      </w:r>
      <w:r/>
    </w:p>
    <w:p>
      <w:pPr>
        <w:pStyle w:val="Heading2"/>
      </w:pPr>
      <w:r>
        <w:t>Pride events add colour and community spirit</w:t>
      </w:r>
      <w:r/>
    </w:p>
    <w:p>
      <w:r/>
      <w:r>
        <w:t>Calgary Pride remains another important part of the city’s event calendar. Its published 2026 programme includes a range of community activities, while the Pride parade offers a particularly vivid setting for photographs and public celebration.</w:t>
      </w:r>
      <w:r/>
    </w:p>
    <w:p>
      <w:r/>
      <w:r>
        <w:t>Parades can be visually rich but physically demanding. Choose a spot with a clear view, avoid blocking other spectators and ask before taking close-up portraits, particularly when photographing children or people who are simply enjoying the day.</w:t>
      </w:r>
      <w:r/>
    </w:p>
    <w:p>
      <w:r/>
      <w:r>
        <w:t>A wide-angle view can capture the scale of the crowd, while candid details such as signs, outfits and small gestures often bring the atmosphere to life. The strongest images usually feel respectful rather than intrusive.</w:t>
      </w:r>
      <w:r/>
    </w:p>
    <w:p>
      <w:pPr>
        <w:pStyle w:val="Heading2"/>
      </w:pPr>
      <w:r>
        <w:t>How to plan a Labour Day photo day</w:t>
      </w:r>
      <w:r/>
    </w:p>
    <w:p>
      <w:r/>
      <w:r>
        <w:t>Weather should shape your plans. Environment and Climate Change Canada’s Calgary forecast service is the sensible place to check conditions before setting out, especially if you’ll be outside for several hours.</w:t>
      </w:r>
      <w:r/>
    </w:p>
    <w:p>
      <w:r/>
      <w:r>
        <w:t>Use a small shoulder bag or weather-resistant backpack, and keep a cloth handy for sudden drizzle or condensation. Layers are useful too, since a bright afternoon can give way to a chilly evening surprisingly quickly.</w:t>
      </w:r>
      <w:r/>
    </w:p>
    <w:p>
      <w:r/>
      <w:r>
        <w:t>If you’re visiting a popular event, build in extra travel time and identify one alternative location nearby. That way, a crowded viewpoint or unexpected closure doesn’t derail the whole day. Calgary rewards people who leave room for a little wandering.</w:t>
      </w:r>
      <w:r/>
    </w:p>
    <w:p>
      <w:r/>
      <w:r>
        <w:t>Labour Day weekend is often treated as summer’s last hurrah, but it’s also a chance to see the city in transition. With a charged camera, a flexible itinerary and a quick check of opening hours, you can enjoy the action without rushing through it.</w:t>
      </w:r>
      <w:r/>
    </w:p>
    <w:p>
      <w:r/>
      <w:r>
        <w:rPr>
          <w:b/>
        </w:rPr>
        <w:t>A little planning can make Calgary’s final summer long weekend feel effortless.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3">
        <w:r>
          <w:rPr>
            <w:color w:val="0000EE"/>
            <w:u w:val="single"/>
          </w:rPr>
          <w:t>[7]</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https://calgaryherald.com/news/local-news/calgary-photographers-labour-day-long-weekend-2026</w:t>
        </w:r>
      </w:hyperlink>
      <w:r>
        <w:t xml:space="preserve"> - Please view link - unable to able to access data</w:t>
      </w:r>
      <w:r/>
    </w:p>
    <w:p>
      <w:pPr>
        <w:pStyle w:val="ListNumber"/>
        <w:spacing w:line="240" w:lineRule="auto"/>
        <w:ind w:left="720"/>
      </w:pPr>
      <w:r/>
      <w:hyperlink r:id="rId10">
        <w:r>
          <w:rPr>
            <w:color w:val="0000EE"/>
            <w:u w:val="single"/>
          </w:rPr>
          <w:t>https://calgary.citynews.ca/2026/09/03/whats-open-and-closed-in-calgary-over-the-labour-day-long-weekend/</w:t>
        </w:r>
      </w:hyperlink>
      <w:r>
        <w:t xml:space="preserve"> - This CityNews Calgary roundup adds a practical service guide for Labour Day Monday, 7 September 2026. It covers which civic and commercial services are open, which are closed, and how transit, parking, road closures and attractions are affected. The page is especially useful for the Calgary Pride Parade and the Blue Line CTrain closure, and it names specific malls, golf courses, recreation facilities and partner lots. It does not focus on the weekend’s atmosphere or images; instead it turns the holiday into a city-operations explainer with concrete hours and route disruptions.</w:t>
      </w:r>
      <w:r/>
    </w:p>
    <w:p>
      <w:pPr>
        <w:pStyle w:val="ListNumber"/>
        <w:spacing w:line="240" w:lineRule="auto"/>
        <w:ind w:left="720"/>
      </w:pPr>
      <w:r/>
      <w:hyperlink r:id="rId11">
        <w:r>
          <w:rPr>
            <w:color w:val="0000EE"/>
            <w:u w:val="single"/>
          </w:rPr>
          <w:t>https://newsroom.calgary.ca/city-services-labour-day-2026/</w:t>
        </w:r>
      </w:hyperlink>
      <w:r>
        <w:t xml:space="preserve"> - The City of Calgary’s newsroom page provides the official holiday operations schedule behind Labour Day weekend in 2026. It confirms Sunday-level transit service on Monday, the Blue Line closure, parking rules, parade-day detours and the Labour Day Classic at McMahon Stadium. Compared with news coverage, it is stronger on exact service changes, route timing and official planning language. It also points readers to Calgary Transit and Calgary Parking for live updates, making it a primary-source backbone for rebuilding the story accurately.</w:t>
      </w:r>
      <w:r/>
    </w:p>
    <w:p>
      <w:pPr>
        <w:pStyle w:val="ListNumber"/>
        <w:spacing w:line="240" w:lineRule="auto"/>
        <w:ind w:left="720"/>
      </w:pPr>
      <w:r/>
      <w:hyperlink r:id="rId12">
        <w:r>
          <w:rPr>
            <w:color w:val="0000EE"/>
            <w:u w:val="single"/>
          </w:rPr>
          <w:t>https://globalnews.ca/video/12047862/calgary-stampeders-prepared-for-crucial-labour-day-weekend-clash/</w:t>
        </w:r>
      </w:hyperlink>
      <w:r>
        <w:t xml:space="preserve"> - Global News’ video package adds the sports angle to Calgary’s Labour Day weekend, centring on the Stampeders’ annual clash with the Edmonton Elks. The clip features Stampeders president Jay McNeil and frames the game as a key Labour Day Classic build-up item. It is useful for linking the holiday weekend to McMahon Stadium and the city’s football tradition. The page does not provide box score details or broad civic context, but it does add a team-side voice to the story and confirms the timing around 4 September 2026.</w:t>
      </w:r>
      <w:r/>
    </w:p>
    <w:p>
      <w:pPr>
        <w:pStyle w:val="ListNumber"/>
        <w:spacing w:line="240" w:lineRule="auto"/>
        <w:ind w:left="720"/>
      </w:pPr>
      <w:r/>
      <w:hyperlink r:id="rId14">
        <w:r>
          <w:rPr>
            <w:color w:val="0000EE"/>
            <w:u w:val="single"/>
          </w:rPr>
          <w:t>https://calgarypride.ca/events/</w:t>
        </w:r>
      </w:hyperlink>
      <w:r>
        <w:t xml:space="preserve"> - Calgary Pride’s event calendar shows that Labour Day weekend in 2026 is also Pride Week, stretching from 31 August to 6 September. The page adds the citywide scale of the celebration and lists multiple events, including the Pride Parade on Sunday, 6 September, Pride on the Island at Prince’s Island Park, and the Black Pride Festival. This is primary-source context for the street closures and downtown activity. It also shows that the weekend is not just a single parade but a broader sequence of celebrations spread across Calgary.</w:t>
      </w:r>
      <w:r/>
    </w:p>
    <w:p>
      <w:pPr>
        <w:pStyle w:val="ListNumber"/>
        <w:spacing w:line="240" w:lineRule="auto"/>
        <w:ind w:left="720"/>
      </w:pPr>
      <w:r/>
      <w:hyperlink r:id="rId15">
        <w:r>
          <w:rPr>
            <w:color w:val="0000EE"/>
            <w:u w:val="single"/>
          </w:rPr>
          <w:t>https://calgarypride.ca/pride-2026/pride-parade/</w:t>
        </w:r>
      </w:hyperlink>
      <w:r>
        <w:t xml:space="preserve"> - This Calgary Pride page gives the cleanest primary-source details for the 2026 Pride Parade itself. It names the parade date, start time and route along 9 Avenue SW, from 5 Street SW to 4 Street SE in East Village. It also frames the parade as both a celebration and an act of advocacy for 2SLGBTQIA+ people in Alberta. For a rebuild, it supplies the core logistics and the organisation’s own language on the significance of the event.</w:t>
      </w:r>
      <w:r/>
    </w:p>
    <w:p>
      <w:pPr>
        <w:pStyle w:val="ListNumber"/>
        <w:spacing w:line="240" w:lineRule="auto"/>
        <w:ind w:left="720"/>
      </w:pPr>
      <w:r/>
      <w:hyperlink r:id="rId13">
        <w:r>
          <w:rPr>
            <w:color w:val="0000EE"/>
            <w:u w:val="single"/>
          </w:rPr>
          <w:t>https://weather.gc.ca/en/location/index.html?coords=51.111,-114.048</w:t>
        </w:r>
      </w:hyperlink>
      <w:r>
        <w:t xml:space="preserve"> - Environment Canada’s Calgary forecast page adds the weather backdrop for the long weekend. It shows the city entering the weekend with showers and cooler temperatures, including forecast highs in the high teens to low 20s and a chance of showers on Sunday and Monday. This matters because the article’s story is tied to outdoor Labour Day activity, and the official forecast helps explain turnout, travel and event conditions. It is also a primary source, so it can be used to verify the weekend weather rather than relying on secondary summaries.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lgaryherald.com/news/local-news/calgary-photographers-labour-day-long-weekend-2026" TargetMode="External"/><Relationship Id="rId10" Type="http://schemas.openxmlformats.org/officeDocument/2006/relationships/hyperlink" Target="https://calgary.citynews.ca/2026/09/03/whats-open-and-closed-in-calgary-over-the-labour-day-long-weekend/" TargetMode="External"/><Relationship Id="rId11" Type="http://schemas.openxmlformats.org/officeDocument/2006/relationships/hyperlink" Target="https://newsroom.calgary.ca/city-services-labour-day-2026/" TargetMode="External"/><Relationship Id="rId12" Type="http://schemas.openxmlformats.org/officeDocument/2006/relationships/hyperlink" Target="https://globalnews.ca/video/12047862/calgary-stampeders-prepared-for-crucial-labour-day-weekend-clash/" TargetMode="External"/><Relationship Id="rId13" Type="http://schemas.openxmlformats.org/officeDocument/2006/relationships/hyperlink" Target="https://weather.gc.ca/en/location/index.html?coords=51.111,-114.048" TargetMode="External"/><Relationship Id="rId14" Type="http://schemas.openxmlformats.org/officeDocument/2006/relationships/hyperlink" Target="https://calgarypride.ca/events/" TargetMode="External"/><Relationship Id="rId15" Type="http://schemas.openxmlformats.org/officeDocument/2006/relationships/hyperlink" Target="https://calgarypride.ca/pride-2026/pride-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