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Benidorm Pride Parade Tips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filled Benidorm’s seafront and streets for the 2026 Pride parade, bringing colour, music and a warm community spirit to Spain’s Costa Blanca. With around 20,000 people expected, the event matters not only as a celebration of LGBTQ+ identity, but also as a major highlight for holidaymakers, local businesses and the resort’s inclusive travel scene.</w:t>
      </w:r>
      <w:r/>
    </w:p>
    <w:p>
      <w:pPr>
        <w:pStyle w:val="Heading2"/>
      </w:pPr>
      <w:r>
        <w:t>Essential Takeaways</w:t>
      </w:r>
      <w:r/>
      <w:r/>
    </w:p>
    <w:p>
      <w:pPr>
        <w:pStyle w:val="ListBullet"/>
        <w:spacing w:line="240" w:lineRule="auto"/>
        <w:ind w:left="720"/>
      </w:pPr>
      <w:r/>
      <w:r>
        <w:rPr>
          <w:b/>
        </w:rPr>
        <w:t>A major summer celebration:</w:t>
      </w:r>
      <w:r>
        <w:t xml:space="preserve"> The parade formed the centrepiece of Benidorm Pride’s week-long programme.</w:t>
      </w:r>
      <w:r/>
    </w:p>
    <w:p>
      <w:pPr>
        <w:pStyle w:val="ListBullet"/>
        <w:spacing w:line="240" w:lineRule="auto"/>
        <w:ind w:left="720"/>
      </w:pPr>
      <w:r/>
      <w:r>
        <w:rPr>
          <w:b/>
        </w:rPr>
        <w:t>Large international turnout:</w:t>
      </w:r>
      <w:r>
        <w:t xml:space="preserve"> Around 20,000 people were expected to attend, including residents and overseas visitors.</w:t>
      </w:r>
      <w:r/>
    </w:p>
    <w:p>
      <w:pPr>
        <w:pStyle w:val="ListBullet"/>
        <w:spacing w:line="240" w:lineRule="auto"/>
        <w:ind w:left="720"/>
      </w:pPr>
      <w:r/>
      <w:r>
        <w:rPr>
          <w:b/>
        </w:rPr>
        <w:t>Colourful route:</w:t>
      </w:r>
      <w:r>
        <w:t xml:space="preserve"> Floats, dancers, DJs and performers moved from the seafront through the city.</w:t>
      </w:r>
      <w:r/>
    </w:p>
    <w:p>
      <w:pPr>
        <w:pStyle w:val="ListBullet"/>
        <w:spacing w:line="240" w:lineRule="auto"/>
        <w:ind w:left="720"/>
      </w:pPr>
      <w:r/>
      <w:r>
        <w:rPr>
          <w:b/>
        </w:rPr>
        <w:t>A business boost:</w:t>
      </w:r>
      <w:r>
        <w:t xml:space="preserve"> Hotels, restaurants, bars and shops benefit from the influx of Pride visitors.</w:t>
      </w:r>
      <w:r/>
    </w:p>
    <w:p>
      <w:pPr>
        <w:pStyle w:val="ListBullet"/>
        <w:spacing w:line="240" w:lineRule="auto"/>
        <w:ind w:left="720"/>
      </w:pPr>
      <w:r/>
      <w:r>
        <w:rPr>
          <w:b/>
        </w:rPr>
        <w:t>The party continues:</w:t>
      </w:r>
      <w:r>
        <w:t xml:space="preserve"> Live entertainment and an official after-party carried celebrations into the evening.</w:t>
      </w:r>
      <w:r/>
      <w:r/>
    </w:p>
    <w:p>
      <w:pPr>
        <w:pStyle w:val="Heading2"/>
      </w:pPr>
      <w:r>
        <w:t>Benidorm turns the seafront into a rainbow stage</w:t>
      </w:r>
      <w:r/>
    </w:p>
    <w:p>
      <w:r/>
      <w:r>
        <w:t>The strongest impression was visual: rainbow flags above the crowd, glittering costumes, loud music and a parade moving through streets packed with smiling spectators. On Saturday 5 September, Benidorm’s annual Pride procession brought a distinctly carnival-like energy to one of the Costa Blanca’s busiest resorts.</w:t>
      </w:r>
      <w:r/>
    </w:p>
    <w:p>
      <w:r/>
      <w:r>
        <w:t>Floats and performers travelled along the seafront before continuing through the city, with people cheering from pavements and stopping to dance. The mix of holidaymakers, local families and LGBTQ+ visitors gave the event an easy, welcoming feel rather than making it seem like a closed-off celebration.</w:t>
      </w:r>
      <w:r/>
    </w:p>
    <w:p>
      <w:r/>
      <w:r>
        <w:t>Spanish coverage, including reports from La Vanguardia and Noticias Ibéricas, put expected attendance at roughly 20,000 people. That scale helps explain why the parade has become one of the most recognisable Pride events in the region.</w:t>
      </w:r>
      <w:r/>
    </w:p>
    <w:p>
      <w:pPr>
        <w:pStyle w:val="Heading2"/>
      </w:pPr>
      <w:r>
        <w:t>Why Benidorm Pride attracts so many visitors</w:t>
      </w:r>
      <w:r/>
    </w:p>
    <w:p>
      <w:r/>
      <w:r>
        <w:t>Benidorm already has a reputation for lively nightlife, dependable sunshine and a broad international audience. Pride adds another reason to visit, bringing together the resort’s entertainment infrastructure and a celebration with a clear message of equality and inclusion.</w:t>
      </w:r>
      <w:r/>
    </w:p>
    <w:p>
      <w:r/>
      <w:r>
        <w:t>According to Cadena SER, organisers were preparing for a substantial turnout before the parade began. The event’s appeal stretches beyond the LGBTQ+ community, too, with friends, families and curious visitors joining the crowds to enjoy the music and atmosphere.</w:t>
      </w:r>
      <w:r/>
    </w:p>
    <w:p>
      <w:r/>
      <w:r>
        <w:t>That broad appeal is part of the festival’s strength. It feels like a destination event, but the message remains personal: people want somewhere they can relax, celebrate openly and feel comfortable being themselves.</w:t>
      </w:r>
      <w:r/>
    </w:p>
    <w:p>
      <w:pPr>
        <w:pStyle w:val="Heading2"/>
      </w:pPr>
      <w:r>
        <w:t>What the parade means for Benidorm’s holiday economy</w:t>
      </w:r>
      <w:r/>
    </w:p>
    <w:p>
      <w:r/>
      <w:r>
        <w:t>A crowd of this size is good news for more than the organisers. Visitors need rooms, meals, taxis, drinks and entertainment, while bars and restaurants benefit from a busy week rather than a single afternoon of activity.</w:t>
      </w:r>
      <w:r/>
    </w:p>
    <w:p>
      <w:r/>
      <w:r>
        <w:t>Benidorm’s own council highlighted the scale of the crowds and the parade’s importance to the city. The festival also helps reinforce the resort’s image as an LGBTQ+-friendly destination, which can influence where travellers choose to return for future breaks.</w:t>
      </w:r>
      <w:r/>
    </w:p>
    <w:p>
      <w:r/>
      <w:r>
        <w:t>For visitors planning ahead, that popularity comes with a practical warning: accommodation and popular venues can fill quickly around the main parade weekend. Booking early is sensible, especially if you want a central hotel or a room near the nightlife.</w:t>
      </w:r>
      <w:r/>
    </w:p>
    <w:p>
      <w:pPr>
        <w:pStyle w:val="Heading2"/>
      </w:pPr>
      <w:r>
        <w:t>How to enjoy Benidorm Pride comfortably</w:t>
      </w:r>
      <w:r/>
    </w:p>
    <w:p>
      <w:r/>
      <w:r>
        <w:t>The parade is best approached as a full-day outing rather than a quick photo stop. Wear comfortable shoes, carry water, use sun protection and arrive early if you want a clear view of the route. Benidorm’s bright sunshine is wonderful, but standing on warm pavements for hours can take its toll.</w:t>
      </w:r>
      <w:r/>
    </w:p>
    <w:p>
      <w:r/>
      <w:r>
        <w:t>It’s also worth planning a meeting point in advance. Large crowds, music and mobile networks under pressure can make it surprisingly difficult to find friends once the procession gets moving. If you’re travelling with children or anyone who prefers quieter spaces, choose a viewing spot away from the busiest stretches.</w:t>
      </w:r>
      <w:r/>
    </w:p>
    <w:p>
      <w:r/>
      <w:r>
        <w:t>The official Benidorm Pride programme provides the most useful guide to events, timings and evening entertainment. Checking it before setting out can save you from missing a favourite performance or wandering around in search of the after-party.</w:t>
      </w:r>
      <w:r/>
    </w:p>
    <w:p>
      <w:pPr>
        <w:pStyle w:val="Heading2"/>
      </w:pPr>
      <w:r>
        <w:t>The celebration continues after the floats pass</w:t>
      </w:r>
      <w:r/>
    </w:p>
    <w:p>
      <w:r/>
      <w:r>
        <w:t>The parade may be the festival’s defining image, but it isn’t the end of the day. Live shows, music events and the official after-party at the Auditori Julio Iglesias kept the mood going after the procession left the streets.</w:t>
      </w:r>
      <w:r/>
    </w:p>
    <w:p>
      <w:r/>
      <w:r>
        <w:t>Benidorm’s Pride has grown steadily since the early 2010s, and its continued popularity suggests that visitors value both the spectacle and the sense of belonging behind it. The sequins and sound systems draw people in, but the welcome is what makes many want to return.</w:t>
      </w:r>
      <w:r/>
    </w:p>
    <w:p>
      <w:r/>
      <w:r>
        <w:t>For Benidorm, that combination is powerful: a joyful public celebration, a strong tourism moment and a reminder that inclusion can be one of a destination’s most attractive qualities.</w:t>
      </w:r>
      <w:r/>
    </w:p>
    <w:p>
      <w:r/>
      <w:r>
        <w:t>It's a colourful day out, but the lasting message is simple: everyone should have room to celebrate openly.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14">
        <w:r>
          <w:rPr>
            <w:color w:val="0000EE"/>
            <w:u w:val="single"/>
          </w:rPr>
          <w:t>[3]</w:t>
        </w:r>
      </w:hyperlink>
      <w:r>
        <w:t xml:space="preserve">, </w:t>
      </w:r>
      <w:hyperlink r:id="rId13">
        <w:r>
          <w:rPr>
            <w:color w:val="0000EE"/>
            <w:u w:val="single"/>
          </w:rPr>
          <w:t>[7]</w:t>
        </w:r>
      </w:hyperlink>
      <w:r>
        <w:t xml:space="preserve">- Paragraph 6: </w:t>
      </w:r>
      <w:hyperlink r:id="rId15">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14">
        <w:r>
          <w:rPr>
            <w:color w:val="0000EE"/>
            <w:u w:val="single"/>
          </w:rPr>
          <w:t>[3]</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[6]</w:t>
        </w:r>
      </w:hyperlink>
      <w:r>
        <w:t xml:space="preserve">- Paragraph 11: </w:t>
      </w:r>
      <w:hyperlink r:id="rId11">
        <w:r>
          <w:rPr>
            <w:color w:val="0000EE"/>
            <w:u w:val="single"/>
          </w:rPr>
          <w:t>[4]</w:t>
        </w:r>
      </w:hyperlink>
      <w:r>
        <w:t xml:space="preserve">, </w:t>
      </w:r>
      <w:hyperlink r:id="rId13">
        <w:r>
          <w:rPr>
            <w:color w:val="0000EE"/>
            <w:u w:val="single"/>
          </w:rPr>
          <w:t>[7]</w:t>
        </w:r>
      </w:hyperlink>
      <w:r>
        <w:t xml:space="preserve">- Paragraph 12: </w:t>
      </w:r>
      <w:hyperlink r:id="rId14">
        <w:r>
          <w:rPr>
            <w:color w:val="0000EE"/>
            <w:u w:val="single"/>
          </w:rPr>
          <w:t>[3]</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5">
        <w:r>
          <w:rPr>
            <w:color w:val="0000EE"/>
            <w:u w:val="single"/>
          </w:rPr>
          <w:t>[5]</w:t>
        </w:r>
      </w:hyperlink>
      <w:r>
        <w:t xml:space="preserve">, </w:t>
      </w:r>
      <w:hyperlink r:id="rId13">
        <w:r>
          <w:rPr>
            <w:color w:val="0000EE"/>
            <w:u w:val="single"/>
          </w:rPr>
          <w:t>[7]</w:t>
        </w:r>
      </w:hyperlink>
      <w:r>
        <w:t xml:space="preserve">- Paragraph 15: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https://euroweeklynews.com/2026/09/06/benidorm-pride-parade-fills-the-streets-with-colour-as-thousands-celebrate-love-and-diversity/</w:t>
        </w:r>
      </w:hyperlink>
      <w:r>
        <w:t xml:space="preserve"> - Please view link - unable to able to access data</w:t>
      </w:r>
      <w:r/>
    </w:p>
    <w:p>
      <w:pPr>
        <w:pStyle w:val="ListNumber"/>
        <w:spacing w:line="240" w:lineRule="auto"/>
        <w:ind w:left="720"/>
      </w:pPr>
      <w:r/>
      <w:hyperlink r:id="rId10">
        <w:r>
          <w:rPr>
            <w:color w:val="0000EE"/>
            <w:u w:val="single"/>
          </w:rPr>
          <w:t>https://www.lavanguardia.com/local/valencia/20260905/11627257/orgullo-benidorm-atrae-20-000-turistas-celebra-hoy-su-gran-desfile.html</w:t>
        </w:r>
      </w:hyperlink>
      <w:r>
        <w:t xml:space="preserve"> - La Vanguardia adds a local-news angle with the scale of the crowd, the city’s tourism strategy and the municipality’s economic framing of the Pride. It says the event is now less focused on a previously very British audience and more on a broader, multicoloured LGBT tourism market. It also places the parade within a wider six-day programme and identifies the closing Main Stage at the Auditorio Julio Iglesias. The piece quotes the councillor for events, Jesús Carrobles, on the celebration’s economic impact. It also notes the organisers’ long-term ambition to host EuroPride, a detail not in the reference article.</w:t>
      </w:r>
      <w:r/>
    </w:p>
    <w:p>
      <w:pPr>
        <w:pStyle w:val="ListNumber"/>
        <w:spacing w:line="240" w:lineRule="auto"/>
        <w:ind w:left="720"/>
      </w:pPr>
      <w:r/>
      <w:hyperlink r:id="rId14">
        <w:r>
          <w:rPr>
            <w:color w:val="0000EE"/>
            <w:u w:val="single"/>
          </w:rPr>
          <w:t>https://cadenaser.com/comunitat-valenciana/2026/08/26/benidorm-espera-20000-personas-en-su-orgullo-lgtbi-radio-benidorm/</w:t>
        </w:r>
      </w:hyperlink>
      <w:r>
        <w:t xml:space="preserve"> - Cadena SER provides pre-event programme detail and direct quotations from the city councillor and the Pride organiser. It adds the event’s length, the number of parties planned and the presence of two well-known drag performers. It also explains the organiser’s longer-term ambitions, including joining InterPride and potentially hosting EuroPride. The report is useful because it ties the parade to the wider festival timetable and gives the city’s own estimate of attendance. It also frames the event as both a tourism engine and a community celebration, with a direct quote about spending patterns among LGBT visitors.</w:t>
      </w:r>
      <w:r/>
    </w:p>
    <w:p>
      <w:pPr>
        <w:pStyle w:val="ListNumber"/>
        <w:spacing w:line="240" w:lineRule="auto"/>
        <w:ind w:left="720"/>
      </w:pPr>
      <w:r/>
      <w:hyperlink r:id="rId11">
        <w:r>
          <w:rPr>
            <w:color w:val="0000EE"/>
            <w:u w:val="single"/>
          </w:rPr>
          <w:t>https://www.noticiasibericas.es/noticias/alicante/2026-09-05-el-orgullo-de-benidorm-reune-a-20000-en-su-desfile/</w:t>
        </w:r>
      </w:hyperlink>
      <w:r>
        <w:t xml:space="preserve"> - Noticias Ibéricas adds a concise same-day report with specific numbers: 20,000 attendees, 18 floats and a 16:30 start from Levante Beach. It also describes the parade route through the seafront and the city centre, and says hotels, bars and restaurants benefit from the influx. Compared with the reference article, it is more explicit about the tourism economy and the parade mechanics, but it is largely a straightforward rewrite of the main facts. Its value lies in confirming the organisers’ attendance estimate and the structure of the procession from a different outlet.</w:t>
      </w:r>
      <w:r/>
    </w:p>
    <w:p>
      <w:pPr>
        <w:pStyle w:val="ListNumber"/>
        <w:spacing w:line="240" w:lineRule="auto"/>
        <w:ind w:left="720"/>
      </w:pPr>
      <w:r/>
      <w:hyperlink r:id="rId15">
        <w:r>
          <w:rPr>
            <w:color w:val="0000EE"/>
            <w:u w:val="single"/>
          </w:rPr>
          <w:t>https://noticiasciudadanas.com/benidorm-celebra-el-gay-pride/</w:t>
        </w:r>
      </w:hyperlink>
      <w:r>
        <w:t xml:space="preserve"> - Noticias Ciudadanas reports that thousands filled Benidorm’s main streets for the traditional parade and describes the event as one of the city’s most crowded editions. It adds that Benidorm is closing the European Pride calendar and reinforces its status as a destination for LGBT tourism. The article is useful for its broad framing of the event’s importance, but it appears to offer few details beyond the scale of the turnout and the celebratory mood. It does not materially challenge the reference article, but it supports the claim that the parade drew large crowds across the city.</w:t>
      </w:r>
      <w:r/>
    </w:p>
    <w:p>
      <w:pPr>
        <w:pStyle w:val="ListNumber"/>
        <w:spacing w:line="240" w:lineRule="auto"/>
        <w:ind w:left="720"/>
      </w:pPr>
      <w:r/>
      <w:hyperlink r:id="rId12">
        <w:r>
          <w:rPr>
            <w:color w:val="0000EE"/>
            <w:u w:val="single"/>
          </w:rPr>
          <w:t>https://benidorm.org/es/noticias/el-desfile-del-benidorm-pride-congrega-miles-de-personas-en-las-calles-de-la-ciudad</w:t>
        </w:r>
      </w:hyperlink>
      <w:r>
        <w:t xml:space="preserve"> - The Benidorm municipal website offers an official account of an earlier Pride parade, with the mayor, regional tourism councillor and city officials attending. It adds a direct municipal perspective on the event’s route, the number of visitors and the role of the city and Visit Benidorm in promoting Pride internationally. Although it is from a previous year, it is useful background for the same annual story because it confirms the parade’s importance, the route through Levante and l’Aigüera, and the city’s effort to market Benidorm as an LGBTIQ+ destination.</w:t>
      </w:r>
      <w:r/>
    </w:p>
    <w:p>
      <w:pPr>
        <w:pStyle w:val="ListNumber"/>
        <w:spacing w:line="240" w:lineRule="auto"/>
        <w:ind w:left="720"/>
      </w:pPr>
      <w:r/>
      <w:hyperlink r:id="rId13">
        <w:r>
          <w:rPr>
            <w:color w:val="0000EE"/>
            <w:u w:val="single"/>
          </w:rPr>
          <w:t>https://www.benidormpride.com/events/pride-parade-2026</w:t>
        </w:r>
      </w:hyperlink>
      <w:r>
        <w:t xml:space="preserve"> - The official Benidorm Pride event page provides the clearest primary-source confirmation of the 2026 parade date and its celebratory framing. It states that the parade takes place on Saturday 5 September 2026 and describes it as one of Spain’s most iconic LGBTQ+ parades. Compared with the reference article, it adds an official promotional angle, emphasising unity, colour and community rather than crowd size or economic impact. It is useful as the underlying event listing behind the press coverage and confirms the date and character of the parade.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uroweeklynews.com/2026/09/06/benidorm-pride-parade-fills-the-streets-with-colour-as-thousands-celebrate-love-and-diversity/" TargetMode="External"/><Relationship Id="rId10" Type="http://schemas.openxmlformats.org/officeDocument/2006/relationships/hyperlink" Target="https://www.lavanguardia.com/local/valencia/20260905/11627257/orgullo-benidorm-atrae-20-000-turistas-celebra-hoy-su-gran-desfile.html" TargetMode="External"/><Relationship Id="rId11" Type="http://schemas.openxmlformats.org/officeDocument/2006/relationships/hyperlink" Target="https://www.noticiasibericas.es/noticias/alicante/2026-09-05-el-orgullo-de-benidorm-reune-a-20000-en-su-desfile/" TargetMode="External"/><Relationship Id="rId12" Type="http://schemas.openxmlformats.org/officeDocument/2006/relationships/hyperlink" Target="https://benidorm.org/es/noticias/el-desfile-del-benidorm-pride-congrega-miles-de-personas-en-las-calles-de-la-ciudad" TargetMode="External"/><Relationship Id="rId13" Type="http://schemas.openxmlformats.org/officeDocument/2006/relationships/hyperlink" Target="https://www.benidormpride.com/events/pride-parade-2026" TargetMode="External"/><Relationship Id="rId14" Type="http://schemas.openxmlformats.org/officeDocument/2006/relationships/hyperlink" Target="https://cadenaser.com/comunitat-valenciana/2026/08/26/benidorm-espera-20000-personas-en-su-orgullo-lgtbi-radio-benidorm/" TargetMode="External"/><Relationship Id="rId15" Type="http://schemas.openxmlformats.org/officeDocument/2006/relationships/hyperlink" Target="https://noticiasciudadanas.com/benidorm-celebra-el-gay-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