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Vesuvio Pride 2026 in Portici: route, programme and meaning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and supporters are gathering in Portici for Vesuvio Pride 2026, a colourful LGBTQIA+ march shaped by local history, cultural performances and a clear response to intolerance. The parade will move through the city before an evening show, while this year’s event also honours the late artist and activist Ciro Ciretta Cascina.</w:t>
      </w:r>
      <w:r/>
    </w:p>
    <w:p>
      <w:pPr>
        <w:pStyle w:val="Heading2"/>
      </w:pPr>
      <w:r>
        <w:t>Essential takeaways</w:t>
      </w:r>
      <w:r/>
      <w:r/>
    </w:p>
    <w:p>
      <w:pPr>
        <w:pStyle w:val="ListBullet"/>
        <w:spacing w:line="240" w:lineRule="auto"/>
        <w:ind w:left="720"/>
      </w:pPr>
      <w:r/>
      <w:r>
        <w:rPr>
          <w:b/>
        </w:rPr>
        <w:t>Meeting point:</w:t>
      </w:r>
      <w:r>
        <w:t xml:space="preserve"> Participants gather at Cirotto beach, Parco a Mare, from 4pm.</w:t>
      </w:r>
      <w:r/>
    </w:p>
    <w:p>
      <w:pPr>
        <w:pStyle w:val="ListBullet"/>
        <w:spacing w:line="240" w:lineRule="auto"/>
        <w:ind w:left="720"/>
      </w:pPr>
      <w:r/>
      <w:r>
        <w:rPr>
          <w:b/>
        </w:rPr>
        <w:t>Parade time:</w:t>
      </w:r>
      <w:r>
        <w:t xml:space="preserve"> The march is due to set off at 5pm and pass through several central streets.</w:t>
      </w:r>
      <w:r/>
    </w:p>
    <w:p>
      <w:pPr>
        <w:pStyle w:val="ListBullet"/>
        <w:spacing w:line="240" w:lineRule="auto"/>
        <w:ind w:left="720"/>
      </w:pPr>
      <w:r/>
      <w:r>
        <w:rPr>
          <w:b/>
        </w:rPr>
        <w:t>Evening programme:</w:t>
      </w:r>
      <w:r>
        <w:t xml:space="preserve"> Speeches and the Star Show are expected between 7.30pm and 8pm.</w:t>
      </w:r>
      <w:r/>
    </w:p>
    <w:p>
      <w:pPr>
        <w:pStyle w:val="ListBullet"/>
        <w:spacing w:line="240" w:lineRule="auto"/>
        <w:ind w:left="720"/>
      </w:pPr>
      <w:r/>
      <w:r>
        <w:rPr>
          <w:b/>
        </w:rPr>
        <w:t>Featured guests:</w:t>
      </w:r>
      <w:r>
        <w:t xml:space="preserve"> Imma Battaglia will be patron, with Eva Grimaldi, Ebbanesis and Ars Nova Napoli also involved.</w:t>
      </w:r>
      <w:r/>
    </w:p>
    <w:p>
      <w:pPr>
        <w:pStyle w:val="ListBullet"/>
        <w:spacing w:line="240" w:lineRule="auto"/>
        <w:ind w:left="720"/>
      </w:pPr>
      <w:r/>
      <w:r>
        <w:rPr>
          <w:b/>
        </w:rPr>
        <w:t>This year’s tribute:</w:t>
      </w:r>
      <w:r>
        <w:t xml:space="preserve"> The event remembers Ciro Ciretta Cascina, a Portici-born performer, poet and LGBTQIA+ activist.</w:t>
      </w:r>
      <w:r/>
      <w:r/>
    </w:p>
    <w:p>
      <w:pPr>
        <w:pStyle w:val="Heading2"/>
      </w:pPr>
      <w:r>
        <w:t>Portici prepares for a Pride with a sharper edge</w:t>
      </w:r>
      <w:r/>
    </w:p>
    <w:p>
      <w:r/>
      <w:r>
        <w:t>Vesuvio Pride 2026 arrives with music, colour and an unmistakable sense of purpose. The parade will leave Cirotto beach at 5pm, travel along corso Garibaldi, piazza San Ciro and corso Umberto, then reach the final stage programme later in the evening.</w:t>
      </w:r>
      <w:r/>
    </w:p>
    <w:p>
      <w:r/>
      <w:r>
        <w:t>The timing gives the march added significance. According to NapoliToday, threatening homophobic posters appeared on corso Umberto on the morning of the event, just hours before the procession was due to pass through. Rather than altering the announced route, organisers are continuing with the programme, turning the streets themselves into a visible answer to intimidation.</w:t>
      </w:r>
      <w:r/>
    </w:p>
    <w:p>
      <w:r/>
      <w:r>
        <w:t>Local coverage from L'Ora Vesuviana also places the event in the wider public conversation around visibility, participation and LGBTQIA+ rights in the Vesuvian area. It feels like a reminder that a Pride parade isn't simply a celebration, but also a public claim to safety and belonging.</w:t>
      </w:r>
      <w:r/>
    </w:p>
    <w:p>
      <w:pPr>
        <w:pStyle w:val="Heading2"/>
      </w:pPr>
      <w:r>
        <w:t>The route connects the seafront with Portici's centre</w:t>
      </w:r>
      <w:r/>
    </w:p>
    <w:p>
      <w:r/>
      <w:r>
        <w:t>For anyone attending, the practical plan is straightforward. The meeting point is the beach known as Cirotto, within Parco a Mare, with the procession scheduled to begin an hour later. From there, it will continue through central Portici before reaching the final gathering.</w:t>
      </w:r>
      <w:r/>
    </w:p>
    <w:p>
      <w:r/>
      <w:r>
        <w:t>The route includes corso Garibaldi, piazza San Ciro and corso Umberto, making the march easy to follow for residents and visitors alike. Earlier event information published by local outlets described the Portici appointment as the central public moment of the Vesuvio Pride programme.</w:t>
      </w:r>
      <w:r/>
    </w:p>
    <w:p>
      <w:r/>
      <w:r>
        <w:t>Organisers expect the speeches and performances to begin once the procession has arrived, with the closing section planned for roughly 7.30pm to 8pm. As ever with outdoor events, it's sensible to allow extra time, wear comfortable shoes and bring water, particularly if the afternoon is warm.</w:t>
      </w:r>
      <w:r/>
    </w:p>
    <w:p>
      <w:pPr>
        <w:pStyle w:val="Heading2"/>
      </w:pPr>
      <w:r>
        <w:t>'Rights like a train' gives the event its local identity</w:t>
      </w:r>
      <w:r/>
    </w:p>
    <w:p>
      <w:r/>
      <w:r>
        <w:t>This year's slogan, "Diritti come un treno", translates as "Rights like a train". It's a neat piece of local storytelling, linking the campaign to Portici's railway heritage and the first railway line built in the Italian peninsula, which connected Naples and Portici in 1839.</w:t>
      </w:r>
      <w:r/>
    </w:p>
    <w:p>
      <w:r/>
      <w:r>
        <w:t>The phrase gives the event more than a catchy banner. It suggests movement, momentum and a journey that shouldn't be allowed to stop, while placing LGBTQIA+ rights firmly within the history of the city itself.</w:t>
      </w:r>
      <w:r/>
    </w:p>
    <w:p>
      <w:r/>
      <w:r>
        <w:t>Reports from Gay.it and the Vesuvio Pride organisation have connected the 2026 edition with wider debates around civil unions, relationship and sex education, gender-based violence and legal recognition. That combination of local pride and national politics is part of what makes the event feel relevant beyond the parade route.</w:t>
      </w:r>
      <w:r/>
    </w:p>
    <w:p>
      <w:pPr>
        <w:pStyle w:val="Heading2"/>
      </w:pPr>
      <w:r>
        <w:t>Music, activism and a familiar pair of faces</w:t>
      </w:r>
      <w:r/>
    </w:p>
    <w:p>
      <w:r/>
      <w:r>
        <w:t>The closing show will feature Ebbanesis and Ars Nova Napoli, bringing regional musical traditions into a programme that is otherwise rooted in protest and civic discussion. Artistic direction comes from Susy Mennella, while activist Imma Battaglia will serve as madrina alongside her partner, actor Eva Grimaldi.</w:t>
      </w:r>
      <w:r/>
    </w:p>
    <w:p>
      <w:r/>
      <w:r>
        <w:t>Battaglia and Grimaldi have themselves faced abuse online after a video featuring them was targeted with insults, according to the event coverage. Their presence therefore carries a personal as well as symbolic weight.</w:t>
      </w:r>
      <w:r/>
    </w:p>
    <w:p>
      <w:r/>
      <w:r>
        <w:t>The programme reflects a broader trend in Pride events across Italy, where concerts, community meetings and political speeches increasingly share the same stage. It makes the day accessible to different audiences, but the message remains clear: entertainment can draw people in, while visibility keeps the conversation moving.</w:t>
      </w:r>
      <w:r/>
    </w:p>
    <w:p>
      <w:pPr>
        <w:pStyle w:val="Heading2"/>
      </w:pPr>
      <w:r>
        <w:t>A heartfelt tribute to Ciro Ciretta Cascina</w:t>
      </w:r>
      <w:r/>
    </w:p>
    <w:p>
      <w:r/>
      <w:r>
        <w:t>This year's Pride is dedicated to Ciro Ciretta Cascina, the Portici-born actor, poet and activist who died in June in Torre Annunziata. His career began in Naples' early gay venues during the 1970s before expanding into theatres, public squares and cultural projects across Italy.</w:t>
      </w:r>
      <w:r/>
    </w:p>
    <w:p>
      <w:r/>
      <w:r>
        <w:t>Cascina was closely associated with the culture and oral traditions of Neapolitan femminielli. In 2009, he founded AFAN, the Associazione Femminelle Antiche Napoletane, helping preserve a tradition that is both culturally specific and deeply connected to queer history in Naples.</w:t>
      </w:r>
      <w:r/>
    </w:p>
    <w:p>
      <w:r/>
      <w:r>
        <w:t xml:space="preserve">Radio Pride reported that his relationship with the Vesuvio Pride continued over several years, including appearances in promotional projects for earlier Pride events. His voice also features in this year's campaign video, created by Francesca Saccenti and drawing on material from the 2024 documentary </w:t>
      </w:r>
      <w:r>
        <w:rPr>
          <w:i/>
        </w:rPr>
        <w:t>Femmenell</w:t>
      </w:r>
      <w:r>
        <w:t xml:space="preserve"> by Andrea Fortis.</w:t>
      </w:r>
      <w:r/>
    </w:p>
    <w:p>
      <w:r/>
      <w:r>
        <w:t>The video combines Cascina's words with images from queer history, previous Vesuvio Pride editions and the 1969 Stonewall uprising in New York. It's a moving way to link memory with the present, and to remind a new generation that today's public celebrations were built on decades of courage.</w:t>
      </w:r>
      <w:r/>
    </w:p>
    <w:p>
      <w:pPr>
        <w:pStyle w:val="Heading2"/>
      </w:pPr>
      <w:r>
        <w:t>A week of events leads into the main march</w:t>
      </w:r>
      <w:r/>
    </w:p>
    <w:p>
      <w:r/>
      <w:r>
        <w:t>The parade marks the finale of Vesuvio Pride Week, which has included cultural, sporting and social appointments in the days beforehand. Metropolis Web described the week as a build-up to the main procession, while the organisers' own announcement highlighted cooperation with Portici's local administration.</w:t>
      </w:r>
      <w:r/>
    </w:p>
    <w:p>
      <w:r/>
      <w:r>
        <w:t>The event has received support and patronage from the Campania Region, ANCI Campania and the Metropolitan City of Naples, alongside backing from several municipalities. That institutional support matters, especially when the event is taking place against a backdrop of fresh homophobic intimidation.</w:t>
      </w:r>
      <w:r/>
    </w:p>
    <w:p>
      <w:r/>
      <w:r>
        <w:t>For attendees, the simplest plan is to arrive at Cirotto beach before 4pm, follow the parade through the centre and stay for the speeches and live performances. The mood will be celebratory, but this is also a day about standing together in public, which is often where solidarity feels most powerful.</w:t>
      </w:r>
      <w:r/>
    </w:p>
    <w:p>
      <w:r/>
      <w:r>
        <w:t>It's a Pride with a long memory, a lively soundtrack and plenty still to say.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5">
        <w:r>
          <w:rPr>
            <w:color w:val="0000EE"/>
            <w:u w:val="single"/>
          </w:rPr>
          <w:t>[6]</w:t>
        </w:r>
      </w:hyperlink>
      <w:r>
        <w:t xml:space="preserve">- Paragraph 6: </w:t>
      </w:r>
      <w:hyperlink r:id="rId14">
        <w:r>
          <w:rPr>
            <w:color w:val="0000EE"/>
            <w:u w:val="single"/>
          </w:rPr>
          <w:t>[5]</w:t>
        </w:r>
      </w:hyperlink>
      <w:r>
        <w:t xml:space="preserve">, </w:t>
      </w:r>
      <w:hyperlink r:id="rId13">
        <w:r>
          <w:rPr>
            <w:color w:val="0000EE"/>
            <w:u w:val="single"/>
          </w:rPr>
          <w:t>[7]</w:t>
        </w:r>
      </w:hyperlink>
      <w:r>
        <w:t xml:space="preserve">- Paragraph 7: </w:t>
      </w:r>
      <w:hyperlink r:id="rId11">
        <w:r>
          <w:rPr>
            <w:color w:val="0000EE"/>
            <w:u w:val="single"/>
          </w:rPr>
          <w:t>[3]</w:t>
        </w:r>
      </w:hyperlink>
      <w:r>
        <w:t xml:space="preserve">, </w:t>
      </w:r>
      <w:hyperlink r:id="rId15">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[4]</w:t>
        </w:r>
      </w:hyperlink>
      <w:r>
        <w:t xml:space="preserve">- Paragraph 11: </w:t>
      </w:r>
      <w:hyperlink r:id="rId11">
        <w:r>
          <w:rPr>
            <w:color w:val="0000EE"/>
            <w:u w:val="single"/>
          </w:rPr>
          <w:t>[3]</w:t>
        </w:r>
      </w:hyperlink>
      <w:r>
        <w:t xml:space="preserve">, </w:t>
      </w:r>
      <w:hyperlink r:id="rId13">
        <w:r>
          <w:rPr>
            <w:color w:val="0000EE"/>
            <w:u w:val="single"/>
          </w:rPr>
          <w:t>[7]</w:t>
        </w:r>
      </w:hyperlink>
      <w:r>
        <w:t xml:space="preserve">- Paragraph 12: </w:t>
      </w:r>
      <w:hyperlink r:id="rId12">
        <w:r>
          <w:rPr>
            <w:color w:val="0000EE"/>
            <w:u w:val="single"/>
          </w:rPr>
          <w:t>[4]</w:t>
        </w:r>
      </w:hyperlink>
      <w:r>
        <w:t xml:space="preserve">, </w:t>
      </w:r>
      <w:hyperlink r:id="rId15">
        <w:r>
          <w:rPr>
            <w:color w:val="0000EE"/>
            <w:u w:val="single"/>
          </w:rPr>
          <w:t>[6]</w:t>
        </w:r>
      </w:hyperlink>
      <w:r>
        <w:t xml:space="preserve">- Paragraph 13: </w:t>
      </w:r>
      <w:hyperlink r:id="rId14">
        <w:r>
          <w:rPr>
            <w:color w:val="0000EE"/>
            <w:u w:val="single"/>
          </w:rPr>
          <w:t>[5]</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https://www.napolitoday.it/attualita/vesuvio-pride-2026-programma-ospiti.html</w:t>
        </w:r>
      </w:hyperlink>
      <w:r>
        <w:t xml:space="preserve"> - Please view link - unable to able to access data</w:t>
      </w:r>
      <w:r/>
    </w:p>
    <w:p>
      <w:pPr>
        <w:pStyle w:val="ListNumber"/>
        <w:spacing w:line="240" w:lineRule="auto"/>
        <w:ind w:left="720"/>
      </w:pPr>
      <w:r/>
      <w:hyperlink r:id="rId10">
        <w:r>
          <w:rPr>
            <w:color w:val="0000EE"/>
            <w:u w:val="single"/>
          </w:rPr>
          <w:t>https://www.lostrillone.tv/vesuvio-pride-appuntamento-domani-a-portici/57063.html</w:t>
        </w:r>
      </w:hyperlink>
      <w:r>
        <w:t xml:space="preserve"> - This report adds the clearest on-the-ground description of the final route and the city’s official framing of the Vesuvio Pride in Portici. It confirms the 16:00 assembly and 17:00 departure from Spiaggia Cirotto, then the march through Parco a Mare, Corso Garibaldi, Piazza San Ciro and Corso Umberto I. It also quotes the city’s equal-opportunities councillor, Florinda Verde, and presents the municipality’s message that the event is inclusive and non-partisan. The article does not mention the homophobic posters, but it strengthens the sequence, timing and political tone of the day.</w:t>
      </w:r>
      <w:r/>
    </w:p>
    <w:p>
      <w:pPr>
        <w:pStyle w:val="ListNumber"/>
        <w:spacing w:line="240" w:lineRule="auto"/>
        <w:ind w:left="720"/>
      </w:pPr>
      <w:r/>
      <w:hyperlink r:id="rId11">
        <w:r>
          <w:rPr>
            <w:color w:val="0000EE"/>
            <w:u w:val="single"/>
          </w:rPr>
          <w:t>https://www.gay.it/vesuvio-pride-2026-portici-18-luglio</w:t>
        </w:r>
      </w:hyperlink>
      <w:r>
        <w:t xml:space="preserve"> - This piece gives the most complete background on the delay from July to September and the core meaning of the 2026 edition. It explains that the Vesuvio Pride 2026 had first been planned for 18 July but was moved because of the heat emergency. It confirms the 5 September date, the 16:00 gathering at Spiaggia Cirotto and the 17:00 departure, and it repeats the route through Parco a Mare, Corso Garibaldi, Piazza San Ciro and Corso Umberto I. It also adds comments from Danilo Beniamino Di Leo about “non esistono periferie dei diritti” and identifies Imma Battaglia as a Portici native.</w:t>
      </w:r>
      <w:r/>
    </w:p>
    <w:p>
      <w:pPr>
        <w:pStyle w:val="ListNumber"/>
        <w:spacing w:line="240" w:lineRule="auto"/>
        <w:ind w:left="720"/>
      </w:pPr>
      <w:r/>
      <w:hyperlink r:id="rId12">
        <w:r>
          <w:rPr>
            <w:color w:val="0000EE"/>
            <w:u w:val="single"/>
          </w:rPr>
          <w:t>https://www.radiopride.lgbt/il-vesuvio-pride-di-portici-del-5-settembre-sara-dedicato-a-ciro-ciretta-cascina/</w:t>
        </w:r>
      </w:hyperlink>
      <w:r>
        <w:t xml:space="preserve"> - This article focuses on the decision to move the Pride because of extreme heat and on the dedication to Ciro Ciretta Cascina. It confirms the 5 September date, the Portici route, and Imma Battaglia as the event’s madrina. It also gives direct explanation from Danilo Beniamino Di Leo about protecting participants’ safety and about wanting time for the new Portici administration to settle. Compared with other reports, this one is especially useful for the organisational rationale behind the postponement and for the way the association presents the event as a September tradition.</w:t>
      </w:r>
      <w:r/>
    </w:p>
    <w:p>
      <w:pPr>
        <w:pStyle w:val="ListNumber"/>
        <w:spacing w:line="240" w:lineRule="auto"/>
        <w:ind w:left="720"/>
      </w:pPr>
      <w:r/>
      <w:hyperlink r:id="rId14">
        <w:r>
          <w:rPr>
            <w:color w:val="0000EE"/>
            <w:u w:val="single"/>
          </w:rPr>
          <w:t>https://www.metropolisweb.it/2026/08/30/al-via-la-vesuvio-pride-week-corteo-5-settembre/</w:t>
        </w:r>
      </w:hyperlink>
      <w:r>
        <w:t xml:space="preserve"> - This report is valuable for the surrounding Pride Week programme rather than just the march itself. It confirms the beach-volley event on 3 September at Parco a Mare, the film screening of Femmenell in Torre Annunziata, and the remembrance of Ciro Ciretta Cascina with tammorre and traditional music. It also says Imma Battaglia, described as a native of Portici, will meet the public on 4 September at Vivarium to present her book. The piece broadens the story from a single parade into a wider week of cultural, sporting and memorial events.</w:t>
      </w:r>
      <w:r/>
    </w:p>
    <w:p>
      <w:pPr>
        <w:pStyle w:val="ListNumber"/>
        <w:spacing w:line="240" w:lineRule="auto"/>
        <w:ind w:left="720"/>
      </w:pPr>
      <w:r/>
      <w:hyperlink r:id="rId15">
        <w:r>
          <w:rPr>
            <w:color w:val="0000EE"/>
            <w:u w:val="single"/>
          </w:rPr>
          <w:t>https://www.pridevesuvio.it/2026/07/14/portici-vesuvio-pride-2026-nuova-data-il-5-settembre-in-sinergia-e-collaborazione-con-il-comune-di-portici/</w:t>
        </w:r>
      </w:hyperlink>
      <w:r>
        <w:t xml:space="preserve"> - This is the key primary source for the date change and the organisers’ reasoning. It states that the seventh Portici Vesuvio Pride has been postponed to 5 September because of the heat emergency and in order to guarantee safety and participation. It says the move is being made in collaboration with the Comune di Portici and that the delay also allows the new local administration time to settle. It includes a direct quote from Danilo Di Leo saying the event was postponed to protect collective well-being and to build a shared path with the municipality.</w:t>
      </w:r>
      <w:r/>
    </w:p>
    <w:p>
      <w:pPr>
        <w:pStyle w:val="ListNumber"/>
        <w:spacing w:line="240" w:lineRule="auto"/>
        <w:ind w:left="720"/>
      </w:pPr>
      <w:r/>
      <w:hyperlink r:id="rId13">
        <w:r>
          <w:rPr>
            <w:color w:val="0000EE"/>
            <w:u w:val="single"/>
          </w:rPr>
          <w:t>https://www.loravesuviana.it/news/vesuvio-pride-2026-londa-arcobaleno-arriva-a-portici-insieme-ad-imma-battaglia.html/</w:t>
        </w:r>
      </w:hyperlink>
      <w:r>
        <w:t xml:space="preserve"> - This early preview explains why Portici was chosen and how the event fits the itinerant character of the Vesuvio Pride. It says Portici will host the seventh edition on 18 July and that Imma Battaglia will be the featured guest. It also quotes Danilo Beniamino Di Leo about the importance of carrying the struggle for rights into medium and small centres, not only big cities. The article is useful for background on the event’s political positioning and for Battaglia’s status as a Portici native.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apolitoday.it/attualita/vesuvio-pride-2026-programma-ospiti.html" TargetMode="External"/><Relationship Id="rId10" Type="http://schemas.openxmlformats.org/officeDocument/2006/relationships/hyperlink" Target="https://www.lostrillone.tv/vesuvio-pride-appuntamento-domani-a-portici/57063.html" TargetMode="External"/><Relationship Id="rId11" Type="http://schemas.openxmlformats.org/officeDocument/2006/relationships/hyperlink" Target="https://www.gay.it/vesuvio-pride-2026-portici-18-luglio" TargetMode="External"/><Relationship Id="rId12" Type="http://schemas.openxmlformats.org/officeDocument/2006/relationships/hyperlink" Target="https://www.radiopride.lgbt/il-vesuvio-pride-di-portici-del-5-settembre-sara-dedicato-a-ciro-ciretta-cascina/" TargetMode="External"/><Relationship Id="rId13" Type="http://schemas.openxmlformats.org/officeDocument/2006/relationships/hyperlink" Target="https://www.loravesuviana.it/news/vesuvio-pride-2026-londa-arcobaleno-arriva-a-portici-insieme-ad-imma-battaglia.html/" TargetMode="External"/><Relationship Id="rId14" Type="http://schemas.openxmlformats.org/officeDocument/2006/relationships/hyperlink" Target="https://www.metropolisweb.it/2026/08/30/al-via-la-vesuvio-pride-week-corteo-5-settembre/" TargetMode="External"/><Relationship Id="rId15" Type="http://schemas.openxmlformats.org/officeDocument/2006/relationships/hyperlink" Target="https://www.pridevesuvio.it/2026/07/14/portici-vesuvio-pride-2026-nuova-data-il-5-settembre-in-sinergia-e-collaborazione-con-il-comune-di-portic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