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Challenge Star Davis Mallory Addresses New Girlfriend Criticism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Challenge star Davis Mallory is responding to scepticism after introducing girlfriend Rachel Vaughan, following his public statement that his sexual orientation had changed. His comments have reignited a wider conversation about identity, faith and the pressure placed on reality stars when deeply personal announcements unfold online.</w:t>
      </w:r>
      <w:r/>
    </w:p>
    <w:p>
      <w:pPr>
        <w:pStyle w:val="Heading2"/>
      </w:pPr>
      <w:r>
        <w:t>Essential Takeaways</w:t>
      </w:r>
      <w:r/>
      <w:r/>
    </w:p>
    <w:p>
      <w:pPr>
        <w:pStyle w:val="ListBullet"/>
        <w:spacing w:line="240" w:lineRule="auto"/>
        <w:ind w:left="720"/>
      </w:pPr>
      <w:r/>
      <w:r>
        <w:rPr>
          <w:b/>
        </w:rPr>
        <w:t>New relationship:</w:t>
      </w:r>
      <w:r>
        <w:t xml:space="preserve"> Mallory has publicly introduced Rachel Vaughan as his girlfriend.</w:t>
      </w:r>
      <w:r/>
    </w:p>
    <w:p>
      <w:pPr>
        <w:pStyle w:val="ListBullet"/>
        <w:spacing w:line="240" w:lineRule="auto"/>
        <w:ind w:left="720"/>
      </w:pPr>
      <w:r/>
      <w:r>
        <w:rPr>
          <w:b/>
        </w:rPr>
        <w:t>Online reaction:</w:t>
      </w:r>
      <w:r>
        <w:t xml:space="preserve"> Some followers questioned his account, prompting him to respond on Instagram.</w:t>
      </w:r>
      <w:r/>
    </w:p>
    <w:p>
      <w:pPr>
        <w:pStyle w:val="ListBullet"/>
        <w:spacing w:line="240" w:lineRule="auto"/>
        <w:ind w:left="720"/>
      </w:pPr>
      <w:r/>
      <w:r>
        <w:rPr>
          <w:b/>
        </w:rPr>
        <w:t>Religious explanation:</w:t>
      </w:r>
      <w:r>
        <w:t xml:space="preserve"> He says his change was guided by his Christian faith rather than a deliberate decision.</w:t>
      </w:r>
      <w:r/>
    </w:p>
    <w:p>
      <w:pPr>
        <w:pStyle w:val="ListBullet"/>
        <w:spacing w:line="240" w:lineRule="auto"/>
        <w:ind w:left="720"/>
      </w:pPr>
      <w:r/>
      <w:r>
        <w:rPr>
          <w:b/>
        </w:rPr>
        <w:t>Long public history:</w:t>
      </w:r>
      <w:r>
        <w:t xml:space="preserve"> Mallory came out on The Real World: Denver in 2006 and lived openly as a gay man for many years.</w:t>
      </w:r>
      <w:r/>
    </w:p>
    <w:p>
      <w:pPr>
        <w:pStyle w:val="ListBullet"/>
        <w:spacing w:line="240" w:lineRule="auto"/>
        <w:ind w:left="720"/>
      </w:pPr>
      <w:r/>
      <w:r>
        <w:rPr>
          <w:b/>
        </w:rPr>
        <w:t>Sensitive subject:</w:t>
      </w:r>
      <w:r>
        <w:t xml:space="preserve"> His comments have drawn attention because sexual orientation and identity remain deeply personal, complex issues.</w:t>
      </w:r>
      <w:r/>
      <w:r/>
    </w:p>
    <w:p>
      <w:pPr>
        <w:pStyle w:val="Heading2"/>
      </w:pPr>
      <w:r>
        <w:t>Davis Mallory asks why followers are sceptical</w:t>
      </w:r>
      <w:r/>
    </w:p>
    <w:p>
      <w:r/>
      <w:r>
        <w:t>Mallory's latest response came after he shared his relationship with Vaughan on social media. According to TMZ, the announcement quickly attracted attention, with online users debating whether his account of changing sexual orientation should be accepted at face value.</w:t>
      </w:r>
      <w:r/>
    </w:p>
    <w:p>
      <w:r/>
      <w:r>
        <w:t>Rather than quietly letting the reaction pass, the reality star addressed the criticism in Instagram Stories. He questioned why people appear willing to accept changes in many areas of life, yet remain uncomfortable with the idea that someone's understanding of their sexuality might shift.</w:t>
      </w:r>
      <w:r/>
    </w:p>
    <w:p>
      <w:r/>
      <w:r>
        <w:t>It's a striking argument, although it touches a subject where personal experience and established medical understanding are often discussed in very different terms. Publications including TV Insider and EDGE Media Network reported on the relationship announcement and the debate surrounding it.</w:t>
      </w:r>
      <w:r/>
    </w:p>
    <w:p>
      <w:pPr>
        <w:pStyle w:val="Heading2"/>
      </w:pPr>
      <w:r>
        <w:t>His explanation is rooted in faith</w:t>
      </w:r>
      <w:r/>
    </w:p>
    <w:p>
      <w:r/>
      <w:r>
        <w:t>Mallory has said he doesn't believe he simply chose a new identity. Instead, he attributes the change to his relationship with God and describes the experience as spiritual rather than strategic.</w:t>
      </w:r>
      <w:r/>
    </w:p>
    <w:p>
      <w:r/>
      <w:r>
        <w:t>That explanation follows comments he made in a 2025 interview with YouTube host Becket Cook. As reported by Reality Tea and AOL, Mallory said his feelings towards a male partner had changed during the final year of their relationship, while he began to interpret those feelings through his religious beliefs.</w:t>
      </w:r>
      <w:r/>
    </w:p>
    <w:p>
      <w:r/>
      <w:r>
        <w:t>He has also spoken about wanting to help other men who, in his view, are struggling with similar experiences. That framing is likely to remain controversial, particularly because many LGBTQ+ people and health organisations reject the idea that sexual orientation can be deliberately altered through prayer or spiritual intervention.</w:t>
      </w:r>
      <w:r/>
    </w:p>
    <w:p>
      <w:pPr>
        <w:pStyle w:val="Heading2"/>
      </w:pPr>
      <w:r>
        <w:t>A very different chapter from The Real World</w:t>
      </w:r>
      <w:r/>
    </w:p>
    <w:p>
      <w:r/>
      <w:r>
        <w:t>Mallory first became known to many viewers after appearing on The Real World: Denver in 2006, where he came out as gay. He then spent close to two decades living publicly as an openly gay man.</w:t>
      </w:r>
      <w:r/>
    </w:p>
    <w:p>
      <w:r/>
      <w:r>
        <w:t>In an earlier interview with Out, he described growing up in a religious Georgian family and community, saying that environment made it difficult to accept his sexuality. He recalled first questioning whether he was gay as a teenager, before later falling in love with a man while studying abroad.</w:t>
      </w:r>
      <w:r/>
    </w:p>
    <w:p>
      <w:r/>
      <w:r>
        <w:t>That history matters because this isn't a celebrity making a casual lifestyle update. Mallory's latest announcement sits alongside years of public identity, relationships and personal storytelling, which helps explain why the response has been so intense. Out's earlier reporting provides important context for understanding the contrast between his past and present statements.</w:t>
      </w:r>
      <w:r/>
    </w:p>
    <w:p>
      <w:pPr>
        <w:pStyle w:val="Heading2"/>
      </w:pPr>
      <w:r>
        <w:t>Who is Rachel Vaughan?</w:t>
      </w:r>
      <w:r/>
    </w:p>
    <w:p>
      <w:r/>
      <w:r>
        <w:t>Vaughan is the woman Mallory has recently introduced as his girlfriend, and he has posted affectionate messages about their relationship online. The pair's appearance together has prompted coverage from TV Insider, TMZ and other entertainment outlets.</w:t>
      </w:r>
      <w:r/>
    </w:p>
    <w:p>
      <w:r/>
      <w:r>
        <w:t>For now, the relationship itself appears to be the straightforward part of the story. The bigger discussion concerns how Mallory describes his journey, and whether audiences see it as a change in orientation, a change in language, or a new interpretation of feelings shaped by faith.</w:t>
      </w:r>
      <w:r/>
    </w:p>
    <w:p>
      <w:r/>
      <w:r>
        <w:t>That distinction is important. People can reassess labels, relationships and beliefs over time, but public conversations about sexuality can affect communities far beyond the person making the announcement. A reality-TV post may look fleeting on a phone screen, yet its wider implications can linger.</w:t>
      </w:r>
      <w:r/>
    </w:p>
    <w:p>
      <w:pPr>
        <w:pStyle w:val="Heading2"/>
      </w:pPr>
      <w:r>
        <w:t>Why the reaction has become so heated</w:t>
      </w:r>
      <w:r/>
    </w:p>
    <w:p>
      <w:r/>
      <w:r>
        <w:t>Reality stars often turn private experiences into public narratives, but sexuality remains especially sensitive territory. Mallory's comments have landed amid long-running debates about LGBTQ+ identity, religious influence and so-called change efforts, meaning the response was always likely to be sharper than an ordinary relationship reveal.</w:t>
      </w:r>
      <w:r/>
    </w:p>
    <w:p>
      <w:r/>
      <w:r>
        <w:t>Coverage from EDGE Media Network and Reality Tea shows how quickly the story moved from a dating announcement to a discussion about identity and credibility. Supporters may see Mallory's account as an expression of personal faith, while critics argue that his wording risks reinforcing harmful ideas about LGBTQ+ people.</w:t>
      </w:r>
      <w:r/>
    </w:p>
    <w:p>
      <w:r/>
      <w:r>
        <w:t>The most useful takeaway is perhaps the simplest one: personal stories deserve to be heard, but they shouldn't be treated as universal evidence. Mallory's experience is his to describe, while readers and viewers can still approach sweeping claims with care, context and a healthy dose of scepticism.</w:t>
      </w:r>
      <w:r/>
    </w:p>
    <w:p>
      <w:r/>
      <w:r>
        <w:t>The conversation is unlikely to end with one Instagram Story, and neither is the debate over how public figures discuss identity.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2">
        <w:r>
          <w:rPr>
            <w:color w:val="0000EE"/>
            <w:u w:val="single"/>
          </w:rPr>
          <w:t>[4]</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ashleysrealityroundup.com/2026/09/05/the-challenge-star-davis-mallory-responds-to-criticism-hes-received-after-announcing-hes-no-longer-gay-has-a-girlfriend/?utm_source=rss&amp;utm_medium=rss&amp;utm_campaign=the-challenge-star-davis-mallory-responds-to-criticism-hes-received-after-announcing-hes-no-longer-gay-has-a-girlfriend</w:t>
        </w:r>
      </w:hyperlink>
      <w:r>
        <w:t xml:space="preserve"> - Please view link - unable to able to access data</w:t>
      </w:r>
      <w:r/>
    </w:p>
    <w:p>
      <w:pPr>
        <w:pStyle w:val="ListNumber"/>
        <w:spacing w:line="240" w:lineRule="auto"/>
        <w:ind w:left="720"/>
      </w:pPr>
      <w:r/>
      <w:hyperlink r:id="rId10">
        <w:r>
          <w:rPr>
            <w:color w:val="0000EE"/>
            <w:u w:val="single"/>
          </w:rPr>
          <w:t>https://www.tmz.com/2026/09/01/davis-mallory-debuts-relationship-with-woman/</w:t>
        </w:r>
      </w:hyperlink>
      <w:r>
        <w:t xml:space="preserve"> - TMZ adds a timeline and a few concrete relationship details not present in the original article. It says Davis Mallory hard-launched his relationship with Rachel Vaughan on Instagram over the weekend, after previously saying he was no longer gay. The piece says the pair met in Hawaii in February 2022 while he was DJing a wedding, then travelled together, became best friends and later fell in love. TMZ also reports that they officially started dating in August 2026 and are not yet living together.</w:t>
      </w:r>
      <w:r/>
    </w:p>
    <w:p>
      <w:pPr>
        <w:pStyle w:val="ListNumber"/>
        <w:spacing w:line="240" w:lineRule="auto"/>
        <w:ind w:left="720"/>
      </w:pPr>
      <w:r/>
      <w:hyperlink r:id="rId11">
        <w:r>
          <w:rPr>
            <w:color w:val="0000EE"/>
            <w:u w:val="single"/>
          </w:rPr>
          <w:t>https://www.tvinsider.com/swooon/1298834/the-challenge-davis-mallory-girlfriend-rachel-vaughan-relationship/</w:t>
        </w:r>
      </w:hyperlink>
      <w:r>
        <w:t xml:space="preserve"> - TV Insider/Swooon contributes social-media specifics and a short identity timeline. It identifies Mallory as 43 and says he revealed his girlfriend Rachel Vaughan in a carousel of Instagram photos posted on Monday, August 31. The article quotes his caption, “It’s crazy what love can do,” and “I love you,” and says Vaughan replied in the comments with four heart emojis. It also states that Mallory announced in 2025 that he no longer identifies as gay, linking the relationship reveal to that earlier public statement.</w:t>
      </w:r>
      <w:r/>
    </w:p>
    <w:p>
      <w:pPr>
        <w:pStyle w:val="ListNumber"/>
        <w:spacing w:line="240" w:lineRule="auto"/>
        <w:ind w:left="720"/>
      </w:pPr>
      <w:r/>
      <w:hyperlink r:id="rId12">
        <w:r>
          <w:rPr>
            <w:color w:val="0000EE"/>
            <w:u w:val="single"/>
          </w:rPr>
          <w:t>https://www.out.com/celebs/davis-mallory-girlfriend</w:t>
        </w:r>
      </w:hyperlink>
      <w:r>
        <w:t xml:space="preserve"> - Out.com gives more background on Mallory’s religious framing and his own words about his sexuality. It says he came out 20 years ago on The Real World: Denver, but later described being gay as a form of sinning. The article says he posted photos with a woman he had started dating last month and that she is now his new straight love life. It also adds that he had publicly renounced what he called the gay lifestyle one year earlier, and it repeats some of his Instagram wording about love and faith.</w:t>
      </w:r>
      <w:r/>
    </w:p>
    <w:p>
      <w:pPr>
        <w:pStyle w:val="ListNumber"/>
        <w:spacing w:line="240" w:lineRule="auto"/>
        <w:ind w:left="720"/>
      </w:pPr>
      <w:r/>
      <w:hyperlink r:id="rId13">
        <w:r>
          <w:rPr>
            <w:color w:val="0000EE"/>
            <w:u w:val="single"/>
          </w:rPr>
          <w:t>https://cleveland.edgemedianetwork.com/story/169919/davis-mallory-introduces-girlfriend-nearly-one-year-after-saying-he-was-no-longer-gay</w:t>
        </w:r>
      </w:hyperlink>
      <w:r>
        <w:t xml:space="preserve"> - EDGE United States adds a fuller public-reaction and identity-context angle. It reports that Mallory publicly introduced Rachel Vaughan as his girlfriend nearly one year after saying he no longer identified as gay. It gives the key Instagram date, quotes Vaughan’s first-meeting caption, and restates the September 2025 church testimony in Hawaii. Unlike lighter entertainment write-ups, it explicitly warns that a relationship with a woman does not prove sexual orientation and says the article uses Mallory’s own words rather than assigning a label.</w:t>
      </w:r>
      <w:r/>
    </w:p>
    <w:p>
      <w:pPr>
        <w:pStyle w:val="ListNumber"/>
        <w:spacing w:line="240" w:lineRule="auto"/>
        <w:ind w:left="720"/>
      </w:pPr>
      <w:r/>
      <w:hyperlink r:id="rId14">
        <w:r>
          <w:rPr>
            <w:color w:val="0000EE"/>
            <w:u w:val="single"/>
          </w:rPr>
          <w:t>https://www.aol.com/articles/challenge-davis-mallory-makes-major-182320000.html</w:t>
        </w:r>
      </w:hyperlink>
      <w:r>
        <w:t xml:space="preserve"> - AOL’s syndication piece adds a compact career-and-faith recap. It says Mallory is introducing fans to a new love in his life, Rachel Vaughan, and that the reveal comes nearly one year after he said he was no longer gay. The article repeats his earlier public language about having lived a gay lifestyle for about 20 years, his Christian identity on The Real World: Denver, and his claim that God pulled him out of that lifestyle. It also includes a quote from his 2018 Out interview about growing up in a religious family in Georgia.</w:t>
      </w:r>
      <w:r/>
    </w:p>
    <w:p>
      <w:pPr>
        <w:pStyle w:val="ListNumber"/>
        <w:spacing w:line="240" w:lineRule="auto"/>
        <w:ind w:left="720"/>
      </w:pPr>
      <w:r/>
      <w:hyperlink r:id="rId15">
        <w:r>
          <w:rPr>
            <w:color w:val="0000EE"/>
            <w:u w:val="single"/>
          </w:rPr>
          <w:t>https://www.realitytea.com/2026/09/02/the-challenge-davis-mallory-girlfriend-rachel-vaughan/</w:t>
        </w:r>
      </w:hyperlink>
      <w:r>
        <w:t xml:space="preserve"> - Reality Tea provides a straightforward recap with a few extra details from Mallory’s own posts and prior testimony. It says he introduced Rachel Vaughan in photos from a recent trip, including a kiss, and quotes his caption, “It’s crazy what love can do. I love you @rachelevaughanaa.” The story also quotes his earlier church comments from Hawaii, including that he lived the gay lifestyle for about 20 years and that God pulled him out of that lifestyle a year ago. It further adds a social-media line about “Thankful for new memories that someday turn to old photographs.”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ashleysrealityroundup.com/2026/09/05/the-challenge-star-davis-mallory-responds-to-criticism-hes-received-after-announcing-hes-no-longer-gay-has-a-girlfriend/?utm_source=rss&amp;utm_medium=rss&amp;utm_campaign=the-challenge-star-davis-mallory-responds-to-criticism-hes-received-after-announcing-hes-no-longer-gay-has-a-girlfriend" TargetMode="External"/><Relationship Id="rId10" Type="http://schemas.openxmlformats.org/officeDocument/2006/relationships/hyperlink" Target="https://www.tmz.com/2026/09/01/davis-mallory-debuts-relationship-with-woman/" TargetMode="External"/><Relationship Id="rId11" Type="http://schemas.openxmlformats.org/officeDocument/2006/relationships/hyperlink" Target="https://www.tvinsider.com/swooon/1298834/the-challenge-davis-mallory-girlfriend-rachel-vaughan-relationship/" TargetMode="External"/><Relationship Id="rId12" Type="http://schemas.openxmlformats.org/officeDocument/2006/relationships/hyperlink" Target="https://www.out.com/celebs/davis-mallory-girlfriend" TargetMode="External"/><Relationship Id="rId13" Type="http://schemas.openxmlformats.org/officeDocument/2006/relationships/hyperlink" Target="https://cleveland.edgemedianetwork.com/story/169919/davis-mallory-introduces-girlfriend-nearly-one-year-after-saying-he-was-no-longer-gay" TargetMode="External"/><Relationship Id="rId14" Type="http://schemas.openxmlformats.org/officeDocument/2006/relationships/hyperlink" Target="https://www.aol.com/articles/challenge-davis-mallory-makes-major-182320000.html" TargetMode="External"/><Relationship Id="rId15" Type="http://schemas.openxmlformats.org/officeDocument/2006/relationships/hyperlink" Target="https://www.realitytea.com/2026/09/02/the-challenge-davis-mallory-girlfriend-rachel-vaugh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