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Kacey Musgraves and Troye Sivan Deliver a Surprise Live Debut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at Madison Square Garden got an unexpected pop-culture moment when Kacey Musgraves brought Troye Sivan on stage for the first live performance of their collaboration, “Easy”. The appearance turned a sold-out tour date into one of the week’s most talked-about LGBTQ+ music moments, blending country-pop sparkle, queer joy and a very loud audience reaction.</w:t>
      </w:r>
      <w:r/>
    </w:p>
    <w:p>
      <w:pPr>
        <w:pStyle w:val="Heading2"/>
      </w:pPr>
      <w:r>
        <w:t>Essential Takeaways</w:t>
      </w:r>
      <w:r/>
      <w:r/>
    </w:p>
    <w:p>
      <w:pPr>
        <w:pStyle w:val="ListBullet"/>
        <w:spacing w:line="240" w:lineRule="auto"/>
        <w:ind w:left="720"/>
      </w:pPr>
      <w:r/>
      <w:r>
        <w:rPr>
          <w:b/>
        </w:rPr>
        <w:t>A surprise guest:</w:t>
      </w:r>
      <w:r>
        <w:t xml:space="preserve"> Troye Sivan joined Kacey Musgraves at Madison Square Garden during her current tour.</w:t>
      </w:r>
      <w:r/>
    </w:p>
    <w:p>
      <w:pPr>
        <w:pStyle w:val="ListBullet"/>
        <w:spacing w:line="240" w:lineRule="auto"/>
        <w:ind w:left="720"/>
      </w:pPr>
      <w:r/>
      <w:r>
        <w:rPr>
          <w:b/>
        </w:rPr>
        <w:t>A live first:</w:t>
      </w:r>
      <w:r>
        <w:t xml:space="preserve"> The pair performed “Easy” on stage together for the first time.</w:t>
      </w:r>
      <w:r/>
    </w:p>
    <w:p>
      <w:pPr>
        <w:pStyle w:val="ListBullet"/>
        <w:spacing w:line="240" w:lineRule="auto"/>
        <w:ind w:left="720"/>
      </w:pPr>
      <w:r/>
      <w:r>
        <w:rPr>
          <w:b/>
        </w:rPr>
        <w:t>A high-energy crowd:</w:t>
      </w:r>
      <w:r>
        <w:t xml:space="preserve"> The collaboration prompted a particularly enthusiastic response from fans.</w:t>
      </w:r>
      <w:r/>
    </w:p>
    <w:p>
      <w:pPr>
        <w:pStyle w:val="ListBullet"/>
        <w:spacing w:line="240" w:lineRule="auto"/>
        <w:ind w:left="720"/>
      </w:pPr>
      <w:r/>
      <w:r>
        <w:rPr>
          <w:b/>
        </w:rPr>
        <w:t>Tour momentum:</w:t>
      </w:r>
      <w:r>
        <w:t xml:space="preserve"> Musgraves’ run of North American dates continues, giving audiences more chances to catch the show.</w:t>
      </w:r>
      <w:r/>
    </w:p>
    <w:p>
      <w:pPr>
        <w:pStyle w:val="ListBullet"/>
        <w:spacing w:line="240" w:lineRule="auto"/>
        <w:ind w:left="720"/>
      </w:pPr>
      <w:r/>
      <w:r>
        <w:rPr>
          <w:b/>
        </w:rPr>
        <w:t>A smart pairing:</w:t>
      </w:r>
      <w:r>
        <w:t xml:space="preserve"> The performance connected Musgraves’ polished country-pop sound with Sivan’s sleek, dance-minded pop.</w:t>
      </w:r>
      <w:r/>
      <w:r/>
    </w:p>
    <w:p>
      <w:pPr>
        <w:pStyle w:val="Heading2"/>
      </w:pPr>
      <w:r>
        <w:t>Madison Square Garden got a very gay surprise</w:t>
      </w:r>
      <w:r/>
    </w:p>
    <w:p>
      <w:r/>
      <w:r>
        <w:t>Kacey Musgraves already had the room in her hand, but the arrival of Troye Sivan pushed the night into proper event territory. According to Rolling Stone Australia, Sivan appeared during Musgraves’ Madison Square Garden show, giving fans a surprise that was every bit as exciting as the venue’s scale suggested.</w:t>
      </w:r>
      <w:r/>
    </w:p>
    <w:p>
      <w:r/>
      <w:r>
        <w:t>The performance centred on “Easy”, their Mark Ronson-assisted collaboration. As JamBase reported, it marked the song’s first live performance by the pair, which helps explain why the reaction travelled so quickly beyond the arena.</w:t>
      </w:r>
      <w:r/>
    </w:p>
    <w:p>
      <w:pPr>
        <w:pStyle w:val="Heading2"/>
      </w:pPr>
      <w:r>
        <w:t>Why the collaboration works so well</w:t>
      </w:r>
      <w:r/>
    </w:p>
    <w:p>
      <w:r/>
      <w:r>
        <w:t>Musgraves and Sivan occupy different corners of pop, but they share an instinct for clean hooks, glossy production and emotionally open performance. Musgraves brings her dry wit and country-pop ease, while Sivan adds a more club-ready edge. Put them together and the result feels smooth rather than forced.</w:t>
      </w:r>
      <w:r/>
    </w:p>
    <w:p>
      <w:r/>
      <w:r>
        <w:t>That chemistry was clear in the live debut. Music Suey described Sivan’s appearance as a notable on-stage moment, while PulpBeat highlighted the excitement around hearing “Easy” performed in front of a full arena audience. It’s the sort of pairing that feels obvious only after it happens.</w:t>
      </w:r>
      <w:r/>
    </w:p>
    <w:p>
      <w:pPr>
        <w:pStyle w:val="Heading2"/>
      </w:pPr>
      <w:r>
        <w:t>The crowd reaction was part of the show</w:t>
      </w:r>
      <w:r/>
    </w:p>
    <w:p>
      <w:r/>
      <w:r>
        <w:t>There’s a special kind of concert thrill when an audience realises it’s witnessing something that hasn’t happened before. The Madison Square Garden crowd reportedly responded with huge enthusiasm, turning the performance into a shared discovery rather than a routine guest spot.</w:t>
      </w:r>
      <w:r/>
    </w:p>
    <w:p>
      <w:r/>
      <w:r>
        <w:t>Setlist.fm’s record of the show places the collaboration within a wider Musgraves set, showing how the surprise appearance fitted into an already substantial concert programme. Still, the duet clearly became the night’s talking point. Sometimes one unexpected entrance can completely change the temperature of a room.</w:t>
      </w:r>
      <w:r/>
    </w:p>
    <w:p>
      <w:pPr>
        <w:pStyle w:val="Heading2"/>
      </w:pPr>
      <w:r>
        <w:t>A useful sign for modern pop tours</w:t>
      </w:r>
      <w:r/>
    </w:p>
    <w:p>
      <w:r/>
      <w:r>
        <w:t>Guest appearances can feel predictable when they’re announced in advance, but this one landed because it combined genuine surprise with a song fans already knew. It also showed how easily contemporary tours can move between genres, audiences and identities without making the transitions feel awkward.</w:t>
      </w:r>
      <w:r/>
    </w:p>
    <w:p>
      <w:r/>
      <w:r>
        <w:t>For concertgoers, the lesson is simple: arrive early, keep your phone charged and don’t assume the advertised setlist tells the whole story. The best pop moments often arrive with very little warning, usually just after everyone thinks the show has settled into a rhythm.</w:t>
      </w:r>
      <w:r/>
    </w:p>
    <w:p>
      <w:pPr>
        <w:pStyle w:val="Heading2"/>
      </w:pPr>
      <w:r>
        <w:t>“Easy” now has a bigger life on stage</w:t>
      </w:r>
      <w:r/>
    </w:p>
    <w:p>
      <w:r/>
      <w:r>
        <w:t>A first live performance gives a collaboration fresh momentum, especially when it happens in a room as recognisable as Madison Square Garden. The appearance may encourage more performances together, although neither the reports from Rolling Stone Australia, JamBase, InMusic Blog, PulpBeat, Music Suey nor the published setlist confirm a broader joint run.</w:t>
      </w:r>
      <w:r/>
    </w:p>
    <w:p>
      <w:r/>
      <w:r>
        <w:t>For now, fans have one glittering arena memory to replay. And judging by the reaction, that’s more than enough to keep “Easy” in the conversation.</w:t>
      </w:r>
      <w:r/>
    </w:p>
    <w:p>
      <w:r/>
      <w:r>
        <w:t>Catch the tour if you can, because surprise guests rarely make themselves this easy to find.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3">
        <w:r>
          <w:rPr>
            <w:color w:val="0000EE"/>
            <w:u w:val="single"/>
          </w:rPr>
          <w:t>[5]</w:t>
        </w:r>
      </w:hyperlink>
      <w:r>
        <w:t xml:space="preserve">- Paragraph 4: </w:t>
      </w:r>
      <w:hyperlink r:id="rId15">
        <w:r>
          <w:rPr>
            <w:color w:val="0000EE"/>
            <w:u w:val="single"/>
          </w:rPr>
          <w:t>[7]</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5">
        <w:r>
          <w:rPr>
            <w:color w:val="0000EE"/>
            <w:u w:val="single"/>
          </w:rPr>
          <w:t>[7]</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https://www.queerty.com/plant-zaddies-smiley-faces-kaceys-gay-surprise-10-things-were-obsessed-with-this-week-20260905/</w:t>
        </w:r>
      </w:hyperlink>
      <w:r>
        <w:t xml:space="preserve"> - Please view link - unable to able to access data</w:t>
      </w:r>
      <w:r/>
    </w:p>
    <w:p>
      <w:pPr>
        <w:pStyle w:val="ListNumber"/>
        <w:spacing w:line="240" w:lineRule="auto"/>
        <w:ind w:left="720"/>
      </w:pPr>
      <w:r/>
      <w:hyperlink r:id="rId10">
        <w:r>
          <w:rPr>
            <w:color w:val="0000EE"/>
            <w:u w:val="single"/>
          </w:rPr>
          <w:t>https://au.rollingstone.com/music/music-news/kacey-musgraves-troye-sivan-madison-square-garden-perform-100586/</w:t>
        </w:r>
      </w:hyperlink>
      <w:r>
        <w:t xml:space="preserve"> - Rolling Stone AU reports that Kacey Musgraves surprised the second sold-out Madison Square Garden crowd by bringing out Troye Sivan for the first live performance of their 2020 collaboration ‘Easy’. It also adds the ‘Zohran Mamdani’ angle, noting fans expected the New York City mayor to appear after Musgraves joked online about a pothole at The Garden. The piece includes Sivan’s onstage greeting and quotes from his later TikTok caption, giving a slightly broader pop-culture frame than the source article.</w:t>
      </w:r>
      <w:r/>
    </w:p>
    <w:p>
      <w:pPr>
        <w:pStyle w:val="ListNumber"/>
        <w:spacing w:line="240" w:lineRule="auto"/>
        <w:ind w:left="720"/>
      </w:pPr>
      <w:r/>
      <w:hyperlink r:id="rId11">
        <w:r>
          <w:rPr>
            <w:color w:val="0000EE"/>
            <w:u w:val="single"/>
          </w:rPr>
          <w:t>https://www.jambase.com/article/kacey-musgraves-troye-sivan-easy-madison-square-garden-video-setlist</w:t>
        </w:r>
      </w:hyperlink>
      <w:r>
        <w:t xml:space="preserve"> - JamBase focuses on the live performance itself and publishes the setlist. It confirms that Musgraves closed a two-night Madison Square Garden stand on 1 September 2026 and welcomed Sivan for the live debut of ‘Easy’. The page adds setlist details, including the surrounding songs, the fact that ‘9 To 5’ was dedicated to Dolly Parton on night one, and the tour’s end date in Seattle. It is useful for reconstructing the concert sequence and the broader show structure.</w:t>
      </w:r>
      <w:r/>
    </w:p>
    <w:p>
      <w:pPr>
        <w:pStyle w:val="ListNumber"/>
        <w:spacing w:line="240" w:lineRule="auto"/>
        <w:ind w:left="720"/>
      </w:pPr>
      <w:r/>
      <w:hyperlink r:id="rId12">
        <w:r>
          <w:rPr>
            <w:color w:val="0000EE"/>
            <w:u w:val="single"/>
          </w:rPr>
          <w:t>https://inmusicblog.com/news/kacey-musgraves-troye-sivan-easy-live-msg/</w:t>
        </w:r>
      </w:hyperlink>
      <w:r>
        <w:t xml:space="preserve"> - InMusic Blog reports that Musgraves brought Sivan onstage at Madison Square Garden on 1 September 2026 for the first-ever live performance of ‘Easy’. It emphasises the surprise of the reunion, the sold-out crowd, and the visual staging under giant disco balls. The article also includes a direct quote from Troye Sivan’s backstage social post and gives extra framing on Musgraves’ new album cycle, including collaborators and the return to country roots.</w:t>
      </w:r>
      <w:r/>
    </w:p>
    <w:p>
      <w:pPr>
        <w:pStyle w:val="ListNumber"/>
        <w:spacing w:line="240" w:lineRule="auto"/>
        <w:ind w:left="720"/>
      </w:pPr>
      <w:r/>
      <w:hyperlink r:id="rId13">
        <w:r>
          <w:rPr>
            <w:color w:val="0000EE"/>
            <w:u w:val="single"/>
          </w:rPr>
          <w:t>https://pulpbeat.com/news/kacey-musgraves-troye-sivan-easy-msg-live-debut</w:t>
        </w:r>
      </w:hyperlink>
      <w:r>
        <w:t xml:space="preserve"> - PulpBeat gives a compact recap of the same Madison Square Garden surprise, but adds the mayoral-pothole joke and a useful quote from Troye Sivan on Musgraves’ humour. It also mentions that fans had been expecting Zohran Mamdani instead of Sivan. The piece is useful because it links the live debut to Musgraves’ onstage X post and to Sivan’s later comments about writing the song and loving Golden Hour.</w:t>
      </w:r>
      <w:r/>
    </w:p>
    <w:p>
      <w:pPr>
        <w:pStyle w:val="ListNumber"/>
        <w:spacing w:line="240" w:lineRule="auto"/>
        <w:ind w:left="720"/>
      </w:pPr>
      <w:r/>
      <w:hyperlink r:id="rId14">
        <w:r>
          <w:rPr>
            <w:color w:val="0000EE"/>
            <w:u w:val="single"/>
          </w:rPr>
          <w:t>https://musicsuey.com/news/troye-sivan-joins-kacey-musgraves-onstage-at-madison-square-garden/</w:t>
        </w:r>
      </w:hyperlink>
      <w:r>
        <w:t xml:space="preserve"> - MusicSuey confirms the live debut of ‘Easy’ at Madison Square Garden and gives a fuller sequence of the show, including where Sivan entered in the set and what Musgraves did before and after. It also adds background on the song’s history, links the duet back to ‘Glittery’, and notes Musgraves’ tribute to Dolly Parton on night one. It is especially helpful for chronology and for identifying what happened backstage after the encore.</w:t>
      </w:r>
      <w:r/>
    </w:p>
    <w:p>
      <w:pPr>
        <w:pStyle w:val="ListNumber"/>
        <w:spacing w:line="240" w:lineRule="auto"/>
        <w:ind w:left="720"/>
      </w:pPr>
      <w:r/>
      <w:hyperlink r:id="rId15">
        <w:r>
          <w:rPr>
            <w:color w:val="0000EE"/>
            <w:u w:val="single"/>
          </w:rPr>
          <w:t>https://www.setlist.fm/setlist/kacey-musgraves/2026/madison-square-garden-new-york-ny-53771755.html</w:t>
        </w:r>
      </w:hyperlink>
      <w:r>
        <w:t xml:space="preserve"> - Setlist.fm provides a detailed, crowd-sourced record of the 1 September 2026 Madison Square Garden show. It confirms the set order, shows ‘Easy’ as a live debut with Troye Sivan, gives the show start and end times, and documents the full song list from opening number to encore. It is a useful primary-style source for verifying the concert sequence and the songs performed around the duet.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plant-zaddies-smiley-faces-kaceys-gay-surprise-10-things-were-obsessed-with-this-week-20260905/" TargetMode="External"/><Relationship Id="rId10" Type="http://schemas.openxmlformats.org/officeDocument/2006/relationships/hyperlink" Target="https://au.rollingstone.com/music/music-news/kacey-musgraves-troye-sivan-madison-square-garden-perform-100586/" TargetMode="External"/><Relationship Id="rId11" Type="http://schemas.openxmlformats.org/officeDocument/2006/relationships/hyperlink" Target="https://www.jambase.com/article/kacey-musgraves-troye-sivan-easy-madison-square-garden-video-setlist" TargetMode="External"/><Relationship Id="rId12" Type="http://schemas.openxmlformats.org/officeDocument/2006/relationships/hyperlink" Target="https://inmusicblog.com/news/kacey-musgraves-troye-sivan-easy-live-msg/" TargetMode="External"/><Relationship Id="rId13" Type="http://schemas.openxmlformats.org/officeDocument/2006/relationships/hyperlink" Target="https://pulpbeat.com/news/kacey-musgraves-troye-sivan-easy-msg-live-debut" TargetMode="External"/><Relationship Id="rId14" Type="http://schemas.openxmlformats.org/officeDocument/2006/relationships/hyperlink" Target="https://musicsuey.com/news/troye-sivan-joins-kacey-musgraves-onstage-at-madison-square-garden/" TargetMode="External"/><Relationship Id="rId15" Type="http://schemas.openxmlformats.org/officeDocument/2006/relationships/hyperlink" Target="https://www.setlist.fm/setlist/kacey-musgraves/2026/madison-square-garden-new-york-ny-5377175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