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2026 casting reveals bold queer hopefuls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Big Brother 2026 casting is already turning heads, with a colourful group of LGBTQIA+ hopefuls stepping into the spotlight as the Australian reality show prepares for a new Brisbane home. Their audition clips promise big personalities, sharp humour and plenty of conversation when the series returns to Channel 10.</w:t>
      </w:r>
      <w:r/>
    </w:p>
    <w:p>
      <w:pPr>
        <w:pStyle w:val="Heading2"/>
      </w:pPr>
      <w:r>
        <w:t>The new Big Brother housemates are already making noise</w:t>
      </w:r>
      <w:r/>
    </w:p>
    <w:p>
      <w:r/>
      <w:r>
        <w:t>The early Big Brother 2026 casting clips arrive with plenty of sparkle, attitude and unapologetic self-belief. Some hopefuls sing, dance, juggle or rap for attention, while others simply talk straight to camera and trust their personalities to do the work.</w:t>
      </w:r>
      <w:r/>
    </w:p>
    <w:p>
      <w:r/>
      <w:r>
        <w:t xml:space="preserve">That approach feels deliberately different from the polished reality-TV audition of old. Recent casting has leaned towards recognisable, everyday Australians rather than a parade of aspiring influencers, and the result has been a house that feels messier, warmer and far more unpredictable. Behind the scenes, the programme has also been preparing a new production base in Brisbane. According to Paramount ANZ and Endemol Shine Australia, construction has begun on a new studio environment dubbed "Bris Vegas". </w:t>
      </w:r>
      <w:hyperlink r:id="rId9">
        <w:r>
          <w:rPr>
            <w:color w:val="0000EE"/>
            <w:u w:val="single"/>
          </w:rPr>
          <w:t>[5]</w:t>
        </w:r>
      </w:hyperlink>
      <w:r>
        <w:t xml:space="preserve">, </w:t>
      </w:r>
      <w:hyperlink r:id="rId10">
        <w:r>
          <w:rPr>
            <w:color w:val="0000EE"/>
            <w:u w:val="single"/>
          </w:rPr>
          <w:t>[6]</w:t>
        </w:r>
      </w:hyperlink>
      <w:r/>
    </w:p>
    <w:p>
      <w:pPr>
        <w:pStyle w:val="Heading2"/>
      </w:pPr>
      <w:r>
        <w:t>Queer representation remains central to the show's appeal</w:t>
      </w:r>
      <w:r/>
    </w:p>
    <w:p>
      <w:r/>
      <w:r>
        <w:t>The latest audition group includes several LGBTQIA+ contestants who could bring very different perspectives to the house. Haze Harrington arrives with singing experience and a talent-show background, while Sunny describes himself as a Christian gay man who enjoys dancing, gossip and reality television drama.</w:t>
      </w:r>
      <w:r/>
    </w:p>
    <w:p>
      <w:r/>
      <w:r>
        <w:t>Flight attendant Phil presents a flamboyant, psychology-informed persona, complete with an unapologetic love of pink. Sydney's Ally, a trans woman and award-winning adult performer, says she wants to challenge assumptions and provoke discussion. Melbourne drag queen and wig stylist Kristian, meanwhile, lives with his husband and their dog, and seems to be entering the process with the confidence of someone who already considers himself fabulous.</w:t>
      </w:r>
      <w:r/>
    </w:p>
    <w:p>
      <w:r/>
      <w:r>
        <w:t xml:space="preserve">That range matters because Big Brother works best when its cast can't be reduced to one neat stereotype. The show's recent run demonstrated how quickly viewers can connect with contestants who are funny, complicated and simply themselves. </w:t>
      </w:r>
      <w:hyperlink r:id="rId11">
        <w:r>
          <w:rPr>
            <w:color w:val="0000EE"/>
            <w:u w:val="single"/>
          </w:rPr>
          <w:t>[2]</w:t>
        </w:r>
      </w:hyperlink>
      <w:r>
        <w:t xml:space="preserve">, </w:t>
      </w:r>
      <w:hyperlink r:id="rId12">
        <w:r>
          <w:rPr>
            <w:color w:val="0000EE"/>
            <w:u w:val="single"/>
          </w:rPr>
          <w:t>[7]</w:t>
        </w:r>
      </w:hyperlink>
      <w:r/>
    </w:p>
    <w:p>
      <w:pPr>
        <w:pStyle w:val="Heading2"/>
      </w:pPr>
      <w:r>
        <w:t>Why the Brisbane move could change the atmosphere</w:t>
      </w:r>
      <w:r/>
    </w:p>
    <w:p>
      <w:r/>
      <w:r>
        <w:t>The move away from Dreamworld marks a practical and visual shift for the franchise. Rather than relying on its long-established Gold Coast setting, the production is moving into a purpose-built studio in Brisbane, offering the creative team more control over the house, tasks and filming environment.</w:t>
      </w:r>
      <w:r/>
    </w:p>
    <w:p>
      <w:r/>
      <w:r>
        <w:t xml:space="preserve">For viewers, that could mean a sharper-looking series and a house designed around faster, more controlled storytelling. It may also give producers room to refresh the format without losing the central ingredients: secret strategies, uncomfortable conversations and the occasional kitchen meltdown. Pedestrian reported on the move from the Gold Coast site, while the official production updates have highlighted the scale of the new build. </w:t>
      </w:r>
      <w:hyperlink r:id="rId13">
        <w:r>
          <w:rPr>
            <w:color w:val="0000EE"/>
            <w:u w:val="single"/>
          </w:rPr>
          <w:t>[3]</w:t>
        </w:r>
      </w:hyperlink>
      <w:r>
        <w:t xml:space="preserve">, </w:t>
      </w:r>
      <w:hyperlink r:id="rId9">
        <w:r>
          <w:rPr>
            <w:color w:val="0000EE"/>
            <w:u w:val="single"/>
          </w:rPr>
          <w:t>[5]</w:t>
        </w:r>
      </w:hyperlink>
      <w:r/>
    </w:p>
    <w:p>
      <w:pPr>
        <w:pStyle w:val="Heading2"/>
      </w:pPr>
      <w:r>
        <w:t>Meet the personalities hoping to enter the house</w:t>
      </w:r>
      <w:r/>
    </w:p>
    <w:p>
      <w:r/>
      <w:r>
        <w:t>Adrian describes himself as neither a conventional gay contestant nor a familiar queer reality-TV type. That self-awareness could become one of his strongest assets, particularly in a format where housemates are constantly judged by both their fellow contestants and the audience.</w:t>
      </w:r>
      <w:r/>
    </w:p>
    <w:p>
      <w:r/>
      <w:r>
        <w:t>Kristian's drag background gives him an obvious performance edge, but his domestic life with his husband and their "four-legged daughter" adds a more grounded detail. Ally's willingness to discuss her identity openly could make her a particularly compelling housemate, especially in a series that thrives on clashing opinions and unexpected friendships.</w:t>
      </w:r>
      <w:r/>
    </w:p>
    <w:p>
      <w:r/>
      <w:r>
        <w:t xml:space="preserve">Then there's Phil, who says he can read people and analyse their motives. In Big Brother, that skill can be useful, although announcing it before entering the house might encourage everyone else to keep their cards firmly hidden. As ever, the most entertaining players aren't necessarily the loudest ones. They're the people who reveal more than they intended to. </w:t>
      </w:r>
      <w:hyperlink r:id="rId11">
        <w:r>
          <w:rPr>
            <w:color w:val="0000EE"/>
            <w:u w:val="single"/>
          </w:rPr>
          <w:t>[2]</w:t>
        </w:r>
      </w:hyperlink>
      <w:r>
        <w:t xml:space="preserve">, </w:t>
      </w:r>
      <w:hyperlink r:id="rId12">
        <w:r>
          <w:rPr>
            <w:color w:val="0000EE"/>
            <w:u w:val="single"/>
          </w:rPr>
          <w:t>[7]</w:t>
        </w:r>
      </w:hyperlink>
      <w:r/>
    </w:p>
    <w:p>
      <w:pPr>
        <w:pStyle w:val="Heading2"/>
      </w:pPr>
      <w:r>
        <w:t>What applicants and viewers should expect next</w:t>
      </w:r>
      <w:r/>
    </w:p>
    <w:p>
      <w:r/>
      <w:r>
        <w:t>The audition videos are only an early glimpse, not a guarantee that any particular hopeful will become an official housemate. Casting teams still have to weigh personality, group chemistry, storytelling potential and how contestants might work together across a long series.</w:t>
      </w:r>
      <w:r/>
    </w:p>
    <w:p>
      <w:r/>
      <w:r>
        <w:t xml:space="preserve">Applications for the 2026 season have been extended, with the casting portal directing hopefuls to submit before the published deadline of 7 September. Anyone applying should check the official casting site carefully rather than responding to unexpected messages or unofficial links. Previous warnings about Big Brother casting scams are a useful reminder that genuine applications should go through the authorised process. </w:t>
      </w:r>
      <w:hyperlink r:id="rId14">
        <w:r>
          <w:rPr>
            <w:color w:val="0000EE"/>
            <w:u w:val="single"/>
          </w:rPr>
          <w:t>[4]</w:t>
        </w:r>
      </w:hyperlink>
      <w:r>
        <w:t xml:space="preserve">, </w:t>
      </w:r>
      <w:hyperlink r:id="rId12">
        <w:r>
          <w:rPr>
            <w:color w:val="0000EE"/>
            <w:u w:val="single"/>
          </w:rPr>
          <w:t>[7]</w:t>
        </w:r>
      </w:hyperlink>
      <w:r/>
    </w:p>
    <w:p>
      <w:r/>
      <w:r>
        <w:t xml:space="preserve">For queer viewers, the strongest hope is that representation feels natural rather than tokenistic. The most memorable contestants tend to be those who arrive as full people, complete with contradictions, bad habits and brilliant one-liners. If this year's clips are anything to go by, the next house could be very lively indeed. </w:t>
      </w:r>
      <w:hyperlink r:id="rId11">
        <w:r>
          <w:rPr>
            <w:color w:val="0000EE"/>
            <w:u w:val="single"/>
          </w:rPr>
          <w:t>[2]</w:t>
        </w:r>
      </w:hyperlink>
      <w:r>
        <w:t xml:space="preserve">, </w:t>
      </w:r>
      <w:hyperlink r:id="rId13">
        <w:r>
          <w:rPr>
            <w:color w:val="0000EE"/>
            <w:u w:val="single"/>
          </w:rPr>
          <w:t>[3]</w:t>
        </w:r>
      </w:hyperlink>
      <w:r/>
    </w:p>
    <w:p>
      <w:r/>
      <w:r>
        <w:t>The new season is shaping up to be bold, busy and gloriously unpredictable.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[5]</w:t>
        </w:r>
      </w:hyperlink>
      <w:r>
        <w:t xml:space="preserve">- Paragraph 2: </w:t>
      </w:r>
      <w:hyperlink r:id="rId13">
        <w:r>
          <w:rPr>
            <w:color w:val="0000EE"/>
            <w:u w:val="single"/>
          </w:rPr>
          <w:t>[3]</w:t>
        </w:r>
      </w:hyperlink>
      <w:r>
        <w:t xml:space="preserve">, </w:t>
      </w:r>
      <w:hyperlink r:id="rId9">
        <w:r>
          <w:rPr>
            <w:color w:val="0000EE"/>
            <w:u w:val="single"/>
          </w:rPr>
          <w:t>[5]</w:t>
        </w:r>
      </w:hyperlink>
      <w:r>
        <w:t xml:space="preserve">- Paragraph 3: </w:t>
      </w:r>
      <w:hyperlink r:id="rId11">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0">
        <w:r>
          <w:rPr>
            <w:color w:val="0000EE"/>
            <w:u w:val="single"/>
          </w:rPr>
          <w:t>[6]</w:t>
        </w:r>
      </w:hyperlink>
      <w:r>
        <w:t xml:space="preserve">- Paragraph 5: </w:t>
      </w:r>
      <w:hyperlink r:id="rId11">
        <w:r>
          <w:rPr>
            <w:color w:val="0000EE"/>
            <w:u w:val="single"/>
          </w:rPr>
          <w:t>[2]</w:t>
        </w:r>
      </w:hyperlink>
      <w:r>
        <w:t xml:space="preserve">, </w:t>
      </w:r>
      <w:hyperlink r:id="rId12">
        <w:r>
          <w:rPr>
            <w:color w:val="0000EE"/>
            <w:u w:val="single"/>
          </w:rPr>
          <w:t>[7]</w:t>
        </w:r>
      </w:hyperlink>
      <w:r>
        <w:t xml:space="preserve">- Paragraph 6: </w:t>
      </w:r>
      <w:hyperlink r:id="rId14">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https://www.starobserver.com.au/news/new-big-brother-casting-tapes-have-been-released-and-the-gays-are-out-in-full-force/243744</w:t>
        </w:r>
      </w:hyperlink>
      <w:r>
        <w:t xml:space="preserve"> - Please view link - unable to able to access data</w:t>
      </w:r>
      <w:r/>
    </w:p>
    <w:p>
      <w:pPr>
        <w:pStyle w:val="ListNumber"/>
        <w:spacing w:line="240" w:lineRule="auto"/>
        <w:ind w:left="720"/>
      </w:pPr>
      <w:r/>
      <w:hyperlink r:id="rId11">
        <w:r>
          <w:rPr>
            <w:color w:val="0000EE"/>
            <w:u w:val="single"/>
          </w:rPr>
          <w:t>https://www.nowtolove.com.au/entertainment/big-brother-australia-behind-the-scenes/</w:t>
        </w:r>
      </w:hyperlink>
      <w:r>
        <w:t xml:space="preserve"> - This behind-the-scenes piece adds casting context rather than focusing on the new audition tapes themselves. It explains how the Big Brother casting room works, what producers look for in hopefuls, and why they are not simply seeking loud personalities. The article also gives one concrete example of a standout applicant, Colin from Wollongong, and shows that the casting team values warmth, story and chemistry as much as spectacle. It places the 2026 casting chatter in the longer run of the 2025 reboot and confirms the show’s return to Channel 10.</w:t>
      </w:r>
      <w:r/>
    </w:p>
    <w:p>
      <w:pPr>
        <w:pStyle w:val="ListNumber"/>
        <w:spacing w:line="240" w:lineRule="auto"/>
        <w:ind w:left="720"/>
      </w:pPr>
      <w:r/>
      <w:hyperlink r:id="rId13">
        <w:r>
          <w:rPr>
            <w:color w:val="0000EE"/>
            <w:u w:val="single"/>
          </w:rPr>
          <w:t>https://www.pedestrian.tv/entertainment/big-brother-australia-house-gold-coast-dreamworld-to-brisbane/</w:t>
        </w:r>
      </w:hyperlink>
      <w:r>
        <w:t xml:space="preserve"> - This article adds the major production change behind the 2026 season: Big Brother Australia is moving out of Dreamworld and into Brisbane’s Screen Queensland Studios in Hemmant. It quotes host Mel Tracina on the relocation and confirms that auditions were already being shared on the official YouTube account while construction began. It also supplies useful background on the new site, its distance from Dreamworld, and the return of live evictions, live nominations and live streaming. The piece adds a location and production angle that the audition-tape story depends on.</w:t>
      </w:r>
      <w:r/>
    </w:p>
    <w:p>
      <w:pPr>
        <w:pStyle w:val="ListNumber"/>
        <w:spacing w:line="240" w:lineRule="auto"/>
        <w:ind w:left="720"/>
      </w:pPr>
      <w:r/>
      <w:hyperlink r:id="rId14">
        <w:r>
          <w:rPr>
            <w:color w:val="0000EE"/>
            <w:u w:val="single"/>
          </w:rPr>
          <w:t>https://www.pedestrian.tv/entertainment/big-brother-australia-email-casting-scam/</w:t>
        </w:r>
      </w:hyperlink>
      <w:r>
        <w:t xml:space="preserve"> - This report adds an important complication to the 2026 casting story: Big Brother Australia warned fans about a fraudulent email scam claiming they had advanced in casting. It confirms that casting had opened for the 2026 season, says the show had been greenlit in April, and reproduces the warning from the official social accounts. It includes the fake email address and the instructions sent by scammers, which gives background on how public the casting call had become. It also confirms Mel Tracina’s return as host and frames the season as the 17th overall.</w:t>
      </w:r>
      <w:r/>
    </w:p>
    <w:p>
      <w:pPr>
        <w:pStyle w:val="ListNumber"/>
        <w:spacing w:line="240" w:lineRule="auto"/>
        <w:ind w:left="720"/>
      </w:pPr>
      <w:r/>
      <w:hyperlink r:id="rId9">
        <w:r>
          <w:rPr>
            <w:color w:val="0000EE"/>
            <w:u w:val="single"/>
          </w:rPr>
          <w:t>https://www.paramountanz.com.au/news/big-brother-begins-bris-vegas-build/</w:t>
        </w:r>
      </w:hyperlink>
      <w:r>
        <w:t xml:space="preserve"> - This corporate release is one of the clearest primary sources on the 2026 season. It confirms that Big Brother is moving to Brisbane, gives the studio location, says construction is underway, and repeats the show’s own line about returning live evictions, live nominations and live streaming. It also states the casting deadline and uses the show’s housemates-and-chaos language. Compared with the Star Observer story, it gives the official production framing and a firmer timeline, but not the individual audition-tape personalities.</w:t>
      </w:r>
      <w:r/>
    </w:p>
    <w:p>
      <w:pPr>
        <w:pStyle w:val="ListNumber"/>
        <w:spacing w:line="240" w:lineRule="auto"/>
        <w:ind w:left="720"/>
      </w:pPr>
      <w:r/>
      <w:hyperlink r:id="rId10">
        <w:r>
          <w:rPr>
            <w:color w:val="0000EE"/>
            <w:u w:val="single"/>
          </w:rPr>
          <w:t>https://www.endemolshine.com.au/news/2026/8/28/big-brother-begins-bris-vegas-build</w:t>
        </w:r>
      </w:hyperlink>
      <w:r>
        <w:t xml:space="preserve"> - This is a second primary source for the Brisbane move, with nearly the same facts as the Paramount release but slightly different wording and metadata. It confirms the new build at Screen Queensland Studios in Hemmant, the return to live evictions, live nominations and live streaming, and the same August casting deadline. It is useful as an official production page because it verifies the move and construction timeline from the producer’s side. It adds the posting date and names the author of the page.</w:t>
      </w:r>
      <w:r/>
    </w:p>
    <w:p>
      <w:pPr>
        <w:pStyle w:val="ListNumber"/>
        <w:spacing w:line="240" w:lineRule="auto"/>
        <w:ind w:left="720"/>
      </w:pPr>
      <w:r/>
      <w:hyperlink r:id="rId12">
        <w:r>
          <w:rPr>
            <w:color w:val="0000EE"/>
            <w:u w:val="single"/>
          </w:rPr>
          <w:t>https://eu.castitreach.com/a/esgau/bigbrother2026/welcome</w:t>
        </w:r>
      </w:hyperlink>
      <w:r>
        <w:t xml:space="preserve"> - This casting portal supplies the practical details behind the audition process. It confirms eligibility rules, the video-upload requirement, the approximate shooting period, and the deadline of 9 am on Monday 7 September 2026. It also contains a warning about a fraudulent email, showing that the casting process was active and being targeted by scams. This page is useful for reconstructing the production timeline and application mechanics, even though it does not discuss the individual hopefuls in the Star Observer piece.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amountanz.com.au/news/big-brother-begins-bris-vegas-build/" TargetMode="External"/><Relationship Id="rId10" Type="http://schemas.openxmlformats.org/officeDocument/2006/relationships/hyperlink" Target="https://www.endemolshine.com.au/news/2026/8/28/big-brother-begins-bris-vegas-build" TargetMode="External"/><Relationship Id="rId11" Type="http://schemas.openxmlformats.org/officeDocument/2006/relationships/hyperlink" Target="https://www.nowtolove.com.au/entertainment/big-brother-australia-behind-the-scenes/" TargetMode="External"/><Relationship Id="rId12" Type="http://schemas.openxmlformats.org/officeDocument/2006/relationships/hyperlink" Target="https://eu.castitreach.com/a/esgau/bigbrother2026/welcome" TargetMode="External"/><Relationship Id="rId13" Type="http://schemas.openxmlformats.org/officeDocument/2006/relationships/hyperlink" Target="https://www.pedestrian.tv/entertainment/big-brother-australia-house-gold-coast-dreamworld-to-brisbane/" TargetMode="External"/><Relationship Id="rId14" Type="http://schemas.openxmlformats.org/officeDocument/2006/relationships/hyperlink" Target="https://www.pedestrian.tv/entertainment/big-brother-australia-email-casting-scam/" TargetMode="External"/><Relationship Id="rId15" Type="http://schemas.openxmlformats.org/officeDocument/2006/relationships/hyperlink" Target="https://www.starobserver.com.au/news/new-big-brother-casting-tapes-have-been-released-and-the-gays-are-out-in-full-force/2437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