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Decadence Weekend Guide for New Orleans Visitors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are heading back to New Orleans' French Quarter for Southern Decadence, the city's biggest LGBTQ+ celebration, with a major parade, grand marshals, road restrictions and a welcome lift for local businesses. Here's what to know before joining the colourful Labor Day weekend crowds.</w:t>
      </w:r>
      <w:r/>
    </w:p>
    <w:p>
      <w:pPr>
        <w:pStyle w:val="Heading2"/>
      </w:pPr>
      <w:r>
        <w:t>Essential Takeaways</w:t>
      </w:r>
      <w:r/>
      <w:r/>
    </w:p>
    <w:p>
      <w:pPr>
        <w:pStyle w:val="ListBullet"/>
        <w:spacing w:line="240" w:lineRule="auto"/>
        <w:ind w:left="720"/>
      </w:pPr>
      <w:r/>
      <w:r>
        <w:rPr>
          <w:b/>
        </w:rPr>
        <w:t>Main parade:</w:t>
      </w:r>
      <w:r>
        <w:t xml:space="preserve"> The 54th Southern Decadence Parade begins at 3pm on Sunday, 6 September.</w:t>
      </w:r>
      <w:r/>
    </w:p>
    <w:p>
      <w:pPr>
        <w:pStyle w:val="ListBullet"/>
        <w:spacing w:line="240" w:lineRule="auto"/>
        <w:ind w:left="720"/>
      </w:pPr>
      <w:r/>
      <w:r>
        <w:rPr>
          <w:b/>
        </w:rPr>
        <w:t>Route:</w:t>
      </w:r>
      <w:r>
        <w:t xml:space="preserve"> It starts at the Golden Lantern on Royal Street and travels through the French Quarter.</w:t>
      </w:r>
      <w:r/>
    </w:p>
    <w:p>
      <w:pPr>
        <w:pStyle w:val="ListBullet"/>
        <w:spacing w:line="240" w:lineRule="auto"/>
        <w:ind w:left="720"/>
      </w:pPr>
      <w:r/>
      <w:r>
        <w:rPr>
          <w:b/>
        </w:rPr>
        <w:t>Six grand marshals:</w:t>
      </w:r>
      <w:r>
        <w:t xml:space="preserve"> This year's group includes Rachel Thompson, Romy Thompson, Bobby Wagstaff, Sam Smith, Milan Nicole Sherry and Sarah Mankowitz.</w:t>
      </w:r>
      <w:r/>
    </w:p>
    <w:p>
      <w:pPr>
        <w:pStyle w:val="ListBullet"/>
        <w:spacing w:line="240" w:lineRule="auto"/>
        <w:ind w:left="720"/>
      </w:pPr>
      <w:r/>
      <w:r>
        <w:rPr>
          <w:b/>
        </w:rPr>
        <w:t>Traffic changes:</w:t>
      </w:r>
      <w:r>
        <w:t xml:space="preserve"> Vehicles can't cross Bourbon Street from 4pm to 4am, while no-parking rules run from noon to 6am.</w:t>
      </w:r>
      <w:r/>
    </w:p>
    <w:p>
      <w:pPr>
        <w:pStyle w:val="ListBullet"/>
        <w:spacing w:line="240" w:lineRule="auto"/>
        <w:ind w:left="720"/>
      </w:pPr>
      <w:r/>
      <w:r>
        <w:rPr>
          <w:b/>
        </w:rPr>
        <w:t>Local lift:</w:t>
      </w:r>
      <w:r>
        <w:t xml:space="preserve"> Artists and businesses are hoping the festival brings a much-needed post-summer boost.</w:t>
      </w:r>
      <w:r/>
      <w:r/>
    </w:p>
    <w:p>
      <w:pPr>
        <w:pStyle w:val="Heading2"/>
      </w:pPr>
      <w:r>
        <w:t>New Orleans' biggest LGBTQ+ celebration returns</w:t>
      </w:r>
      <w:r/>
    </w:p>
    <w:p>
      <w:r/>
      <w:r>
        <w:t>The French Quarter is preparing for a weekend of bold costumes, packed pavements and the unmistakable buzz of Southern Decadence. The annual event has become a major fixture in New Orleans' LGBTQ+ calendar, drawing thousands into the historic neighbourhood over Labor Day weekend.</w:t>
      </w:r>
      <w:r/>
    </w:p>
    <w:p>
      <w:r/>
      <w:r>
        <w:t>The parade is the headline moment, but the wider celebration brings its own energy to streets, bars, venues and local businesses. According to Fox 8, the 54th annual event is expected to take over the city with its familiar mix of community spirit and spectacle.</w:t>
      </w:r>
      <w:r/>
    </w:p>
    <w:p>
      <w:r/>
      <w:r>
        <w:t>For visitors, it’s one of those occasions when the French Quarter feels even more animated than usual. Expect noise, colour and plenty of people-watching, so comfortable shoes are a sensible choice.</w:t>
      </w:r>
      <w:r/>
    </w:p>
    <w:p>
      <w:pPr>
        <w:pStyle w:val="Heading2"/>
      </w:pPr>
      <w:r>
        <w:t>When and where to watch the parade</w:t>
      </w:r>
      <w:r/>
    </w:p>
    <w:p>
      <w:r/>
      <w:r>
        <w:t>The Southern Decadence Parade starts at 3pm on Sunday, 6 September, outside the Golden Lantern on Royal Street. From there, it will move through the French Quarter, giving spectators opportunities to watch from different points along the route.</w:t>
      </w:r>
      <w:r/>
    </w:p>
    <w:p>
      <w:r/>
      <w:r>
        <w:t>The starting area is likely to become busy well before the procession begins. Event information published by Southern Decadence lists the grand marshals and parade details, while local event guides point visitors towards the broader weekend programme.</w:t>
      </w:r>
      <w:r/>
    </w:p>
    <w:p>
      <w:r/>
      <w:r>
        <w:t>If you want a good view, arrive early and decide where you’ll stand before the streets fill up. It’s also worth agreeing on a meeting point with friends, because a cheerful crowd can make even a short walk feel surprisingly complicated.</w:t>
      </w:r>
      <w:r/>
    </w:p>
    <w:p>
      <w:pPr>
        <w:pStyle w:val="Heading2"/>
      </w:pPr>
      <w:r>
        <w:t>Six grand marshals take centre stage</w:t>
      </w:r>
      <w:r/>
    </w:p>
    <w:p>
      <w:r/>
      <w:r>
        <w:t>This year’s parade features six grand marshals: Rachel Thompson, Romy Thompson, Bobby Wagstaff, Sam Smith, Milan Nicole Sherry and Sarah Mankowitz. Their inclusion gives the 2026 celebration a notably broad public face.</w:t>
      </w:r>
      <w:r/>
    </w:p>
    <w:p>
      <w:r/>
      <w:r>
        <w:t>Southern Decadence has always been about visibility, celebration and community, and the grand marshals help set that tone from the front of the parade. Hoodline reported that this is the first time the event has featured six grand marshals, adding another point of interest to this year’s procession.</w:t>
      </w:r>
      <w:r/>
    </w:p>
    <w:p>
      <w:r/>
      <w:r>
        <w:t>That larger group should make the parade feel especially representative, rather than centred on one personality. For many attendees, that sense of shared ownership is part of what makes the weekend matter beyond the glitter and entertainment.</w:t>
      </w:r>
      <w:r/>
    </w:p>
    <w:p>
      <w:pPr>
        <w:pStyle w:val="Heading2"/>
      </w:pPr>
      <w:r>
        <w:t>Traffic restrictions mean planning ahead</w:t>
      </w:r>
      <w:r/>
    </w:p>
    <w:p>
      <w:r/>
      <w:r>
        <w:t>New Orleans police have announced significant restrictions around the event. Cars won't be allowed to cross Bourbon Street between 4pm and 4am each day, and no-parking zones will be enforced from noon until 6am.</w:t>
      </w:r>
      <w:r/>
    </w:p>
    <w:p>
      <w:r/>
      <w:r>
        <w:t>The city’s official public-safety information is the best place to check restrictions before travelling, particularly if you’re driving, using a rideshare or arranging a late-night pick-up. Axios’ Labor Day weekend listings also underline how busy the wider area is likely to be.</w:t>
      </w:r>
      <w:r/>
    </w:p>
    <w:p>
      <w:r/>
      <w:r>
        <w:t>Public transport, walking and an agreed drop-off point may be easier than trying to reach a particular doorway by car. Keep your phone charged, allow extra time and remember that the quickest route on a map may not be available on the ground.</w:t>
      </w:r>
      <w:r/>
    </w:p>
    <w:p>
      <w:pPr>
        <w:pStyle w:val="Heading2"/>
      </w:pPr>
      <w:r>
        <w:t>A welcome boost for local businesses</w:t>
      </w:r>
      <w:r/>
    </w:p>
    <w:p>
      <w:r/>
      <w:r>
        <w:t>The festival arrives as ongoing construction has made movement around the area more difficult and affected foot traffic. That has put pressure on some French Quarter businesses, but local artists are beginning to see signs of a seasonal recovery.</w:t>
      </w:r>
      <w:r/>
    </w:p>
    <w:p>
      <w:r/>
      <w:r>
        <w:t>Southern Decadence offers a timely lift as New Orleans moves out of the quieter summer period. Ambush Magazine’s event guide reflects the scale of activity surrounding the weekend, with visitors likely to spend time across a wide range of local venues.</w:t>
      </w:r>
      <w:r/>
    </w:p>
    <w:p>
      <w:r/>
      <w:r>
        <w:t>If you’re attending, supporting independent artists, bars, restaurants and shops can make a practical difference. A small purchase, a meal or a tip may help turn a busy weekend into a meaningful one for the people who keep the neighbourhood lively all year.</w:t>
      </w:r>
      <w:r/>
    </w:p>
    <w:p>
      <w:r/>
      <w:r>
        <w:t>Plan carefully, arrive ready for crowds and enjoy the French Quarter at its most flamboyant.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https://www.wdsu.com/article/southern-decadence-weekend/73618430</w:t>
        </w:r>
      </w:hyperlink>
      <w:r>
        <w:t xml:space="preserve"> - Please view link - unable to able to access data</w:t>
      </w:r>
      <w:r/>
    </w:p>
    <w:p>
      <w:pPr>
        <w:pStyle w:val="ListNumber"/>
        <w:spacing w:line="240" w:lineRule="auto"/>
        <w:ind w:left="720"/>
      </w:pPr>
      <w:r/>
      <w:hyperlink r:id="rId10">
        <w:r>
          <w:rPr>
            <w:color w:val="0000EE"/>
            <w:u w:val="single"/>
          </w:rPr>
          <w:t>https://www.axios.com/local/new-orleans/2026/09/02/labor-day-weekend-things-to-do-decadence-parades</w:t>
        </w:r>
      </w:hyperlink>
      <w:r>
        <w:t xml:space="preserve"> - Axios frames Southern Decadence as one of several Labour Day weekend events in New Orleans, adding a wider citywide leisure angle rather than focusing solely on the parade. It says the celebration starts on Thursday with events around town and notes the parade rolls at 2pm on Sunday from the Golden Lantern. The piece also places Decadence alongside the National WWII Museum, Tipitina’s, the New Orleans Health &amp; Yoga Festival, the Louisiana Children’s Museum and the New Orleans Mermaid Parade, giving useful context on how crowded the weekend calendar is.</w:t>
      </w:r>
      <w:r/>
    </w:p>
    <w:p>
      <w:pPr>
        <w:pStyle w:val="ListNumber"/>
        <w:spacing w:line="240" w:lineRule="auto"/>
        <w:ind w:left="720"/>
      </w:pPr>
      <w:r/>
      <w:hyperlink r:id="rId11">
        <w:r>
          <w:rPr>
            <w:color w:val="0000EE"/>
            <w:u w:val="single"/>
          </w:rPr>
          <w:t>https://www.fox8live.com/2026/09/04/southern-decadence-takes-over-new-orleans-54th-annual-lgbtq-celebration/</w:t>
        </w:r>
      </w:hyperlink>
      <w:r>
        <w:t xml:space="preserve"> - Fox 8 adds more scale and neighbourhood detail than the WDSU story, saying the 54th annual Southern Decadence will draw tens of thousands to the French Quarter and surrounding neighbourhoods. It confirms the Sunday 3pm parade and names the six Grand Marshals. It also gives a broader sense of what is happening across the weekend, listing bars and venues involved and noting that the festival is one of the busiest of the year. Unlike a bare event listing, it places Decadence in the context of New Orleans’ queer history and nightlife infrastructure.</w:t>
      </w:r>
      <w:r/>
    </w:p>
    <w:p>
      <w:pPr>
        <w:pStyle w:val="ListNumber"/>
        <w:spacing w:line="240" w:lineRule="auto"/>
        <w:ind w:left="720"/>
      </w:pPr>
      <w:r/>
      <w:hyperlink r:id="rId12">
        <w:r>
          <w:rPr>
            <w:color w:val="0000EE"/>
            <w:u w:val="single"/>
          </w:rPr>
          <w:t>https://content.govdelivery.com/accounts/LANOLA/bulletins/427e969</w:t>
        </w:r>
      </w:hyperlink>
      <w:r>
        <w:t xml:space="preserve"> - This official New Orleans Police Department notice is the clearest source on traffic and parking controls for Decadence weekend. It provides exact enforcement times, says the French Quarter interior closure runs nightly from 4pm to 4am, and lists no-parking zones from noon on Friday through 6am on Monday. It also states that streets leading to Bourbon Street will be closed to vehicle traffic and that vehicles cannot cross Bourbon Street except emergency vehicles when safe. This materially expands on the newspaper coverage by supplying the operational city instructions.</w:t>
      </w:r>
      <w:r/>
    </w:p>
    <w:p>
      <w:pPr>
        <w:pStyle w:val="ListNumber"/>
        <w:spacing w:line="240" w:lineRule="auto"/>
        <w:ind w:left="720"/>
      </w:pPr>
      <w:r/>
      <w:hyperlink r:id="rId14">
        <w:r>
          <w:rPr>
            <w:color w:val="0000EE"/>
            <w:u w:val="single"/>
          </w:rPr>
          <w:t>https://www.southerndecadence.com/grand-marshals/</w:t>
        </w:r>
      </w:hyperlink>
      <w:r>
        <w:t xml:space="preserve"> - The official Southern Decadence Grand Marshals page gives the organising committee’s own framing of the 2026 theme, colours and charity links. It confirms the full Grand Marshals line-up and adds the parade theme, ‘Phoenix Rising: Together We Rise’, plus the event colours and song. It is useful because it connects the six marshals to the broader festival branding and charity beneficiaries, which the shorter news reports omit. It is a primary source for the event’s official identity and structure.</w:t>
      </w:r>
      <w:r/>
    </w:p>
    <w:p>
      <w:pPr>
        <w:pStyle w:val="ListNumber"/>
        <w:spacing w:line="240" w:lineRule="auto"/>
        <w:ind w:left="720"/>
      </w:pPr>
      <w:r/>
      <w:hyperlink r:id="rId13">
        <w:r>
          <w:rPr>
            <w:color w:val="0000EE"/>
            <w:u w:val="single"/>
          </w:rPr>
          <w:t>https://www.ambushmag.com/official-southern-decadence-event-guide-september-2026-event-calendar/</w:t>
        </w:r>
      </w:hyperlink>
      <w:r>
        <w:t xml:space="preserve"> - Ambush Magazine supplies a much denser event calendar than the WDSU article, making it useful for reconstructing the weekend beyond the parade. It lists multiple parties, performances and venue details across the Decadence period, including the pre-parade show at the Golden Lantern, the parade itself at 3pm, and many bars and clubs involved. It also includes practical details such as times, venues, cover charges, reservation requirements and host names, giving a fuller sense of the event’s scale and nightlife ecosystem.</w:t>
      </w:r>
      <w:r/>
    </w:p>
    <w:p>
      <w:pPr>
        <w:pStyle w:val="ListNumber"/>
        <w:spacing w:line="240" w:lineRule="auto"/>
        <w:ind w:left="720"/>
      </w:pPr>
      <w:r/>
      <w:hyperlink r:id="rId15">
        <w:r>
          <w:rPr>
            <w:color w:val="0000EE"/>
            <w:u w:val="single"/>
          </w:rPr>
          <w:t>https://hoodline.com/2026/08/southern-decadence-returns-to-french-quarter-with-first-ever-six-grand-marshals/</w:t>
        </w:r>
      </w:hyperlink>
      <w:r>
        <w:t xml:space="preserve"> - Hoodline adds historical background and an explicit claim that 2026 is the first time Southern Decadence has had six Grand Marshals. It also repeats the official dates, parade time and starting point, while giving the event theme and describing the broader scale of the festival. This piece is valuable because it adds origin details and a ‘first ever’ framing that the WDSU article does not spell out, as well as a linked history of the event’s 1972 beginnings.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su.com/article/southern-decadence-weekend/73618430" TargetMode="External"/><Relationship Id="rId10" Type="http://schemas.openxmlformats.org/officeDocument/2006/relationships/hyperlink" Target="https://www.axios.com/local/new-orleans/2026/09/02/labor-day-weekend-things-to-do-decadence-parades" TargetMode="External"/><Relationship Id="rId11" Type="http://schemas.openxmlformats.org/officeDocument/2006/relationships/hyperlink" Target="https://www.fox8live.com/2026/09/04/southern-decadence-takes-over-new-orleans-54th-annual-lgbtq-celebration/" TargetMode="External"/><Relationship Id="rId12" Type="http://schemas.openxmlformats.org/officeDocument/2006/relationships/hyperlink" Target="https://content.govdelivery.com/accounts/LANOLA/bulletins/427e969" TargetMode="External"/><Relationship Id="rId13" Type="http://schemas.openxmlformats.org/officeDocument/2006/relationships/hyperlink" Target="https://www.ambushmag.com/official-southern-decadence-event-guide-september-2026-event-calendar/" TargetMode="External"/><Relationship Id="rId14" Type="http://schemas.openxmlformats.org/officeDocument/2006/relationships/hyperlink" Target="https://www.southerndecadence.com/grand-marshals/" TargetMode="External"/><Relationship Id="rId15" Type="http://schemas.openxmlformats.org/officeDocument/2006/relationships/hyperlink" Target="https://hoodline.com/2026/08/southern-decadence-returns-to-french-quarter-with-first-ever-six-grand-marsh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