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Events at Oktoberfest: A New Lesbian Wiesn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getting a fresh reason to raise a stein at Munich's Oktoberfest, as a new event for queer women and FLINTA people brings more visibility to the festival. Scheduled at the Bräurosl tent, the gathering adds a welcome new chapter to the Wiesn's long-running LGBTQ+ celebrations.</w:t>
      </w:r>
      <w:r/>
    </w:p>
    <w:p>
      <w:pPr>
        <w:pStyle w:val="Heading2"/>
      </w:pPr>
      <w:r>
        <w:t>Essential Takeaways</w:t>
      </w:r>
      <w:r/>
      <w:r/>
    </w:p>
    <w:p>
      <w:pPr>
        <w:pStyle w:val="ListBullet"/>
        <w:spacing w:line="240" w:lineRule="auto"/>
        <w:ind w:left="720"/>
      </w:pPr>
      <w:r/>
      <w:r>
        <w:rPr>
          <w:b/>
        </w:rPr>
        <w:t>A new gathering:</w:t>
      </w:r>
      <w:r>
        <w:t xml:space="preserve"> “Bier, Boobs, Brezn” is planned for queer women and FLINTA people at the Bräurosl tent.</w:t>
      </w:r>
      <w:r/>
    </w:p>
    <w:p>
      <w:pPr>
        <w:pStyle w:val="ListBullet"/>
        <w:spacing w:line="240" w:lineRule="auto"/>
        <w:ind w:left="720"/>
      </w:pPr>
      <w:r/>
      <w:r>
        <w:rPr>
          <w:b/>
        </w:rPr>
        <w:t>A September date:</w:t>
      </w:r>
      <w:r>
        <w:t xml:space="preserve"> The event follows the established Rosa Sonntag celebrations at Oktoberfest.</w:t>
      </w:r>
      <w:r/>
    </w:p>
    <w:p>
      <w:pPr>
        <w:pStyle w:val="ListBullet"/>
        <w:spacing w:line="240" w:lineRule="auto"/>
        <w:ind w:left="720"/>
      </w:pPr>
      <w:r/>
      <w:r>
        <w:rPr>
          <w:b/>
        </w:rPr>
        <w:t>A sizeable crowd:</w:t>
      </w:r>
      <w:r>
        <w:t xml:space="preserve"> Organisers expect around 700 guests for the new gathering.</w:t>
      </w:r>
      <w:r/>
    </w:p>
    <w:p>
      <w:pPr>
        <w:pStyle w:val="ListBullet"/>
        <w:spacing w:line="240" w:lineRule="auto"/>
        <w:ind w:left="720"/>
      </w:pPr>
      <w:r/>
      <w:r>
        <w:rPr>
          <w:b/>
        </w:rPr>
        <w:t>A wider celebration:</w:t>
      </w:r>
      <w:r>
        <w:t xml:space="preserve"> Bräurosl's queer programming is expanding from one major day to two.</w:t>
      </w:r>
      <w:r/>
    </w:p>
    <w:p>
      <w:pPr>
        <w:pStyle w:val="ListBullet"/>
        <w:spacing w:line="240" w:lineRule="auto"/>
        <w:ind w:left="720"/>
      </w:pPr>
      <w:r/>
      <w:r>
        <w:rPr>
          <w:b/>
        </w:rPr>
        <w:t>A visibility boost:</w:t>
      </w:r>
      <w:r>
        <w:t xml:space="preserve"> The event aims to create a more noticeable space for lesbian and queer women at the Wiesn.</w:t>
      </w:r>
      <w:r/>
      <w:r/>
    </w:p>
    <w:p>
      <w:pPr>
        <w:pStyle w:val="Heading2"/>
      </w:pPr>
      <w:r>
        <w:t>A new queer event is arriving at the Wiesn</w:t>
      </w:r>
      <w:r/>
    </w:p>
    <w:p>
      <w:r/>
      <w:r>
        <w:t xml:space="preserve">The strongest message behind “Bier, Boobs, Brezn” is simple: queer women want their own place at Oktoberfest, not just a supporting role in a better-known celebration. According to Stern, the gathering is due to take place at the Bräurosl tent on 21 September, with around 700 women and FLINTA guests expected. </w:t>
      </w:r>
      <w:hyperlink r:id="rId9">
        <w:r>
          <w:rPr>
            <w:color w:val="0000EE"/>
            <w:u w:val="single"/>
          </w:rPr>
          <w:t>[2]</w:t>
        </w:r>
      </w:hyperlink>
      <w:r/>
    </w:p>
    <w:p>
      <w:r/>
      <w:r>
        <w:t xml:space="preserve">That makes it more than another themed party. It responds to a familiar imbalance in queer nightlife, where events for gay men can be highly visible while lesbian spaces are fewer and often less permanent. L-MAG reported that the new gathering is being created to give queer women a dedicated presence on the festival grounds. </w:t>
      </w:r>
      <w:hyperlink r:id="rId10">
        <w:r>
          <w:rPr>
            <w:color w:val="0000EE"/>
            <w:u w:val="single"/>
          </w:rPr>
          <w:t>[3]</w:t>
        </w:r>
      </w:hyperlink>
      <w:r/>
    </w:p>
    <w:p>
      <w:pPr>
        <w:pStyle w:val="Heading2"/>
      </w:pPr>
      <w:r>
        <w:t>Why Bräurosl matters</w:t>
      </w:r>
      <w:r/>
    </w:p>
    <w:p>
      <w:r/>
      <w:r>
        <w:t xml:space="preserve">Bräurosl is already closely associated with Oktoberfest's LGBTQ+ calendar. The venue hosts the long-running Rosa Sonntag, a major date that attracts thousands of gay men and has become one of the festival's most recognisable queer traditions. According to the Bräurosl organisers, around 90 per cent of those guests are male. </w:t>
      </w:r>
      <w:hyperlink r:id="rId11">
        <w:r>
          <w:rPr>
            <w:color w:val="0000EE"/>
            <w:u w:val="single"/>
          </w:rPr>
          <w:t>[4]</w:t>
        </w:r>
      </w:hyperlink>
      <w:r/>
    </w:p>
    <w:p>
      <w:r/>
      <w:r>
        <w:t xml:space="preserve">That history helps explain why the new event feels like an extension rather than a replacement. The idea is to widen the welcome while keeping the tent's lively, communal atmosphere intact. Munich's official event guide lists queer gatherings on the Wiesn as part of the festival's broader visitor experience. </w:t>
      </w:r>
      <w:hyperlink r:id="rId12">
        <w:r>
          <w:rPr>
            <w:color w:val="0000EE"/>
            <w:u w:val="single"/>
          </w:rPr>
          <w:t>[7]</w:t>
        </w:r>
      </w:hyperlink>
      <w:r/>
    </w:p>
    <w:p>
      <w:pPr>
        <w:pStyle w:val="Heading2"/>
      </w:pPr>
      <w:r>
        <w:t>From Rosa Sonntag to a fuller queer weekend</w:t>
      </w:r>
      <w:r/>
    </w:p>
    <w:p>
      <w:r/>
      <w:r>
        <w:t xml:space="preserve">The change follows growing demand for queer events at Oktoberfest. Reports suggest the popular Rosa Sonntag has become increasingly difficult to accommodate, prompting the Bräurosl team to add another day to its programme. TZ described the move as an expansion of the Rosa Wiesn celebrations across two days. </w:t>
      </w:r>
      <w:hyperlink r:id="rId11">
        <w:r>
          <w:rPr>
            <w:color w:val="0000EE"/>
            <w:u w:val="single"/>
          </w:rPr>
          <w:t>[4]</w:t>
        </w:r>
      </w:hyperlink>
      <w:r/>
    </w:p>
    <w:p>
      <w:r/>
      <w:r>
        <w:t xml:space="preserve">For visitors, that means more choice and a slightly less compressed experience. A packed beer tent, loud brass music and rows of shared tables can be thrilling, but they can also make a single annual date feel like an endurance test. Splitting the programme gives different communities more room to enjoy the festival at their own pace. </w:t>
      </w:r>
      <w:hyperlink r:id="rId13">
        <w:r>
          <w:rPr>
            <w:color w:val="0000EE"/>
            <w:u w:val="single"/>
          </w:rPr>
          <w:t>[5]</w:t>
        </w:r>
      </w:hyperlink>
      <w:r/>
    </w:p>
    <w:p>
      <w:pPr>
        <w:pStyle w:val="Heading2"/>
      </w:pPr>
      <w:r>
        <w:t>What guests should know before booking</w:t>
      </w:r>
      <w:r/>
    </w:p>
    <w:p>
      <w:r/>
      <w:r>
        <w:t xml:space="preserve">Anyone considering the new event should check the official listing before travelling, particularly for ticket arrangements, entry rules, timings and age requirements. The Lost Girls event page provides the practical details for the FLINTA Wiesn gathering, while Oktoberfest's own visitor information outlines the wider LGBTQ+ events programme. </w:t>
      </w:r>
      <w:hyperlink r:id="rId14">
        <w:r>
          <w:rPr>
            <w:color w:val="0000EE"/>
            <w:u w:val="single"/>
          </w:rPr>
          <w:t>[6]</w:t>
        </w:r>
      </w:hyperlink>
      <w:r/>
    </w:p>
    <w:p>
      <w:r/>
      <w:r>
        <w:t xml:space="preserve">It's also worth planning the basics early. Oktoberfest tents can fill quickly, public transport is busiest around peak sessions, and traditional dress is common but not compulsory. Comfortable shoes are a surprisingly wise choice too, because a day that begins with one leisurely drink can easily turn into several hours on your feet. </w:t>
      </w:r>
      <w:hyperlink r:id="rId13">
        <w:r>
          <w:rPr>
            <w:color w:val="0000EE"/>
            <w:u w:val="single"/>
          </w:rPr>
          <w:t>[5]</w:t>
        </w:r>
      </w:hyperlink>
      <w:r/>
    </w:p>
    <w:p>
      <w:pPr>
        <w:pStyle w:val="Heading2"/>
      </w:pPr>
      <w:r>
        <w:t>A small change with a bigger meaning</w:t>
      </w:r>
      <w:r/>
    </w:p>
    <w:p>
      <w:r/>
      <w:r>
        <w:t xml:space="preserve">The new event reflects a broader shift in how major public festivals think about belonging. Rather than keeping queer visibility inside dedicated clubs or Pride celebrations, organisers are placing it in the middle of one of Munich's most mainstream traditions. As the organiser told the German Press Agency, the Wiesn can be a useful setting precisely because it brings together different generations, backgrounds and lifestyles. </w:t>
      </w:r>
      <w:hyperlink r:id="rId9">
        <w:r>
          <w:rPr>
            <w:color w:val="0000EE"/>
            <w:u w:val="single"/>
          </w:rPr>
          <w:t>[2]</w:t>
        </w:r>
      </w:hyperlink>
      <w:r/>
    </w:p>
    <w:p>
      <w:r/>
      <w:r>
        <w:t xml:space="preserve">There is something appealingly direct about that approach. A beer tent is not a specialist queer venue, but that is exactly the point: lesbian and queer women should be able to celebrate openly in the same noisy, slightly chaotic public spaces as everyone else. </w:t>
      </w:r>
      <w:hyperlink r:id="rId10">
        <w:r>
          <w:rPr>
            <w:color w:val="0000EE"/>
            <w:u w:val="single"/>
          </w:rPr>
          <w:t>[3]</w:t>
        </w:r>
      </w:hyperlink>
      <w:r/>
    </w:p>
    <w:p>
      <w:r/>
      <w:r>
        <w:t xml:space="preserve">The new date won't solve the shortage of permanent lesbian venues on its own, but it does create a visible meeting point. And sometimes a packed table, a cold drink and a shared song are how a community starts taking up more room. </w:t>
      </w:r>
      <w:hyperlink r:id="rId12">
        <w:r>
          <w:rPr>
            <w:color w:val="0000EE"/>
            <w:u w:val="single"/>
          </w:rPr>
          <w:t>[7]</w:t>
        </w:r>
      </w:hyperlink>
      <w:r/>
    </w:p>
    <w:p>
      <w:r/>
      <w:r>
        <w:t>It's a welcome new toast to a more inclusive Wiesn.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https://www.stern.de/gesellschaft/regional/bayern/oktoberfest---bier--boobs--brezn----lesbische-wiesn-party-38210504.html</w:t>
        </w:r>
      </w:hyperlink>
      <w:r>
        <w:t xml:space="preserve"> - Please view link - unable to able to access data</w:t>
      </w:r>
      <w:r/>
    </w:p>
    <w:p>
      <w:pPr>
        <w:pStyle w:val="ListNumber"/>
        <w:spacing w:line="240" w:lineRule="auto"/>
        <w:ind w:left="720"/>
      </w:pPr>
      <w:r/>
      <w:hyperlink r:id="rId9">
        <w:r>
          <w:rPr>
            <w:color w:val="0000EE"/>
            <w:u w:val="single"/>
          </w:rPr>
          <w:t>https://www.sueddeutsche.de/muenchen/muenchen-oktoberfest-lesbische-frauen-veranstaltung-braeurosl-li.3492648?reduced=true</w:t>
        </w:r>
      </w:hyperlink>
      <w:r>
        <w:t xml:space="preserve"> - Interview with organiser Sina Scherer about the first Wiesn event aimed at lesbian and other FLINTA* attendees. It adds the backstory that she founded Lost Girls in 2021 because she kept finding queer events dominated by gay men. The piece explains why she sees the Oktoberfest as a useful place for visibility, and says she is planning the event with Ricarda Hofmann of Busenfreundin and Silke Völling. It also states the target is more than 500 queer women in the Bräurosl on 21 September 2026.</w:t>
      </w:r>
      <w:r/>
    </w:p>
    <w:p>
      <w:pPr>
        <w:pStyle w:val="ListNumber"/>
        <w:spacing w:line="240" w:lineRule="auto"/>
        <w:ind w:left="720"/>
      </w:pPr>
      <w:r/>
      <w:hyperlink r:id="rId10">
        <w:r>
          <w:rPr>
            <w:color w:val="0000EE"/>
            <w:u w:val="single"/>
          </w:rPr>
          <w:t>https://www.l-mag.de/news-1010/ozapft-is-lesbischer-montag-auf-dem-oktoberfest.html</w:t>
        </w:r>
      </w:hyperlink>
      <w:r>
        <w:t xml:space="preserve"> - This piece focuses on the planned lesbian Monday at Oktoberfest and adds detail from an interview with organisers Sina Scherer and Silke Völling. It highlights the political and cultural reasoning behind the event, including criticism of conservative attitudes and the desire for more visibility for FLINTA</w:t>
      </w:r>
      <w:r>
        <w:rPr>
          <w:i/>
        </w:rPr>
        <w:t xml:space="preserve"> people. It says more than 500 lesbian women and other FLINTA</w:t>
      </w:r>
      <w:r>
        <w:t xml:space="preserve"> will gather on 21 September 2026. Compared with the Stern story, it adds a clearer sense of the organisers’ tone, their joking reference to ‘Lesben für Söder’, and the claim that the Bräurosl is opening the Monday after Gay Sunday as a queer space.</w:t>
      </w:r>
      <w:r/>
    </w:p>
    <w:p>
      <w:pPr>
        <w:pStyle w:val="ListNumber"/>
        <w:spacing w:line="240" w:lineRule="auto"/>
        <w:ind w:left="720"/>
      </w:pPr>
      <w:r/>
      <w:hyperlink r:id="rId11">
        <w:r>
          <w:rPr>
            <w:color w:val="0000EE"/>
            <w:u w:val="single"/>
          </w:rPr>
          <w:t>https://www.tz.de/muenchen/wiesn/muenchen-wiesn-oktoberfest-2026-rosa-wiesn-in-der-braeurosl-wird-auf-zwei-tage-ausgeweitet-94327751.html</w:t>
        </w:r>
      </w:hyperlink>
      <w:r>
        <w:t xml:space="preserve"> - This report says the Bräurosl’s traditional Rosa Wiesn will be extended from one day to two, turning Gay Sunday into Gay Monday. It adds the key operational detail that reservations are now possible and that the Monday session will run in the first reservation slot. The story is useful because it gives the official wirte’s explanation: the event has so many requests each year that they decided to test an extension in 2025 and then roll it out in 2026. It also names the wirte Franziska Kohlpaintner and Peter Reichert and notes that the tent wants a woman to open the Monday session.</w:t>
      </w:r>
      <w:r/>
    </w:p>
    <w:p>
      <w:pPr>
        <w:pStyle w:val="ListNumber"/>
        <w:spacing w:line="240" w:lineRule="auto"/>
        <w:ind w:left="720"/>
      </w:pPr>
      <w:r/>
      <w:hyperlink r:id="rId13">
        <w:r>
          <w:rPr>
            <w:color w:val="0000EE"/>
            <w:u w:val="single"/>
          </w:rPr>
          <w:t>https://www.oktoberfest.de/informationen/service-fuer-besucher/lgbtiq-auf-der-wiesn-tipps-und-events-fuer-die-queere-community</w:t>
        </w:r>
      </w:hyperlink>
      <w:r>
        <w:t xml:space="preserve"> - The official Oktoberfest site gives the city’s own overview of LGBTIQ+ events on the Wiesn. It confirms Gay Sunday in the Bräurosl, says the MLC created it more than 40 years ago, and explains that the whole tent is usually visited by the LGBTIQ+ community. Crucially, it also lists RoslMontag as an unofficial, free meet-up on the following Monday and gives its location in the beer garden and rear part of the tent. It adds a wider safety angle with the women’s safe space in the Service Centre and links the queer event to the city’s official visitor information.</w:t>
      </w:r>
      <w:r/>
    </w:p>
    <w:p>
      <w:pPr>
        <w:pStyle w:val="ListNumber"/>
        <w:spacing w:line="240" w:lineRule="auto"/>
        <w:ind w:left="720"/>
      </w:pPr>
      <w:r/>
      <w:hyperlink r:id="rId14">
        <w:r>
          <w:rPr>
            <w:color w:val="0000EE"/>
            <w:u w:val="single"/>
          </w:rPr>
          <w:t>https://www.lostgirls.de/event-details/flinta-wiesn-2026-ozapft-is</w:t>
        </w:r>
      </w:hyperlink>
      <w:r>
        <w:t xml:space="preserve"> - The organisers’ own event page confirms the exact name, time and size of the FLINTA</w:t>
      </w:r>
      <w:r>
        <w:rPr>
          <w:i/>
        </w:rPr>
        <w:t xml:space="preserve"> Wiesn gathering. It says the premiere will bring together over 700 people from the Lost Girls and Busenfreundin communities on 21 September 2026, from 11:00 to 17:00, with entry from 10:00, in the middle section of the Bräurosl. It adds the slogan ‘Bier, Boobs, Brezn Monday’ and makes clear that the event is presented as a FLINTA</w:t>
      </w:r>
      <w:r>
        <w:t xml:space="preserve"> safe space. This primary source is useful for confirming scale, timing and the organisers’ framing.</w:t>
      </w:r>
      <w:r/>
    </w:p>
    <w:p>
      <w:pPr>
        <w:pStyle w:val="ListNumber"/>
        <w:spacing w:line="240" w:lineRule="auto"/>
        <w:ind w:left="720"/>
      </w:pPr>
      <w:r/>
      <w:hyperlink r:id="rId12">
        <w:r>
          <w:rPr>
            <w:color w:val="0000EE"/>
            <w:u w:val="single"/>
          </w:rPr>
          <w:t>https://www.muenchen.de/veranstaltungen/oktoberfest/queere-events-auf-der-wiesn</w:t>
        </w:r>
      </w:hyperlink>
      <w:r>
        <w:t xml:space="preserve"> - Munich’s official city site offers a broader guide to queer events on the Wiesn and clarifies that the Bräurosl’s Monday event is now being enlarged from an unofficial meet-up into an official queer Octoberfest date. It adds context about other queer-friendly stops, the scale of the LGBTIQ+ programme, and the city’s framing of the Bräurosl as a major international LGBTQIA+ gathering point. It is useful background because it links the lesbian Monday story to the city’s wider service and safety information rather than only to the party itself.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eddeutsche.de/muenchen/muenchen-oktoberfest-lesbische-frauen-veranstaltung-braeurosl-li.3492648?reduced=true" TargetMode="External"/><Relationship Id="rId10" Type="http://schemas.openxmlformats.org/officeDocument/2006/relationships/hyperlink" Target="https://www.l-mag.de/news-1010/ozapft-is-lesbischer-montag-auf-dem-oktoberfest.html" TargetMode="External"/><Relationship Id="rId11" Type="http://schemas.openxmlformats.org/officeDocument/2006/relationships/hyperlink" Target="https://www.tz.de/muenchen/wiesn/muenchen-wiesn-oktoberfest-2026-rosa-wiesn-in-der-braeurosl-wird-auf-zwei-tage-ausgeweitet-94327751.html" TargetMode="External"/><Relationship Id="rId12" Type="http://schemas.openxmlformats.org/officeDocument/2006/relationships/hyperlink" Target="https://www.muenchen.de/veranstaltungen/oktoberfest/queere-events-auf-der-wiesn" TargetMode="External"/><Relationship Id="rId13" Type="http://schemas.openxmlformats.org/officeDocument/2006/relationships/hyperlink" Target="https://www.oktoberfest.de/informationen/service-fuer-besucher/lgbtiq-auf-der-wiesn-tipps-und-events-fuer-die-queere-community" TargetMode="External"/><Relationship Id="rId14" Type="http://schemas.openxmlformats.org/officeDocument/2006/relationships/hyperlink" Target="https://www.lostgirls.de/event-details/flinta-wiesn-2026-ozapft-is" TargetMode="External"/><Relationship Id="rId15" Type="http://schemas.openxmlformats.org/officeDocument/2006/relationships/hyperlink" Target="https://www.stern.de/gesellschaft/regional/bayern/oktoberfest---bier--boobs--brezn----lesbische-wiesn-party-3821050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