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Queenstown queer weekend events bring Pride energy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gathered in Queenstown for Come Together Drinks, the lively opening to a packed queer weekend. With familiar faces, fresh arrivals and plenty of pre-party sparkle in the room, the event offered an easygoing first stop before more Frisky-hosted celebrations took over the town.</w:t>
      </w:r>
      <w:r/>
    </w:p>
    <w:p>
      <w:pPr>
        <w:pStyle w:val="Heading2"/>
      </w:pPr>
      <w:r>
        <w:t>Essential Takeaways</w:t>
      </w:r>
      <w:r/>
      <w:r/>
    </w:p>
    <w:p>
      <w:pPr>
        <w:pStyle w:val="ListBullet"/>
        <w:spacing w:line="240" w:lineRule="auto"/>
        <w:ind w:left="720"/>
      </w:pPr>
      <w:r/>
      <w:r>
        <w:rPr>
          <w:b/>
        </w:rPr>
        <w:t>A sociable start:</w:t>
      </w:r>
      <w:r>
        <w:t xml:space="preserve"> Come Together Drinks brought locals and visitors together for early weekend catch-ups.</w:t>
      </w:r>
      <w:r/>
    </w:p>
    <w:p>
      <w:pPr>
        <w:pStyle w:val="ListBullet"/>
        <w:spacing w:line="240" w:lineRule="auto"/>
        <w:ind w:left="720"/>
      </w:pPr>
      <w:r/>
      <w:r>
        <w:rPr>
          <w:b/>
        </w:rPr>
        <w:t>More events ahead:</w:t>
      </w:r>
      <w:r>
        <w:t xml:space="preserve"> Frisky was scheduled to host further parties and gatherings across the weekend.</w:t>
      </w:r>
      <w:r/>
    </w:p>
    <w:p>
      <w:pPr>
        <w:pStyle w:val="ListBullet"/>
        <w:spacing w:line="240" w:lineRule="auto"/>
        <w:ind w:left="720"/>
      </w:pPr>
      <w:r/>
      <w:r>
        <w:rPr>
          <w:b/>
        </w:rPr>
        <w:t>A visual snapshot:</w:t>
      </w:r>
      <w:r>
        <w:t xml:space="preserve"> Photographer Matt Fistonich captured the opening crowd and its celebratory mood.</w:t>
      </w:r>
      <w:r/>
    </w:p>
    <w:p>
      <w:pPr>
        <w:pStyle w:val="ListBullet"/>
        <w:spacing w:line="240" w:lineRule="auto"/>
        <w:ind w:left="720"/>
      </w:pPr>
      <w:r/>
      <w:r>
        <w:rPr>
          <w:b/>
        </w:rPr>
        <w:t>Queenstown backdrop:</w:t>
      </w:r>
      <w:r>
        <w:t xml:space="preserve"> The resort town provided a lively setting for a major LGBTQ+ weekend.</w:t>
      </w:r>
      <w:r/>
    </w:p>
    <w:p>
      <w:pPr>
        <w:pStyle w:val="ListBullet"/>
        <w:spacing w:line="240" w:lineRule="auto"/>
        <w:ind w:left="720"/>
      </w:pPr>
      <w:r/>
      <w:r>
        <w:rPr>
          <w:b/>
        </w:rPr>
        <w:t>Plan before arriving:</w:t>
      </w:r>
      <w:r>
        <w:t xml:space="preserve"> Check official ticketing pages for event details, availability and updates.</w:t>
      </w:r>
      <w:r/>
      <w:r/>
    </w:p>
    <w:p>
      <w:pPr>
        <w:pStyle w:val="Heading2"/>
      </w:pPr>
      <w:r>
        <w:t>Queenstown starts its queer weekend with a warm welcome</w:t>
      </w:r>
      <w:r/>
    </w:p>
    <w:p>
      <w:r/>
      <w:r>
        <w:t>The first drinks had the unmistakable feel of a reunion: bright smiles, easy conversation and the gentle fizz of a crowd ready for a big night. Come Together Drinks opened Queenstown's queer weekend with a relaxed gathering that let people settle in before the louder celebrations began.</w:t>
      </w:r>
      <w:r/>
    </w:p>
    <w:p>
      <w:r/>
      <w:r>
        <w:t xml:space="preserve">It was a smart way to start. Rather than launching straight into a full-scale party, the event gave locals and visitors space to reconnect, meet new people and get a sense of the weekend ahead. The official event listing provided the practical starting point for those planning to attend. </w:t>
      </w:r>
      <w:hyperlink r:id="rId9">
        <w:r>
          <w:rPr>
            <w:color w:val="0000EE"/>
            <w:u w:val="single"/>
          </w:rPr>
          <w:t>[2]</w:t>
        </w:r>
      </w:hyperlink>
      <w:r/>
    </w:p>
    <w:p>
      <w:pPr>
        <w:pStyle w:val="Heading2"/>
      </w:pPr>
      <w:r>
        <w:t>Familiar faces, new arrivals and plenty of pre-party energy</w:t>
      </w:r>
      <w:r/>
    </w:p>
    <w:p>
      <w:r/>
      <w:r>
        <w:t>The atmosphere appeared to be the main attraction. Groups gathered over drinks, old friends crossed paths and newcomers were quickly folded into the wider crowd, creating the sort of easy social rhythm that makes a festival weekend feel welcoming.</w:t>
      </w:r>
      <w:r/>
    </w:p>
    <w:p>
      <w:r/>
      <w:r>
        <w:t>Queenstown has a knack for turning a simple evening into something more memorable, thanks to its dramatic setting and compact nightlife scene. That combination is particularly useful for visitors, who can move between daytime activities, early drinks and late-night events without losing the thread of the weekend.</w:t>
      </w:r>
      <w:r/>
    </w:p>
    <w:p>
      <w:pPr>
        <w:pStyle w:val="Heading2"/>
      </w:pPr>
      <w:r>
        <w:t>Frisky keeps the celebrations moving</w:t>
      </w:r>
      <w:r/>
    </w:p>
    <w:p>
      <w:r/>
      <w:r>
        <w:t xml:space="preserve">Come Together Drinks was only the opening note. Frisky's programme promised more events later in the evening, giving the weekend a clear shift from casual introductions to bigger, more energetic nights out. The party's official website remains the best place to check current details before setting off. </w:t>
      </w:r>
      <w:hyperlink r:id="rId10">
        <w:r>
          <w:rPr>
            <w:color w:val="0000EE"/>
            <w:u w:val="single"/>
          </w:rPr>
          <w:t>[3]</w:t>
        </w:r>
      </w:hyperlink>
      <w:r/>
    </w:p>
    <w:p>
      <w:r/>
      <w:r>
        <w:t xml:space="preserve">For ticketed events, it pays to avoid leaving plans until the last minute. Frisky's Queenstown collection brings related listings together, making it easier to compare events and work out which nights suit your group, budget and preferred level of glitter. </w:t>
      </w:r>
      <w:hyperlink r:id="rId11">
        <w:r>
          <w:rPr>
            <w:color w:val="0000EE"/>
            <w:u w:val="single"/>
          </w:rPr>
          <w:t>[4]</w:t>
        </w:r>
      </w:hyperlink>
      <w:r/>
    </w:p>
    <w:p>
      <w:pPr>
        <w:pStyle w:val="Heading2"/>
      </w:pPr>
      <w:r>
        <w:t>A snapshot of the crowd captures the mood</w:t>
      </w:r>
      <w:r/>
    </w:p>
    <w:p>
      <w:r/>
      <w:r>
        <w:t>Photographer Matt Fistonich was on hand to document the opening gathering, preserving the small details that announcements often miss: the smiles, the shoulder-to-shoulder conversations and the excited expressions of people arriving for the first time.</w:t>
      </w:r>
      <w:r/>
    </w:p>
    <w:p>
      <w:r/>
      <w:r>
        <w:t>Those images matter because queer weekends aren't only about headline parties. They're also about recognition and belonging, whether that means spotting a familiar face across the room or finding your people in a busy new city. One good photograph can say a lot about the mood before the music even starts.</w:t>
      </w:r>
      <w:r/>
    </w:p>
    <w:p>
      <w:pPr>
        <w:pStyle w:val="Heading2"/>
      </w:pPr>
      <w:r>
        <w:t>Why weekends like this matter to Queenstown</w:t>
      </w:r>
      <w:r/>
    </w:p>
    <w:p>
      <w:r/>
      <w:r>
        <w:t xml:space="preserve">A concentrated queer programme can give a destination a different kind of energy, drawing visitors while creating valuable space for the local community. Otago Daily Times has also reported on Queenstown's wider Pride and LGBTQ+ event landscape, including the way seasonal programmes have developed and adapted. </w:t>
      </w:r>
      <w:hyperlink r:id="rId12">
        <w:r>
          <w:rPr>
            <w:color w:val="0000EE"/>
            <w:u w:val="single"/>
          </w:rPr>
          <w:t>[5]</w:t>
        </w:r>
      </w:hyperlink>
      <w:r/>
    </w:p>
    <w:p>
      <w:r/>
      <w:r>
        <w:t>That context makes the opening drinks feel more significant than a standard pre-party. They helped establish a shared base for the weekend, while the broader programme offered a reason to stay, explore and celebrate together. For anyone heading to Queenstown, the simplest advice is still the best: check the official listings, book early and leave room for an unplanned hello.</w:t>
      </w:r>
      <w:r/>
    </w:p>
    <w:p>
      <w:r/>
      <w:r>
        <w:t>It's a small first step, but it can set the tone for an entire weekend.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5">
        <w:r>
          <w:rPr>
            <w:color w:val="0000EE"/>
            <w:u w:val="single"/>
          </w:rPr>
          <w:t>[6]</w:t>
        </w:r>
      </w:hyperlink>
      <w:r>
        <w:t xml:space="preserve">- Paragraph 6: </w:t>
      </w:r>
      <w:hyperlink r:id="rId14">
        <w:r>
          <w:rPr>
            <w:color w:val="0000EE"/>
            <w:u w:val="single"/>
          </w:rPr>
          <w:t>[7]</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https://gayexpress.co.nz/2026/09/photos-come-together-drinks-launches-a-big-queer-weekend-in-queenstown/?utm_source=rss&amp;utm_medium=rss&amp;utm_campaign=photos-come-together-drinks-launches-a-big-queer-weekend-in-queenstown</w:t>
        </w:r>
      </w:hyperlink>
      <w:r>
        <w:t xml:space="preserve"> - Please view link - unable to able to access data</w:t>
      </w:r>
      <w:r/>
    </w:p>
    <w:p>
      <w:pPr>
        <w:pStyle w:val="ListNumber"/>
        <w:spacing w:line="240" w:lineRule="auto"/>
        <w:ind w:left="720"/>
      </w:pPr>
      <w:r/>
      <w:hyperlink r:id="rId9">
        <w:r>
          <w:rPr>
            <w:color w:val="0000EE"/>
            <w:u w:val="single"/>
          </w:rPr>
          <w:t>https://events.humanitix.com/come-together-drinks</w:t>
        </w:r>
      </w:hyperlink>
      <w:r>
        <w:t xml:space="preserve"> - Event listing for the opening night of Frisky Queenstown’s weekend in Queenstown. It confirms the venue, time, pricing and the community framing of the gathering, adding practical details the article does not include. The page also sets out the event’s social media handles, merchandise information and the fact that RSVPs are used only to gauge numbers. It is a primary source for the Friday opening drinks and helps establish the exact structure of the wider Big Gay Chill Weekend programme.</w:t>
      </w:r>
      <w:r/>
    </w:p>
    <w:p>
      <w:pPr>
        <w:pStyle w:val="ListNumber"/>
        <w:spacing w:line="240" w:lineRule="auto"/>
        <w:ind w:left="720"/>
      </w:pPr>
      <w:r/>
      <w:hyperlink r:id="rId10">
        <w:r>
          <w:rPr>
            <w:color w:val="0000EE"/>
            <w:u w:val="single"/>
          </w:rPr>
          <w:t>https://friskytheparty.co.nz/</w:t>
        </w:r>
      </w:hyperlink>
      <w:r>
        <w:t xml:space="preserve"> - Official Frisky event page for the Queenstown weekend, showing the full schedule and adding a fourth event beyond the article’s opening drinks and party-night mention. It gives the sequence of activities, exact timings, locations and the organisers’ description of the weekend as a rainbow gathering in response to Winter Pride’s hiatus. The page is useful because it ties together the Friday drinks, Saturday lunch, cruise and late-night party in one place and confirms the weekend branding used by the organisers.</w:t>
      </w:r>
      <w:r/>
    </w:p>
    <w:p>
      <w:pPr>
        <w:pStyle w:val="ListNumber"/>
        <w:spacing w:line="240" w:lineRule="auto"/>
        <w:ind w:left="720"/>
      </w:pPr>
      <w:r/>
      <w:hyperlink r:id="rId11">
        <w:r>
          <w:rPr>
            <w:color w:val="0000EE"/>
            <w:u w:val="single"/>
          </w:rPr>
          <w:t>https://collections.humanitix.com/frisky-queenstown</w:t>
        </w:r>
      </w:hyperlink>
      <w:r>
        <w:t xml:space="preserve"> - Collection page for the whole Frisky Queenstown programme, which adds a complete ticketing overview and shows how the opening drinks fit into the wider weekend. It confirms the event sequence, host, venues and times in a single primary source. Compared with the article, it adds a mulled wine cruise and makes clear that the organisers are PartyBoy Limited. It is the best source for rebuilding the event schedule from scratch.</w:t>
      </w:r>
      <w:r/>
    </w:p>
    <w:p>
      <w:pPr>
        <w:pStyle w:val="ListNumber"/>
        <w:spacing w:line="240" w:lineRule="auto"/>
        <w:ind w:left="720"/>
      </w:pPr>
      <w:r/>
      <w:hyperlink r:id="rId12">
        <w:r>
          <w:rPr>
            <w:color w:val="0000EE"/>
            <w:u w:val="single"/>
          </w:rPr>
          <w:t>https://www.odt.co.nz/otago/queenstown/kweenstown-rolls-out-the-rehab-rainbow-lcs1a3xn</w:t>
        </w:r>
      </w:hyperlink>
      <w:r>
        <w:t xml:space="preserve"> - Otago Daily Times coverage of another Queenstown queer weekend event running at the same time, giving a local newspaper angle on how the town is filling the Winter Pride gap. It adds a different organiser, venue and performer, and shows the wider rainbow programme beyond Frisky. The story contains local reaction and explains the ‘Kweenstown’ framing used for the weekend, making it useful background for the climate around the article’s photos piece.</w:t>
      </w:r>
      <w:r/>
    </w:p>
    <w:p>
      <w:pPr>
        <w:pStyle w:val="ListNumber"/>
        <w:spacing w:line="240" w:lineRule="auto"/>
        <w:ind w:left="720"/>
      </w:pPr>
      <w:r/>
      <w:hyperlink r:id="rId15">
        <w:r>
          <w:rPr>
            <w:color w:val="0000EE"/>
            <w:u w:val="single"/>
          </w:rPr>
          <w:t>https://www.odt.co.nz/otago/queenstown/winter-pride-may-have-to-slide-v18gc6dj</w:t>
        </w:r>
      </w:hyperlink>
      <w:r>
        <w:t xml:space="preserve"> - Earlier Otago Daily Times reporting on the Winter Pride hiatus that underpins the whole Queenstown queer-weekend story. It is a background piece rather than event coverage, but it adds the official rationale for the pause and the scale of the decision. That makes it a strong qualifier to the article’s celebratory tone, because it explains why local organisers and venues are staging substitute events in early September 2026.</w:t>
      </w:r>
      <w:r/>
    </w:p>
    <w:p>
      <w:pPr>
        <w:pStyle w:val="ListNumber"/>
        <w:spacing w:line="240" w:lineRule="auto"/>
        <w:ind w:left="720"/>
      </w:pPr>
      <w:r/>
      <w:hyperlink r:id="rId14">
        <w:r>
          <w:rPr>
            <w:color w:val="0000EE"/>
            <w:u w:val="single"/>
          </w:rPr>
          <w:t>https://winterpride.co.nz/</w:t>
        </w:r>
      </w:hyperlink>
      <w:r>
        <w:t xml:space="preserve"> - Official Winter Pride site confirming the festival’s current status and giving the organiser’s own framing of the event’s return. It is useful as a primary source on the hiatus and the longer-term promise of a return to Queenstown. Compared with the article, it adds the festival’s official branding and wider context, and helps explain why substitute queer events were being promoted in town in early September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nts.humanitix.com/come-together-drinks" TargetMode="External"/><Relationship Id="rId10" Type="http://schemas.openxmlformats.org/officeDocument/2006/relationships/hyperlink" Target="https://friskytheparty.co.nz/" TargetMode="External"/><Relationship Id="rId11" Type="http://schemas.openxmlformats.org/officeDocument/2006/relationships/hyperlink" Target="https://collections.humanitix.com/frisky-queenstown" TargetMode="External"/><Relationship Id="rId12" Type="http://schemas.openxmlformats.org/officeDocument/2006/relationships/hyperlink" Target="https://www.odt.co.nz/otago/queenstown/kweenstown-rolls-out-the-rehab-rainbow-lcs1a3xn" TargetMode="External"/><Relationship Id="rId13" Type="http://schemas.openxmlformats.org/officeDocument/2006/relationships/hyperlink" Target="https://gayexpress.co.nz/2026/09/photos-come-together-drinks-launches-a-big-queer-weekend-in-queenstown/?utm_source=rss&amp;utm_medium=rss&amp;utm_campaign=photos-come-together-drinks-launches-a-big-queer-weekend-in-queenstown" TargetMode="External"/><Relationship Id="rId14" Type="http://schemas.openxmlformats.org/officeDocument/2006/relationships/hyperlink" Target="https://winterpride.co.nz/" TargetMode="External"/><Relationship Id="rId15" Type="http://schemas.openxmlformats.org/officeDocument/2006/relationships/hyperlink" Target="https://www.odt.co.nz/otago/queenstown/winter-pride-may-have-to-slide-v18gc6d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