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Lali Espósito hen party details from her Brazil getaway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Fans are getting a closer look at Lali Espósito's Brazil hen party, after actress Cande Vetrano described the laughter, themed outfits and surprise plans shared by the singer's closest friends. From rainy Rio days to LGBTQ+ nightlife and an affectionate tribute to an iconic couple, the celebration sounded more heartfelt than flashy.</w:t>
      </w:r>
      <w:r/>
    </w:p>
    <w:p>
      <w:pPr>
        <w:pStyle w:val="Heading2"/>
      </w:pPr>
      <w:r>
        <w:t>Essential Takeaways</w:t>
      </w:r>
      <w:r/>
      <w:r/>
    </w:p>
    <w:p>
      <w:pPr>
        <w:pStyle w:val="ListBullet"/>
        <w:spacing w:line="240" w:lineRule="auto"/>
        <w:ind w:left="720"/>
      </w:pPr>
      <w:r/>
      <w:r>
        <w:rPr>
          <w:b/>
        </w:rPr>
        <w:t>Rio set the scene:</w:t>
      </w:r>
      <w:r>
        <w:t xml:space="preserve"> The group explored the city despite cool, wet weather.</w:t>
      </w:r>
      <w:r/>
    </w:p>
    <w:p>
      <w:pPr>
        <w:pStyle w:val="ListBullet"/>
        <w:spacing w:line="240" w:lineRule="auto"/>
        <w:ind w:left="720"/>
      </w:pPr>
      <w:r/>
      <w:r>
        <w:rPr>
          <w:b/>
        </w:rPr>
        <w:t>Love was the theme:</w:t>
      </w:r>
      <w:r>
        <w:t xml:space="preserve"> Lali wore a pink T-shirt featuring Carola Reyna and Boy Olmi.</w:t>
      </w:r>
      <w:r/>
    </w:p>
    <w:p>
      <w:pPr>
        <w:pStyle w:val="ListBullet"/>
        <w:spacing w:line="240" w:lineRule="auto"/>
        <w:ind w:left="720"/>
      </w:pPr>
      <w:r/>
      <w:r>
        <w:rPr>
          <w:b/>
        </w:rPr>
        <w:t>Surprises took centre stage:</w:t>
      </w:r>
      <w:r>
        <w:t xml:space="preserve"> Friends arranged several moments Lali knew nothing about.</w:t>
      </w:r>
      <w:r/>
    </w:p>
    <w:p>
      <w:pPr>
        <w:pStyle w:val="ListBullet"/>
        <w:spacing w:line="240" w:lineRule="auto"/>
        <w:ind w:left="720"/>
      </w:pPr>
      <w:r/>
      <w:r>
        <w:rPr>
          <w:b/>
        </w:rPr>
        <w:t>The nightlife was playful:</w:t>
      </w:r>
      <w:r>
        <w:t xml:space="preserve"> The group visited LGBTQ+ venues and wore bunny-style masks.</w:t>
      </w:r>
      <w:r/>
    </w:p>
    <w:p>
      <w:pPr>
        <w:pStyle w:val="ListBullet"/>
        <w:spacing w:line="240" w:lineRule="auto"/>
        <w:ind w:left="720"/>
      </w:pPr>
      <w:r/>
      <w:r>
        <w:rPr>
          <w:b/>
        </w:rPr>
        <w:t>It stayed intimate:</w:t>
      </w:r>
      <w:r>
        <w:t xml:space="preserve"> Meals, walks and easy laughter mattered as much as the parties.</w:t>
      </w:r>
      <w:r/>
      <w:r/>
    </w:p>
    <w:p>
      <w:pPr>
        <w:pStyle w:val="Heading2"/>
      </w:pPr>
      <w:r>
        <w:t>A rainy Rio escape still delivered plenty of fun</w:t>
      </w:r>
      <w:r/>
    </w:p>
    <w:p>
      <w:r/>
      <w:r>
        <w:t>The strongest detail from Lali Espósito's hen party is perhaps the least glamorous one: Rio de Janeiro reportedly greeted the friends with cold weather, clouds and rain. Rather than letting that dampen the mood, the group turned the awkward conditions into part of the joke, according to Cande Vetrano's account on El Trece's streaming programme.</w:t>
      </w:r>
      <w:r/>
    </w:p>
    <w:p>
      <w:r/>
      <w:r>
        <w:t>There was no need for a perfectly staged beach holiday. The friends filled the days with breakfasts, snacks, meals, city walks and spontaneous photographs, creating the sort of relaxed trip many people recognise from a good girls' getaway. Photos from the celebration also showed the group enjoying Rio together, reported Ciudad Magazine.</w:t>
      </w:r>
      <w:r/>
    </w:p>
    <w:p>
      <w:pPr>
        <w:pStyle w:val="Heading2"/>
      </w:pPr>
      <w:r>
        <w:t>The sweetest surprise was a tribute to lasting love</w:t>
      </w:r>
      <w:r/>
    </w:p>
    <w:p>
      <w:r/>
      <w:r>
        <w:t>The party's most distinctive detail was the matching T-shirt idea. Each friend wore an image of a famous couple, while Lali's bright pink version featured Carola Reyna and Boy Olmi, a long-established Argentine celebrity couple admired by the group.</w:t>
      </w:r>
      <w:r/>
    </w:p>
    <w:p>
      <w:r/>
      <w:r>
        <w:t>According to Infobae, Reyna and Olmi reacted warmly to the tribute, with the gesture framed as a celebration of enduring love rather than a joke at the bride-to-be's expense. The friends had apparently considered using images of Lali in bridal scenes, but chose something less promotional and more personal instead.</w:t>
      </w:r>
      <w:r/>
    </w:p>
    <w:p>
      <w:r/>
      <w:r>
        <w:t>That choice gives the party a lovely emotional centre. It wasn't simply about dressing alike or creating a social-media moment; it was about celebrating the kind of partnership the group finds meaningful.</w:t>
      </w:r>
      <w:r/>
    </w:p>
    <w:p>
      <w:pPr>
        <w:pStyle w:val="Heading2"/>
      </w:pPr>
      <w:r>
        <w:t>Why the surprises made Lali's celebration feel personal</w:t>
      </w:r>
      <w:r/>
    </w:p>
    <w:p>
      <w:r/>
      <w:r>
        <w:t>Vetrano said Lali was surprised repeatedly during the trip, even though she isn't especially fond of being caught off guard. The planning unfolded gradually, with the group revealing each activity as it arrived, according to El Trece.</w:t>
      </w:r>
      <w:r/>
    </w:p>
    <w:p>
      <w:r/>
      <w:r>
        <w:t>That slow-build approach sounds more thoughtful than one huge spectacle. A surprise breakfast, an unexpected night out or a themed outfit can feel more memorable when the guest of honour doesn't know what the next few hours hold.</w:t>
      </w:r>
      <w:r/>
    </w:p>
    <w:p>
      <w:r/>
      <w:r>
        <w:t>The photos shared by entertainment outlets also suggested a close-knit group rather than a massive celebrity production. There was plenty of posing, but the overall mood appeared warm, mischievous and deliberately informal.</w:t>
      </w:r>
      <w:r/>
    </w:p>
    <w:p>
      <w:pPr>
        <w:pStyle w:val="Heading2"/>
      </w:pPr>
      <w:r>
        <w:t>From LGBTQ+ parties to black-and-white bunny masks</w:t>
      </w:r>
      <w:r/>
    </w:p>
    <w:p>
      <w:r/>
      <w:r>
        <w:t>The itinerary moved away from the traditional hen-party formula. The group reportedly visited gay bars and LGBTQ+ parties, then embraced a playful bunny theme for one evening, with everyone wearing black masks while Lali stood out in white.</w:t>
      </w:r>
      <w:r/>
    </w:p>
    <w:p>
      <w:r/>
      <w:r>
        <w:t>Revista Gente highlighted the LGBTQ+ nightlife setting where the celebrations began, adding another layer to the group's Rio adventure. The look was theatrical without being overly complicated, which is probably exactly why it worked so well in photographs.</w:t>
      </w:r>
      <w:r/>
    </w:p>
    <w:p>
      <w:r/>
      <w:r>
        <w:t>Mery del Cerro was credited with the idea for the masks. It was a small styling decision, but one that gave the night a shared identity while keeping Lali visibly at the centre.</w:t>
      </w:r>
      <w:r/>
    </w:p>
    <w:p>
      <w:pPr>
        <w:pStyle w:val="Heading2"/>
      </w:pPr>
      <w:r>
        <w:t>A modern hen party built around friendship</w:t>
      </w:r>
      <w:r/>
    </w:p>
    <w:p>
      <w:r/>
      <w:r>
        <w:t>What makes this Brazil getaway stand out is its balance. There were costumes, nightlife and plenty of camera-ready moments, but the heart of the trip was simply spending time together. Coverage from Ohlalá and other entertainment publications focused on the shared meals, outings and images that captured the group enjoying one another's company.</w:t>
      </w:r>
      <w:r/>
    </w:p>
    <w:p>
      <w:r/>
      <w:r>
        <w:t>That softer approach feels increasingly familiar in celebrity celebrations. Instead of one chaotic night, the modern hen party often stretches into a few days of food, travel, dressing up and private jokes. In Lali's case, the combination of affectionate surprises and spontaneous laughter seems to have mattered more than any single event.</w:t>
      </w:r>
      <w:r/>
    </w:p>
    <w:p>
      <w:r/>
      <w:r>
        <w:t>For fans, the glimpses are appealing because they show a star in a recognisably human setting: laughing in bad weather, wearing a silly mask and being genuinely caught out by her friends. It's a reminder that even a glamorous celebration usually runs on the same ingredients as anyone else's: good company, thoughtful planning and a bit of mischief.</w:t>
      </w:r>
      <w:r/>
    </w:p>
    <w:p>
      <w:r/>
      <w:r>
        <w:t>A warm, playful getaway made Lali's Brazil hen party feel personal rather than overproduced.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[2]</w:t>
        </w:r>
      </w:hyperlink>
      <w:r>
        <w:t xml:space="preserve">, </w:t>
      </w:r>
      <w:hyperlink r:id="rId10">
        <w:r>
          <w:rPr>
            <w:color w:val="0000EE"/>
            <w:u w:val="single"/>
          </w:rPr>
          <w:t>[4]</w:t>
        </w:r>
      </w:hyperlink>
      <w:r>
        <w:t xml:space="preserve">- Paragraph 4: </w:t>
      </w:r>
      <w:hyperlink r:id="rId14">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5">
        <w:r>
          <w:rPr>
            <w:color w:val="0000EE"/>
            <w:u w:val="single"/>
          </w:rPr>
          <w:t>[7]</w:t>
        </w:r>
      </w:hyperlink>
      <w:r>
        <w:t xml:space="preserve">, </w:t>
      </w:r>
      <w:hyperlink r:id="rId10">
        <w:r>
          <w:rPr>
            <w:color w:val="0000EE"/>
            <w:u w:val="single"/>
          </w:rPr>
          <w:t>[4]</w:t>
        </w:r>
      </w:hyperlink>
      <w:r>
        <w:t xml:space="preserve">- Paragraph 8: </w:t>
      </w:r>
      <w:hyperlink r:id="rId13">
        <w:r>
          <w:rPr>
            <w:color w:val="0000EE"/>
            <w:u w:val="single"/>
          </w:rPr>
          <w:t>[6]</w:t>
        </w:r>
      </w:hyperlink>
      <w:r>
        <w:t xml:space="preserve">, </w:t>
      </w:r>
      <w:hyperlink r:id="rId12">
        <w:r>
          <w:rPr>
            <w:color w:val="0000EE"/>
            <w:u w:val="single"/>
          </w:rPr>
          <w:t>[3]</w:t>
        </w:r>
      </w:hyperlink>
      <w:r>
        <w:t xml:space="preserve">- Paragraph 9: </w:t>
      </w:r>
      <w:hyperlink r:id="rId14">
        <w:r>
          <w:rPr>
            <w:color w:val="0000EE"/>
            <w:u w:val="single"/>
          </w:rPr>
          <w:t>[2]</w:t>
        </w:r>
      </w:hyperlink>
      <w:r>
        <w:t xml:space="preserve">, </w:t>
      </w:r>
      <w:hyperlink r:id="rId13">
        <w:r>
          <w:rPr>
            <w:color w:val="0000EE"/>
            <w:u w:val="single"/>
          </w:rPr>
          <w:t>[6]</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3">
        <w:r>
          <w:rPr>
            <w:color w:val="0000EE"/>
            <w:u w:val="single"/>
          </w:rPr>
          <w:t>[6]</w:t>
        </w:r>
      </w:hyperlink>
      <w:r>
        <w:t xml:space="preserve">, </w:t>
      </w:r>
      <w:hyperlink r:id="rId11">
        <w:r>
          <w:rPr>
            <w:color w:val="0000EE"/>
            <w:u w:val="single"/>
          </w:rPr>
          <w:t>[5]</w:t>
        </w:r>
      </w:hyperlink>
      <w:r>
        <w:t xml:space="preserve">- Paragraph 12: </w:t>
      </w:r>
      <w:hyperlink r:id="rId10">
        <w:r>
          <w:rPr>
            <w:color w:val="0000EE"/>
            <w:u w:val="single"/>
          </w:rPr>
          <w:t>[4]</w:t>
        </w:r>
      </w:hyperlink>
      <w:r>
        <w:t xml:space="preserve">, </w:t>
      </w:r>
      <w:hyperlink r:id="rId13">
        <w:r>
          <w:rPr>
            <w:color w:val="0000EE"/>
            <w:u w:val="single"/>
          </w:rPr>
          <w:t>[6]</w:t>
        </w:r>
      </w:hyperlink>
      <w:r>
        <w:t xml:space="preserve">- Paragraph 13: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https://www.parati.com.ar/news/cande-vetrano-conto-como-fue-la-despedida-de-soltera-de-lali-esposito-en-brasil/</w:t>
        </w:r>
      </w:hyperlink>
      <w:r>
        <w:t xml:space="preserve"> - Please view link - unable to able to access data</w:t>
      </w:r>
      <w:r/>
    </w:p>
    <w:p>
      <w:pPr>
        <w:pStyle w:val="ListNumber"/>
        <w:spacing w:line="240" w:lineRule="auto"/>
        <w:ind w:left="720"/>
      </w:pPr>
      <w:r/>
      <w:hyperlink r:id="rId14">
        <w:r>
          <w:rPr>
            <w:color w:val="0000EE"/>
            <w:u w:val="single"/>
          </w:rPr>
          <w:t>https://www.infobae.com/teleshow/2026/09/01/la-reaccion-de-carola-reyna-y-boy-olmi-al-homenaje-de-lali-esposito-en-su-despedida-de-soltera-viva-el-amor/</w:t>
        </w:r>
      </w:hyperlink>
      <w:r>
        <w:t xml:space="preserve"> - Infobae focuses on the public reaction to Lali Espósito’s choice of a T-shirt showing Carola Reyna and Boy Olmi during her Rio de Janeiro hen party. It adds the pair’s direct responses on social media and frames the gesture as part of a broader, highly shared album of images from the trip. Compared with the Para Ti piece, this version shifts the emphasis away from Cande Vetrano’s interview and towards the symbolic meaning of the tribute, plus the reactions it provoked from the honoured couple and from Lali’s followers online.</w:t>
      </w:r>
      <w:r/>
    </w:p>
    <w:p>
      <w:pPr>
        <w:pStyle w:val="ListNumber"/>
        <w:spacing w:line="240" w:lineRule="auto"/>
        <w:ind w:left="720"/>
      </w:pPr>
      <w:r/>
      <w:hyperlink r:id="rId12">
        <w:r>
          <w:rPr>
            <w:color w:val="0000EE"/>
            <w:u w:val="single"/>
          </w:rPr>
          <w:t>https://www.ciudad.com.ar/espectaculos/2026/08/31/las-mejores-fotos-de-la-despedida-de-soltera-de-lali-esposito-en-rio-de-janeiro-celebro-el-amor/</w:t>
        </w:r>
      </w:hyperlink>
      <w:r>
        <w:t xml:space="preserve"> - Ciudad Magazine gives a photo-led account of Lali Espósito’s trip to Rio de Janeiro and adds the first clear list of the five friends who accompanied her. It also supplies Lali’s Instagram caption, which is absent from the Para Ti story, and spells out the mood of the trip as one of beach, nightlife and togetherness. The article strengthens the reconstruction of who was present and how the celebration was presented publicly, while keeping the focus on the images and on the remeras with famous couples rather than on the later interview with Cande Vetrano.</w:t>
      </w:r>
      <w:r/>
    </w:p>
    <w:p>
      <w:pPr>
        <w:pStyle w:val="ListNumber"/>
        <w:spacing w:line="240" w:lineRule="auto"/>
        <w:ind w:left="720"/>
      </w:pPr>
      <w:r/>
      <w:hyperlink r:id="rId10">
        <w:r>
          <w:rPr>
            <w:color w:val="0000EE"/>
            <w:u w:val="single"/>
          </w:rPr>
          <w:t>https://www.eltrecetv.com.ar/noticias/2026/09/03/cande-vetrano-conto-detalles-de-la-intimidad-de-la-despedida-de-lali-esposito-en-rio-muchas-cosas-que-ustedes-no-saben/</w:t>
        </w:r>
      </w:hyperlink>
      <w:r>
        <w:t xml:space="preserve"> - El Trece is the closest match to the Para Ti article because it centres on Cande Vetrano’s TV appearance and provides the interview’s most specific quotes. It adds vivid details about the weather, the surprise planning, the “bars gay” outing and the debate over the T-shirt idea. It also gives the clearest wording about the initial rejected concept and the final choice of Carola Reyna and Boy Olmi. This page is useful for rebuilding the story because it captures Cande’s own voice, the programme she appeared on, and the emotional reactions from Reyna and Olmi after the photos circulated.</w:t>
      </w:r>
      <w:r/>
    </w:p>
    <w:p>
      <w:pPr>
        <w:pStyle w:val="ListNumber"/>
        <w:spacing w:line="240" w:lineRule="auto"/>
        <w:ind w:left="720"/>
      </w:pPr>
      <w:r/>
      <w:hyperlink r:id="rId11">
        <w:r>
          <w:rPr>
            <w:color w:val="0000EE"/>
            <w:u w:val="single"/>
          </w:rPr>
          <w:t>https://radioplayjujuy.com/nacionales/10163</w:t>
        </w:r>
      </w:hyperlink>
      <w:r>
        <w:t xml:space="preserve"> - Radio Play Jujuy repeats the broad outline of the Rio trip but adds a compact, local-news style summary of the group and the festive ingredients. It is useful mainly for confirming the Instagram message, the presence of Cande Vetrano and Mery del Cerro, and the inclusion of Justina Bustos, Morena Fernández Quinteros and Sol Jaite. Compared with the Para Ti article, it adds less in terms of new facts, but it does preserve the trip’s atmosphere: beaches, drinks, food and night-time celebrations, all before Lali’s wedding to Pedro Rosemblat.</w:t>
      </w:r>
      <w:r/>
    </w:p>
    <w:p>
      <w:pPr>
        <w:pStyle w:val="ListNumber"/>
        <w:spacing w:line="240" w:lineRule="auto"/>
        <w:ind w:left="720"/>
      </w:pPr>
      <w:r/>
      <w:hyperlink r:id="rId13">
        <w:r>
          <w:rPr>
            <w:color w:val="0000EE"/>
            <w:u w:val="single"/>
          </w:rPr>
          <w:t>https://www.somosohlala.com/actualidad/lali-esposito-tuvo-su-despedida-de-soltera-las-fotos-de-su-viaje-rio-nid28082026</w:t>
        </w:r>
      </w:hyperlink>
      <w:r>
        <w:t xml:space="preserve"> - Ohlalá takes a more cautious angle and explicitly says that Lali Espósito had not confirmed the trip was a hen party. That makes it useful as a qualification or contradiction to the more definite framing in the Para Ti article. It stresses the clues seen on social media: the trip with friends, Rio photos, a night out and ‘BRIDE’ accessories. This source is valuable because it shows how the story was still unfolding publicly before later outlets and Cande Vetrano’s interview made the event explicit.</w:t>
      </w:r>
      <w:r/>
    </w:p>
    <w:p>
      <w:pPr>
        <w:pStyle w:val="ListNumber"/>
        <w:spacing w:line="240" w:lineRule="auto"/>
        <w:ind w:left="720"/>
      </w:pPr>
      <w:r/>
      <w:hyperlink r:id="rId15">
        <w:r>
          <w:rPr>
            <w:color w:val="0000EE"/>
            <w:u w:val="single"/>
          </w:rPr>
          <w:t>https://www.revistagente.com/entretenimiento/se-filtro-la-despedida-de-soltera-de-lali-en-brasil-como-es-el-icnico-boliche-lgbt-donde-arranco-la-fiesta/</w:t>
        </w:r>
      </w:hyperlink>
      <w:r>
        <w:t xml:space="preserve"> - Revista Gente expands the story by identifying the venue where the celebration started and by explaining why that Rio nightclub matters in LGBTQIA+ culture. It also provides a more narrative, place-based angle than the Para Ti article, tying the trip to Rio, Copacabana and Pink Flamingo. The piece adds extra context about the club’s founders, size and identity, and it frames Lali as a queer pop icon. For a rebuild, this is the source that broadens the story beyond friendship and surprise into setting, nightlife and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ati.com.ar/news/cande-vetrano-conto-como-fue-la-despedida-de-soltera-de-lali-esposito-en-brasil/" TargetMode="External"/><Relationship Id="rId10" Type="http://schemas.openxmlformats.org/officeDocument/2006/relationships/hyperlink" Target="https://www.eltrecetv.com.ar/noticias/2026/09/03/cande-vetrano-conto-detalles-de-la-intimidad-de-la-despedida-de-lali-esposito-en-rio-muchas-cosas-que-ustedes-no-saben/" TargetMode="External"/><Relationship Id="rId11" Type="http://schemas.openxmlformats.org/officeDocument/2006/relationships/hyperlink" Target="https://radioplayjujuy.com/nacionales/10163" TargetMode="External"/><Relationship Id="rId12" Type="http://schemas.openxmlformats.org/officeDocument/2006/relationships/hyperlink" Target="https://www.ciudad.com.ar/espectaculos/2026/08/31/las-mejores-fotos-de-la-despedida-de-soltera-de-lali-esposito-en-rio-de-janeiro-celebro-el-amor/" TargetMode="External"/><Relationship Id="rId13" Type="http://schemas.openxmlformats.org/officeDocument/2006/relationships/hyperlink" Target="https://www.somosohlala.com/actualidad/lali-esposito-tuvo-su-despedida-de-soltera-las-fotos-de-su-viaje-rio-nid28082026" TargetMode="External"/><Relationship Id="rId14" Type="http://schemas.openxmlformats.org/officeDocument/2006/relationships/hyperlink" Target="https://www.infobae.com/teleshow/2026/09/01/la-reaccion-de-carola-reyna-y-boy-olmi-al-homenaje-de-lali-esposito-en-su-despedida-de-soltera-viva-el-amor/" TargetMode="External"/><Relationship Id="rId15" Type="http://schemas.openxmlformats.org/officeDocument/2006/relationships/hyperlink" Target="https://www.revistagente.com/entretenimiento/se-filtro-la-despedida-de-soltera-de-lali-en-brasil-como-es-el-icnico-boliche-lgbt-donde-arranco-la-fies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