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Beartooth’s Caleb Shomo Opens Up About Coming-Out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Beartooth frontman Caleb Shomo has described the painful homophobia he faced after coming out publicly, saying the reaction left him emotionally depleted and briefly offline. His story offers a stark look at the pressure LGBTQ+ musicians can still encounter, even while celebrating a more authentic life and preparing new music.</w:t>
      </w:r>
      <w:r/>
    </w:p>
    <w:p>
      <w:pPr>
        <w:pStyle w:val="Heading2"/>
      </w:pPr>
      <w:r>
        <w:t>Essential Takeaways</w:t>
      </w:r>
      <w:r/>
      <w:r/>
    </w:p>
    <w:p>
      <w:pPr>
        <w:pStyle w:val="ListBullet"/>
        <w:spacing w:line="240" w:lineRule="auto"/>
        <w:ind w:left="720"/>
      </w:pPr>
      <w:r/>
      <w:r>
        <w:rPr>
          <w:b/>
        </w:rPr>
        <w:t>Public coming out:</w:t>
      </w:r>
      <w:r>
        <w:t xml:space="preserve"> Shomo identified as a proudly gay man in May 2026, after first telling friends and family privately.</w:t>
      </w:r>
      <w:r/>
    </w:p>
    <w:p>
      <w:pPr>
        <w:pStyle w:val="ListBullet"/>
        <w:spacing w:line="240" w:lineRule="auto"/>
        <w:ind w:left="720"/>
      </w:pPr>
      <w:r/>
      <w:r>
        <w:rPr>
          <w:b/>
        </w:rPr>
        <w:t>Backlash followed quickly:</w:t>
      </w:r>
      <w:r>
        <w:t xml:space="preserve"> He said homophobic reactions came from people who objected to his appearance and self-expression.</w:t>
      </w:r>
      <w:r/>
    </w:p>
    <w:p>
      <w:pPr>
        <w:pStyle w:val="ListBullet"/>
        <w:spacing w:line="240" w:lineRule="auto"/>
        <w:ind w:left="720"/>
      </w:pPr>
      <w:r/>
      <w:r>
        <w:rPr>
          <w:b/>
        </w:rPr>
        <w:t>A necessary break:</w:t>
      </w:r>
      <w:r>
        <w:t xml:space="preserve"> The musician stepped away from the internet and found performing difficult while struggling emotionally.</w:t>
      </w:r>
      <w:r/>
    </w:p>
    <w:p>
      <w:pPr>
        <w:pStyle w:val="ListBullet"/>
        <w:spacing w:line="240" w:lineRule="auto"/>
        <w:ind w:left="720"/>
      </w:pPr>
      <w:r/>
      <w:r>
        <w:rPr>
          <w:b/>
        </w:rPr>
        <w:t>Support remains important:</w:t>
      </w:r>
      <w:r>
        <w:t xml:space="preserve"> His former wife, Fleur, and Beartooth bandmates have backed him.</w:t>
      </w:r>
      <w:r/>
    </w:p>
    <w:p>
      <w:pPr>
        <w:pStyle w:val="ListBullet"/>
        <w:spacing w:line="240" w:lineRule="auto"/>
        <w:ind w:left="720"/>
      </w:pPr>
      <w:r/>
      <w:r>
        <w:rPr>
          <w:b/>
        </w:rPr>
        <w:t>New music is coming:</w:t>
      </w:r>
      <w:r>
        <w:t xml:space="preserve"> Shomo says he’s turning the experience into a forthcoming record.</w:t>
      </w:r>
      <w:r/>
      <w:r/>
    </w:p>
    <w:p>
      <w:pPr>
        <w:pStyle w:val="Heading2"/>
      </w:pPr>
      <w:r>
        <w:t>Caleb Shomo chose authenticity, then faced hostility</w:t>
      </w:r>
      <w:r/>
    </w:p>
    <w:p>
      <w:r/>
      <w:r>
        <w:t>Shomo has said he made a clear decision before going public: he wouldn't dilute his personality, clothes, voice or artistic identity to make other people comfortable. It sounds straightforward, but the response showed how quickly self-expression can become a target.</w:t>
      </w:r>
      <w:r/>
    </w:p>
    <w:p>
      <w:r/>
      <w:r>
        <w:t xml:space="preserve">Speaking on </w:t>
      </w:r>
      <w:r>
        <w:rPr>
          <w:i/>
        </w:rPr>
        <w:t>The Breakdown with Nath &amp; Johnny</w:t>
      </w:r>
      <w:r>
        <w:t xml:space="preserve">, the Beartooth singer described encountering intense opposition after identifying publicly as gay. Reports from Blabbermouth and iHeart noted that the criticism wasn't limited to abstract disagreement. It focused on the way he presented himself and the freedom he claimed as an artist. </w:t>
      </w:r>
      <w:hyperlink r:id="rId9">
        <w:r>
          <w:rPr>
            <w:color w:val="0000EE"/>
            <w:u w:val="single"/>
          </w:rPr>
          <w:t>[2]</w:t>
        </w:r>
      </w:hyperlink>
      <w:r>
        <w:t xml:space="preserve">, </w:t>
      </w:r>
      <w:hyperlink r:id="rId10">
        <w:r>
          <w:rPr>
            <w:color w:val="0000EE"/>
            <w:u w:val="single"/>
          </w:rPr>
          <w:t>[4]</w:t>
        </w:r>
      </w:hyperlink>
      <w:r/>
    </w:p>
    <w:p>
      <w:r/>
      <w:r>
        <w:t xml:space="preserve">That detail matters. For performers, image and identity are woven into the work, so hostility about appearance can feel like an attack on both the person and the stage persona. A musician may be able to mute a comment, but thousands of similar comments can still leave a lasting bruise. </w:t>
      </w:r>
      <w:hyperlink r:id="rId11">
        <w:r>
          <w:rPr>
            <w:color w:val="0000EE"/>
            <w:u w:val="single"/>
          </w:rPr>
          <w:t>[6]</w:t>
        </w:r>
      </w:hyperlink>
      <w:r>
        <w:t xml:space="preserve">, </w:t>
      </w:r>
      <w:hyperlink r:id="rId12">
        <w:r>
          <w:rPr>
            <w:color w:val="0000EE"/>
            <w:u w:val="single"/>
          </w:rPr>
          <w:t>[7]</w:t>
        </w:r>
      </w:hyperlink>
      <w:r/>
    </w:p>
    <w:p>
      <w:pPr>
        <w:pStyle w:val="Heading2"/>
      </w:pPr>
      <w:r>
        <w:t>The backlash took a serious emotional toll</w:t>
      </w:r>
      <w:r/>
    </w:p>
    <w:p>
      <w:r/>
      <w:r>
        <w:t>Shomo said the reaction put him in a very dark emotional place. He temporarily withdrew from online spaces and struggled to summon the energy needed for live performances, a particularly painful consequence for a frontman whose job depends on connection and presence.</w:t>
      </w:r>
      <w:r/>
    </w:p>
    <w:p>
      <w:r/>
      <w:r>
        <w:t xml:space="preserve">Coverage by ThePRP and DNA Magazine placed his experience within a wider metal scene that has often been associated with macho posturing. The genre has LGBTQ+ pioneers, including Judas Priest singer Rob Halford, but representation hasn't erased prejudice. Progress can exist alongside a comment section that still behaves like it missed several decades of social change. </w:t>
      </w:r>
      <w:hyperlink r:id="rId13">
        <w:r>
          <w:rPr>
            <w:color w:val="0000EE"/>
            <w:u w:val="single"/>
          </w:rPr>
          <w:t>[5]</w:t>
        </w:r>
      </w:hyperlink>
      <w:r>
        <w:t xml:space="preserve">, </w:t>
      </w:r>
      <w:hyperlink r:id="rId12">
        <w:r>
          <w:rPr>
            <w:color w:val="0000EE"/>
            <w:u w:val="single"/>
          </w:rPr>
          <w:t>[7]</w:t>
        </w:r>
      </w:hyperlink>
      <w:r/>
    </w:p>
    <w:p>
      <w:r/>
      <w:r>
        <w:t xml:space="preserve">Taking a step back from the internet wasn't a sign that Shomo had abandoned his decision to live openly. It was a way of protecting himself while processing the fallout. Loudwire reported that he has also spoken about the personal and spiritual difficulty surrounding the period, adding further context to what was already a major life change. </w:t>
      </w:r>
      <w:hyperlink r:id="rId14">
        <w:r>
          <w:rPr>
            <w:color w:val="0000EE"/>
            <w:u w:val="single"/>
          </w:rPr>
          <w:t>[3]</w:t>
        </w:r>
      </w:hyperlink>
      <w:r/>
    </w:p>
    <w:p>
      <w:pPr>
        <w:pStyle w:val="Heading2"/>
      </w:pPr>
      <w:r>
        <w:t>Coming out coincided with the end of a long marriage</w:t>
      </w:r>
      <w:r/>
    </w:p>
    <w:p>
      <w:r/>
      <w:r>
        <w:t>Shomo came out publicly in May 2026, the same month he and his wife, Fleur, filed jointly for divorce after 14 years of marriage. The timing inevitably placed several major personal developments in the public eye at once, but the end of the marriage and his sexuality shouldn't be reduced to a simplistic cause-and-effect headline.</w:t>
      </w:r>
      <w:r/>
    </w:p>
    <w:p>
      <w:r/>
      <w:r>
        <w:t xml:space="preserve">His former wife and bandmates have reportedly shown him support, providing an important counterpoint to the hostility he encountered online. For anyone facing a similar transition, a small circle of trusted people can offer something the internet rarely does: patience, privacy and a chance to speak without performing. </w:t>
      </w:r>
      <w:hyperlink r:id="rId10">
        <w:r>
          <w:rPr>
            <w:color w:val="0000EE"/>
            <w:u w:val="single"/>
          </w:rPr>
          <w:t>[4]</w:t>
        </w:r>
      </w:hyperlink>
      <w:r>
        <w:t xml:space="preserve">, </w:t>
      </w:r>
      <w:hyperlink r:id="rId11">
        <w:r>
          <w:rPr>
            <w:color w:val="0000EE"/>
            <w:u w:val="single"/>
          </w:rPr>
          <w:t>[6]</w:t>
        </w:r>
      </w:hyperlink>
      <w:r/>
    </w:p>
    <w:p>
      <w:r/>
      <w:r>
        <w:t xml:space="preserve">The story also underlines how coming out isn't one single moment. There can be private conversations, a public announcement, a period of adjustment and then the long process of learning how to live with other people's reactions. The difficult part doesn't necessarily end when the statement is posted. </w:t>
      </w:r>
      <w:hyperlink r:id="rId9">
        <w:r>
          <w:rPr>
            <w:color w:val="0000EE"/>
            <w:u w:val="single"/>
          </w:rPr>
          <w:t>[2]</w:t>
        </w:r>
      </w:hyperlink>
      <w:r>
        <w:t xml:space="preserve">, </w:t>
      </w:r>
      <w:hyperlink r:id="rId12">
        <w:r>
          <w:rPr>
            <w:color w:val="0000EE"/>
            <w:u w:val="single"/>
          </w:rPr>
          <w:t>[7]</w:t>
        </w:r>
      </w:hyperlink>
      <w:r/>
    </w:p>
    <w:p>
      <w:pPr>
        <w:pStyle w:val="Heading2"/>
      </w:pPr>
      <w:r>
        <w:t>A new Beartooth record may carry the answers</w:t>
      </w:r>
      <w:r/>
    </w:p>
    <w:p>
      <w:r/>
      <w:r>
        <w:t>Shomo says he has plenty left to express and plans to channel the experience into Beartooth's forthcoming music. That doesn't mean listeners should expect a neatly packaged diary set to heavy guitars, but his comments suggest the next record could carry unusually personal weight.</w:t>
      </w:r>
      <w:r/>
    </w:p>
    <w:p>
      <w:r/>
      <w:r>
        <w:t xml:space="preserve">Artists often turn upheaval into material because music gives shape to emotions that are otherwise difficult to organise. In Shomo's case, the songs may become a place to reclaim control over a story that has been loudly discussed by other people. The studio, at least, offers a room where the volume can be set by the person holding the microphone. </w:t>
      </w:r>
      <w:hyperlink r:id="rId9">
        <w:r>
          <w:rPr>
            <w:color w:val="0000EE"/>
            <w:u w:val="single"/>
          </w:rPr>
          <w:t>[2]</w:t>
        </w:r>
      </w:hyperlink>
      <w:r>
        <w:t xml:space="preserve">, </w:t>
      </w:r>
      <w:hyperlink r:id="rId14">
        <w:r>
          <w:rPr>
            <w:color w:val="0000EE"/>
            <w:u w:val="single"/>
          </w:rPr>
          <w:t>[3]</w:t>
        </w:r>
      </w:hyperlink>
      <w:r/>
    </w:p>
    <w:p>
      <w:r/>
      <w:r>
        <w:t xml:space="preserve">He has described his recovery in modest terms, taking things one step at a time rather than pretending everything is resolved. That honesty is refreshing. Public visibility can look powerful from the outside, but healing is usually quieter, slower and far less dramatic. </w:t>
      </w:r>
      <w:hyperlink r:id="rId11">
        <w:r>
          <w:rPr>
            <w:color w:val="0000EE"/>
            <w:u w:val="single"/>
          </w:rPr>
          <w:t>[6]</w:t>
        </w:r>
      </w:hyperlink>
      <w:r>
        <w:t xml:space="preserve">, </w:t>
      </w:r>
      <w:hyperlink r:id="rId12">
        <w:r>
          <w:rPr>
            <w:color w:val="0000EE"/>
            <w:u w:val="single"/>
          </w:rPr>
          <w:t>[7]</w:t>
        </w:r>
      </w:hyperlink>
      <w:r/>
    </w:p>
    <w:p>
      <w:pPr>
        <w:pStyle w:val="Heading2"/>
      </w:pPr>
      <w:r>
        <w:t>What his experience says about LGBTQ+ artists</w:t>
      </w:r>
      <w:r/>
    </w:p>
    <w:p>
      <w:r/>
      <w:r>
        <w:t>Shomo's account is a reminder that visibility can bring both solidarity and abuse. It also shows why supportive bandmates, friends, family and fan communities matter, especially when a performer is navigating identity, relationship changes and mental health pressures simultaneously.</w:t>
      </w:r>
      <w:r/>
    </w:p>
    <w:p>
      <w:r/>
      <w:r>
        <w:t xml:space="preserve">For readers facing homophobia or struggling after coming out, confidential support can be more useful than trying to withstand everything alone. The Trevor Project offers assistance by phone on 1-866-488-7386 or by text using START to 678-678, while local LGBTQ+ organisations may provide counselling and community support. </w:t>
      </w:r>
      <w:hyperlink r:id="rId10">
        <w:r>
          <w:rPr>
            <w:color w:val="0000EE"/>
            <w:u w:val="single"/>
          </w:rPr>
          <w:t>[4]</w:t>
        </w:r>
      </w:hyperlink>
      <w:r>
        <w:t xml:space="preserve">, </w:t>
      </w:r>
      <w:hyperlink r:id="rId12">
        <w:r>
          <w:rPr>
            <w:color w:val="0000EE"/>
            <w:u w:val="single"/>
          </w:rPr>
          <w:t>[7]</w:t>
        </w:r>
      </w:hyperlink>
      <w:r/>
    </w:p>
    <w:p>
      <w:r/>
      <w:r>
        <w:t>The wider music industry has changed, but Shomo's experience suggests the work is unfinished. A proudly open artist shouldn't have to disappear just to find a little peace.</w:t>
      </w:r>
      <w:r/>
    </w:p>
    <w:p>
      <w:r/>
      <w:r>
        <w:t>It's a small act of solidarity to listen, support and leave room for people to become themselves.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2">
        <w:r>
          <w:rPr>
            <w:color w:val="0000EE"/>
            <w:u w:val="single"/>
          </w:rPr>
          <w:t>[7]</w:t>
        </w:r>
      </w:hyperlink>
      <w:r>
        <w:t xml:space="preserve">- Paragraph 4: </w:t>
      </w:r>
      <w:hyperlink r:id="rId14">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[4]</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[3]</w:t>
        </w:r>
      </w:hyperlink>
      <w:r>
        <w:t xml:space="preserve">- Paragraph 8: </w:t>
      </w:r>
      <w:hyperlink r:id="rId11">
        <w:r>
          <w:rPr>
            <w:color w:val="0000EE"/>
            <w:u w:val="single"/>
          </w:rPr>
          <w:t>[6]</w:t>
        </w:r>
      </w:hyperlink>
      <w:r>
        <w:t xml:space="preserve">, </w:t>
      </w:r>
      <w:hyperlink r:id="rId12">
        <w:r>
          <w:rPr>
            <w:color w:val="0000EE"/>
            <w:u w:val="single"/>
          </w:rPr>
          <w:t>[7]</w:t>
        </w:r>
      </w:hyperlink>
      <w:r>
        <w:t xml:space="preserve">- Paragraph 9: </w:t>
      </w:r>
      <w:hyperlink r:id="rId10">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https://www.lehighvalleylive.com/entertainment/2026/09/rock-star-says-homophobia-took-toll-after-coming-out-following-14-year-marriage.html</w:t>
        </w:r>
      </w:hyperlink>
      <w:r>
        <w:t xml:space="preserve"> - Please view link - unable to able to access data</w:t>
      </w:r>
      <w:r/>
    </w:p>
    <w:p>
      <w:pPr>
        <w:pStyle w:val="ListNumber"/>
        <w:spacing w:line="240" w:lineRule="auto"/>
        <w:ind w:left="720"/>
      </w:pPr>
      <w:r/>
      <w:hyperlink r:id="rId9">
        <w:r>
          <w:rPr>
            <w:color w:val="0000EE"/>
            <w:u w:val="single"/>
          </w:rPr>
          <w:t>https://blabbermouth.net/news/beartooths-caleb-shomo-says-it-was-sad-to-see-a-lot-of-homophobia-in-response-to-him-coming-out-as-a-proudly-gay-man</w:t>
        </w:r>
      </w:hyperlink>
      <w:r>
        <w:t xml:space="preserve"> - Blabbermouth reports on Caleb Shomo’s comments from The Break Down With Nath &amp; Johnny, focusing on how he linked his public coming out to the emotional writing process behind Beartooth’s new album, Pure Ecstasy. It adds the detail that he had spent about a decade burying his feelings with alcohol, and that the coming-out announcement came three months before the album release. The page frames the backlash as part of a broader creative and personal turning-point story rather than only a celebrity announcement, and includes fresh context about how the album was shaped.</w:t>
      </w:r>
      <w:r/>
    </w:p>
    <w:p>
      <w:pPr>
        <w:pStyle w:val="ListNumber"/>
        <w:spacing w:line="240" w:lineRule="auto"/>
        <w:ind w:left="720"/>
      </w:pPr>
      <w:r/>
      <w:hyperlink r:id="rId14">
        <w:r>
          <w:rPr>
            <w:color w:val="0000EE"/>
            <w:u w:val="single"/>
          </w:rPr>
          <w:t>https://loudwire.com/beartooth-caleb-shomo-religion-coming-out/</w:t>
        </w:r>
      </w:hyperlink>
      <w:r>
        <w:t xml:space="preserve"> - Loudwire broadens the story by centring Caleb Shomo’s religious upbringing and how it shaped his understanding of sexuality long before his public coming out. It adds background about childhood, pressure, and the idea that being gay was treated as a sickness. The article also identifies the podcast hosts and places the interview in the context of his appearance on Disrespectfully. This is useful because it shifts the story away from only backlash and divorce, and towards the longer personal history Shomo says he was unpacking during the interview.</w:t>
      </w:r>
      <w:r/>
    </w:p>
    <w:p>
      <w:pPr>
        <w:pStyle w:val="ListNumber"/>
        <w:spacing w:line="240" w:lineRule="auto"/>
        <w:ind w:left="720"/>
      </w:pPr>
      <w:r/>
      <w:hyperlink r:id="rId10">
        <w:r>
          <w:rPr>
            <w:color w:val="0000EE"/>
            <w:u w:val="single"/>
          </w:rPr>
          <w:t>https://www.iheart.com/content/2026-06-11-beartooths-caleb-shomo-details-really-difficult-moment-he-came-out/</w:t>
        </w:r>
      </w:hyperlink>
      <w:r>
        <w:t xml:space="preserve"> - iHeart focuses on the personal, private moment when Shomo came out to his wife, Fleur, and the emotional difficulty of that conversation. It adds a detailed quote about how he struggled to verbalise what he felt, which gives the story a more intimate and human angle than many other reports. The piece also makes clear that his public Instagram coming-out followed the private conversation. This report is especially useful for reconstructing the sequence of events around his marriage, his disclosure, and the language he used with his wife.</w:t>
      </w:r>
      <w:r/>
    </w:p>
    <w:p>
      <w:pPr>
        <w:pStyle w:val="ListNumber"/>
        <w:spacing w:line="240" w:lineRule="auto"/>
        <w:ind w:left="720"/>
      </w:pPr>
      <w:r/>
      <w:hyperlink r:id="rId13">
        <w:r>
          <w:rPr>
            <w:color w:val="0000EE"/>
            <w:u w:val="single"/>
          </w:rPr>
          <w:t>https://www.theprp.com/2026/06/10/news/beartooths-caleb-shomo-on-coming-out-in-the-metal-scene-we-have-rob-halford-and-that-was-in-the-90s/</w:t>
        </w:r>
      </w:hyperlink>
      <w:r>
        <w:t xml:space="preserve"> - The PRP adds a scene-specific angle, placing Shomo’s coming out in the metal world and stressing the scarcity of openly gay representation there. It includes the Rob Halford comparison, which changes the story from a personal celebrity confession into a wider comment on metal culture and visibility. The article also notes that his 14-year marriage ended as he untangled his sexual identity. This report is helpful for understanding how Shomo framed his experience as both personal and structural within heavy music.</w:t>
      </w:r>
      <w:r/>
    </w:p>
    <w:p>
      <w:pPr>
        <w:pStyle w:val="ListNumber"/>
        <w:spacing w:line="240" w:lineRule="auto"/>
        <w:ind w:left="720"/>
      </w:pPr>
      <w:r/>
      <w:hyperlink r:id="rId11">
        <w:r>
          <w:rPr>
            <w:color w:val="0000EE"/>
            <w:u w:val="single"/>
          </w:rPr>
          <w:t>https://www.out.com/celebs/caleb-shomo-gay</w:t>
        </w:r>
      </w:hyperlink>
      <w:r>
        <w:t xml:space="preserve"> - Out.com covers Shomo’s Instagram coming-out post and the immediate split from his wife, Fleur, placing the announcement in an LGBTQ news context. It adds the wording of his statement and the note that he posted four months before Beartooth’s world tour. The article also highlights how fans and readers might connect his song titles to his public identity, which gives a more culture-and-community angle than straight entertainment coverage. It is especially useful for the timing of the public declaration and the confirmation of the separation.</w:t>
      </w:r>
      <w:r/>
    </w:p>
    <w:p>
      <w:pPr>
        <w:pStyle w:val="ListNumber"/>
        <w:spacing w:line="240" w:lineRule="auto"/>
        <w:ind w:left="720"/>
      </w:pPr>
      <w:r/>
      <w:hyperlink r:id="rId12">
        <w:r>
          <w:rPr>
            <w:color w:val="0000EE"/>
            <w:u w:val="single"/>
          </w:rPr>
          <w:t>https://www.dnamagazine.com.au/caleb-shomo-homophobia-backlash/</w:t>
        </w:r>
      </w:hyperlink>
      <w:r>
        <w:t xml:space="preserve"> - DNA Magazine pushes the story further into the aftermath, saying the homophobic abuse has not stopped and that it pushed Shomo off social media during Beartooth’s biggest tour. It adds the album timing and the date of the interview, and it captures the moment Shomo decided not to soften his presentation. This article is more explicit than some others about how the backlash affected his day-to-day functioning. It is a strong source for the emotional and professional consequences of the online reaction.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abbermouth.net/news/beartooths-caleb-shomo-says-it-was-sad-to-see-a-lot-of-homophobia-in-response-to-him-coming-out-as-a-proudly-gay-man" TargetMode="External"/><Relationship Id="rId10" Type="http://schemas.openxmlformats.org/officeDocument/2006/relationships/hyperlink" Target="https://www.iheart.com/content/2026-06-11-beartooths-caleb-shomo-details-really-difficult-moment-he-came-out/" TargetMode="External"/><Relationship Id="rId11" Type="http://schemas.openxmlformats.org/officeDocument/2006/relationships/hyperlink" Target="https://www.out.com/celebs/caleb-shomo-gay" TargetMode="External"/><Relationship Id="rId12" Type="http://schemas.openxmlformats.org/officeDocument/2006/relationships/hyperlink" Target="https://www.dnamagazine.com.au/caleb-shomo-homophobia-backlash/" TargetMode="External"/><Relationship Id="rId13" Type="http://schemas.openxmlformats.org/officeDocument/2006/relationships/hyperlink" Target="https://www.theprp.com/2026/06/10/news/beartooths-caleb-shomo-on-coming-out-in-the-metal-scene-we-have-rob-halford-and-that-was-in-the-90s/" TargetMode="External"/><Relationship Id="rId14" Type="http://schemas.openxmlformats.org/officeDocument/2006/relationships/hyperlink" Target="https://loudwire.com/beartooth-caleb-shomo-religion-coming-out/" TargetMode="External"/><Relationship Id="rId15" Type="http://schemas.openxmlformats.org/officeDocument/2006/relationships/hyperlink" Target="https://www.lehighvalleylive.com/entertainment/2026/09/rock-star-says-homophobia-took-toll-after-coming-out-following-14-year-marriag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