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Toronto Bar Closures Highlight Rising Costs for Small Businesses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Toronto drinkers are preparing to say goodbye to C.C.'s Bar &amp; Grill, a much-loved East End venue known for casual meals, karaoke and LGBTQIA2S+ nights. Its farewell party and final service mark another difficult moment for the city's independent hospitality scene, where rising operating costs are reshaping neighbourhood nightlife.</w:t>
      </w:r>
      <w:r/>
    </w:p>
    <w:p>
      <w:pPr>
        <w:pStyle w:val="Heading2"/>
      </w:pPr>
      <w:r>
        <w:t>Essential Takeaways</w:t>
      </w:r>
      <w:r/>
      <w:r/>
    </w:p>
    <w:p>
      <w:pPr>
        <w:pStyle w:val="ListBullet"/>
        <w:spacing w:line="240" w:lineRule="auto"/>
        <w:ind w:left="720"/>
      </w:pPr>
      <w:r/>
      <w:r>
        <w:rPr>
          <w:b/>
        </w:rPr>
        <w:t>Final service:</w:t>
      </w:r>
      <w:r>
        <w:t xml:space="preserve"> C.C.'s Bar &amp; Grill is expected to close on 28 September.</w:t>
      </w:r>
      <w:r/>
    </w:p>
    <w:p>
      <w:pPr>
        <w:pStyle w:val="ListBullet"/>
        <w:spacing w:line="240" w:lineRule="auto"/>
        <w:ind w:left="720"/>
      </w:pPr>
      <w:r/>
      <w:r>
        <w:rPr>
          <w:b/>
        </w:rPr>
        <w:t>Farewell plans:</w:t>
      </w:r>
      <w:r>
        <w:t xml:space="preserve"> A goodbye party is scheduled for 19 September from 7pm.</w:t>
      </w:r>
      <w:r/>
    </w:p>
    <w:p>
      <w:pPr>
        <w:pStyle w:val="ListBullet"/>
        <w:spacing w:line="240" w:lineRule="auto"/>
        <w:ind w:left="720"/>
      </w:pPr>
      <w:r/>
      <w:r>
        <w:rPr>
          <w:b/>
        </w:rPr>
        <w:t>East End location:</w:t>
      </w:r>
      <w:r>
        <w:t xml:space="preserve"> The bar sits at 1564 Danforth Avenue.</w:t>
      </w:r>
      <w:r/>
    </w:p>
    <w:p>
      <w:pPr>
        <w:pStyle w:val="ListBullet"/>
        <w:spacing w:line="240" w:lineRule="auto"/>
        <w:ind w:left="720"/>
      </w:pPr>
      <w:r/>
      <w:r>
        <w:rPr>
          <w:b/>
        </w:rPr>
        <w:t>Community favourite:</w:t>
      </w:r>
      <w:r>
        <w:t xml:space="preserve"> Regulars valued its relaxed atmosphere and queer-focused events.</w:t>
      </w:r>
      <w:r/>
    </w:p>
    <w:p>
      <w:pPr>
        <w:pStyle w:val="ListBullet"/>
        <w:spacing w:line="240" w:lineRule="auto"/>
        <w:ind w:left="720"/>
      </w:pPr>
      <w:r/>
      <w:r>
        <w:rPr>
          <w:b/>
        </w:rPr>
        <w:t>Closure context:</w:t>
      </w:r>
      <w:r>
        <w:t xml:space="preserve"> Toronto's small bars and restaurants are facing heavier financial pressure.</w:t>
      </w:r>
      <w:r/>
      <w:r/>
    </w:p>
    <w:p>
      <w:pPr>
        <w:pStyle w:val="Heading2"/>
      </w:pPr>
      <w:r>
        <w:t>C.C.'s leaves a distinctive gap on the Danforth</w:t>
      </w:r>
      <w:r/>
    </w:p>
    <w:p>
      <w:r/>
      <w:r>
        <w:t>The clearest sign that C.C.'s Bar &amp; Grill is winding down came through its own social media activity. An advertised sale of plates, decorations, bar signs, vinyl and other fixtures turned what might have looked like a simple clear-out into an unmistakable farewell.</w:t>
      </w:r>
      <w:r/>
    </w:p>
    <w:p>
      <w:r/>
      <w:r>
        <w:t xml:space="preserve">That news was followed by details of a final party, giving regulars one last chance to gather in a familiar room. The venue's closing date is set for 28 September, bringing an end to its run at 1564 Danforth Avenue. Related reporting on Toronto's recent bar closures shows how quickly neighbourhood fixtures can disappear when the numbers stop working. </w:t>
      </w:r>
      <w:r/>
    </w:p>
    <w:p>
      <w:r/>
      <w:r>
        <w:t>For visitors, the appeal was never just the food or drinks. C.C.'s offered the comforting, slightly scruffy charm that makes a local bar feel like part of the street rather than simply another place to spend an evening.</w:t>
      </w:r>
      <w:r/>
    </w:p>
    <w:p>
      <w:pPr>
        <w:pStyle w:val="Heading2"/>
      </w:pPr>
      <w:r>
        <w:t>Why this bar mattered to Toronto's queer nightlife</w:t>
      </w:r>
      <w:r/>
    </w:p>
    <w:p>
      <w:r/>
      <w:r>
        <w:t>C.C.'s stood out for its regular karaoke nights and LGBTQIA2S+ events, creating a welcoming gathering point in Toronto's east end. In a city with plenty of nightlife, that kind of dedicated local space can still be surprisingly hard to replace.</w:t>
      </w:r>
      <w:r/>
    </w:p>
    <w:p>
      <w:r/>
      <w:r>
        <w:t>The response from customers reflects that emotional value. Messages shared by supporters described the venue as a dreamy East End spot and voiced hopes that the owners might return in another location. For many regulars, losing the bar means losing a reliable social ritual, not merely a nearby dinner option.</w:t>
      </w:r>
      <w:r/>
    </w:p>
    <w:p>
      <w:r/>
      <w:r>
        <w:t>That sense of belonging is especially important as independent venues continue to close. Toronto coverage of the hospitality sector has highlighted a broader pattern of rising costs and shrinking room for small operators to absorb another difficult season.</w:t>
      </w:r>
      <w:r/>
    </w:p>
    <w:p>
      <w:pPr>
        <w:pStyle w:val="Heading2"/>
      </w:pPr>
      <w:r>
        <w:t>Rising bills are changing the city's bar scene</w:t>
      </w:r>
      <w:r/>
    </w:p>
    <w:p>
      <w:r/>
      <w:r>
        <w:t>C.C.'s hasn't publicly explained why it is closing, but its departure arrives during a tough period for Toronto hospitality businesses. Rent, staffing, food, utilities and insurance can all take a sizeable bite from a venue's margins, while customers are also becoming more cautious about spending.</w:t>
      </w:r>
      <w:r/>
    </w:p>
    <w:p>
      <w:r/>
      <w:r>
        <w:t>Other local bars have pointed to electricity bills and mounting operating expenses when discussing closures. Industry reporting has also connected Toronto's business pressures with inflation and the added uncertainty surrounding major events, including preparations linked to the FIFA World Cup.</w:t>
      </w:r>
      <w:r/>
    </w:p>
    <w:p>
      <w:r/>
      <w:r>
        <w:t>The result is a nightlife scene that can look busy while still being financially fragile. A packed patio or lively karaoke night doesn't necessarily mean a small bar is comfortably profitable, which is an uncomfortable reality for customers who assume popularity guarantees survival.</w:t>
      </w:r>
      <w:r/>
    </w:p>
    <w:p>
      <w:pPr>
        <w:pStyle w:val="Heading2"/>
      </w:pPr>
      <w:r>
        <w:t>What customers can do before their local favourite disappears</w:t>
      </w:r>
      <w:r/>
    </w:p>
    <w:p>
      <w:r/>
      <w:r>
        <w:t>For anyone hoping to support an independent bar, visiting only after a closure announcement is often too late. Regular midweek visits, buying a meal alongside a drink and attending community events can make a more meaningful difference than a single burst of farewell trade.</w:t>
      </w:r>
      <w:r/>
    </w:p>
    <w:p>
      <w:r/>
      <w:r>
        <w:t>It also helps to treat local venues as businesses rather than endlessly available social spaces. Rising prices may be frustrating, but they can reflect the cost of keeping a small room staffed, heated and open. The best independent bars tend to survive through a mixture of loyal customers, sensible pricing and a strong identity.</w:t>
      </w:r>
      <w:r/>
    </w:p>
    <w:p>
      <w:r/>
      <w:r>
        <w:t>C.C.'s farewell sale may offer a small piece of that identity to take home, from signage to decorative pieces. It won't replace the venue itself, but it gives regulars a tangible reminder of a place that helped make the Danforth feel more welcoming.</w:t>
      </w:r>
      <w:r/>
    </w:p>
    <w:p>
      <w:pPr>
        <w:pStyle w:val="Heading2"/>
      </w:pPr>
      <w:r>
        <w:t>One last night for a beloved East End hangout</w:t>
      </w:r>
      <w:r/>
    </w:p>
    <w:p>
      <w:r/>
      <w:r>
        <w:t>The farewell party on 19 September will likely be an emotional evening, with familiar faces returning for one final toast. C.C.'s closing leaves a noticeable hole in Toronto's queer-friendly East End nightlife, particularly for people who valued an easygoing space without the intensity of a larger downtown club.</w:t>
      </w:r>
      <w:r/>
    </w:p>
    <w:p>
      <w:r/>
      <w:r>
        <w:t>There may still be hope that the team will reappear elsewhere, although no new location has been announced. For now, the most useful response is simple: show up, enjoy the last evenings and remember that the character of a neighbourhood is often built by venues exactly like this one.</w:t>
      </w:r>
      <w:r/>
    </w:p>
    <w:p>
      <w:r/>
      <w:r>
        <w:t>Toronto's bar scene keeps changing, but every closure makes the surviving local spots worth noticing a little more.</w:t>
      </w:r>
      <w:r/>
    </w:p>
    <w:p>
      <w:r/>
      <w:r>
        <w:t>It's a small goodbye, but for regulars, it won't feel small at 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2">
        <w:r>
          <w:rPr>
            <w:color w:val="0000EE"/>
            <w:u w:val="single"/>
          </w:rPr>
          <w:t>[4]</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5">
        <w:r>
          <w:rPr>
            <w:color w:val="0000EE"/>
            <w:u w:val="single"/>
          </w:rPr>
          <w:t>[6]</w:t>
        </w:r>
      </w:hyperlink>
      <w:r>
        <w:t xml:space="preserve">- Paragraph 15: </w:t>
      </w:r>
      <w:hyperlink r:id="rId14">
        <w:r>
          <w:rPr>
            <w:color w:val="0000EE"/>
            <w:u w:val="single"/>
          </w:rPr>
          <w:t>[5]</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https://www.blogto.com/eat_drink/2026/09/ccs-bar-grill-toronto-closing/</w:t>
        </w:r>
      </w:hyperlink>
      <w:r>
        <w:t xml:space="preserve"> - Please view link - unable to able to access data</w:t>
      </w:r>
      <w:r/>
    </w:p>
    <w:p>
      <w:pPr>
        <w:pStyle w:val="ListNumber"/>
        <w:spacing w:line="240" w:lineRule="auto"/>
        <w:ind w:left="720"/>
      </w:pPr>
      <w:r/>
      <w:hyperlink r:id="rId10">
        <w:r>
          <w:rPr>
            <w:color w:val="0000EE"/>
            <w:u w:val="single"/>
          </w:rPr>
          <w:t>https://www.torontotoday.ca/local/food-dining/electric-bill-bar-closing-rising-costs-12524149</w:t>
        </w:r>
      </w:hyperlink>
      <w:r>
        <w:t xml:space="preserve"> - Electric Bill, a popular Australia-themed cocktail bar at Ossington Avenue and Bloor Street West, will permanently close on August 16 after two years in business. Co-owner Casey Ryan cited rising operating costs, the cost-of-living crisis, and the inability to open the bar’s patio as key factors leading to the closure. The loss of the 50-seat patio eliminated a major summer revenue source, while increasing costs for food, alcohol, and licensing further squeezed already thin margins. Following the closure announcement, customers have flooded the bar with messages of support, thanking the team for its welcoming atmosphere and community-focused hospitality.</w:t>
      </w:r>
      <w:r/>
    </w:p>
    <w:p>
      <w:pPr>
        <w:pStyle w:val="ListNumber"/>
        <w:spacing w:line="240" w:lineRule="auto"/>
        <w:ind w:left="720"/>
      </w:pPr>
      <w:r/>
      <w:hyperlink r:id="rId11">
        <w:r>
          <w:rPr>
            <w:color w:val="0000EE"/>
            <w:u w:val="single"/>
          </w:rPr>
          <w:t>https://nowtoronto.com/culture/popular-ossington-bar-electric-bill-closing-rising-costs-patio/</w:t>
        </w:r>
      </w:hyperlink>
      <w:r>
        <w:t xml:space="preserve"> - Electric Bill, an Australia-themed cocktail bar at Ossington Avenue and Bloor Street West, will permanently close on August 16 after two years in business. Co-owner Casey Ryan cited rising operating costs, the cost-of-living crisis, and the inability to open the bar’s patio as key factors leading to the closure. The loss of the 50-seat patio eliminated a major summer revenue source, while increasing costs for food, alcohol, and licensing further squeezed already thin margins. Following the closure announcement, customers have flooded the bar with messages of support, thanking the team for its welcoming atmosphere and community-focused hospitality.</w:t>
      </w:r>
      <w:r/>
    </w:p>
    <w:p>
      <w:pPr>
        <w:pStyle w:val="ListNumber"/>
        <w:spacing w:line="240" w:lineRule="auto"/>
        <w:ind w:left="720"/>
      </w:pPr>
      <w:r/>
      <w:hyperlink r:id="rId12">
        <w:r>
          <w:rPr>
            <w:color w:val="0000EE"/>
            <w:u w:val="single"/>
          </w:rPr>
          <w:t>https://nowtoronto.com/news/toronto-businesses-inflation-fifa-world-cup-costs-rising/</w:t>
        </w:r>
      </w:hyperlink>
      <w:r>
        <w:t xml:space="preserve"> - As inflation continues to climb year over year, small businesses in Toronto say they are feeling the strain. While major sporting events like the FIFA World Cup can help boost revenue, business owners say they also highlight the underlying cost pressures facing the sector. A new report from Statistics Canada shows the annual inflation rate rose 3.2 per cent year-over-year in May, underscoring continued price pressures across the economy.</w:t>
      </w:r>
      <w:r/>
    </w:p>
    <w:p>
      <w:pPr>
        <w:pStyle w:val="ListNumber"/>
        <w:spacing w:line="240" w:lineRule="auto"/>
        <w:ind w:left="720"/>
      </w:pPr>
      <w:r/>
      <w:hyperlink r:id="rId14">
        <w:r>
          <w:rPr>
            <w:color w:val="0000EE"/>
            <w:u w:val="single"/>
          </w:rPr>
          <w:t>https://www.torontoer.com/news/beer-store-to-close-four-more-ontario-locations-after-government-agreement-ends</w:t>
        </w:r>
      </w:hyperlink>
      <w:r>
        <w:t xml:space="preserve"> - The Beer Store confirmed on Monday that it will close four outlets across Ontario on March 22, the first round of shutdowns since a government agreement that limited closures expired. The affected sites are in Brampton, Etobicoke, Hamilton, and London. The closures follow the end of a 2024 deal under which the provincial government paid the Beer Store $225 million to allow corner stores, convenience outlets, and big box retailers to sell beer and other ready-to-drink beverages. That funding came with conditions, including keeping 300 Beer Store locations open through the end of 2025 and mitigating job losses.</w:t>
      </w:r>
      <w:r/>
    </w:p>
    <w:p>
      <w:pPr>
        <w:pStyle w:val="ListNumber"/>
        <w:spacing w:line="240" w:lineRule="auto"/>
        <w:ind w:left="720"/>
      </w:pPr>
      <w:r/>
      <w:hyperlink r:id="rId15">
        <w:r>
          <w:rPr>
            <w:color w:val="0000EE"/>
            <w:u w:val="single"/>
          </w:rPr>
          <w:t>https://www.torontotoday.ca/local/real-estate-housing/crews-tangos-keeping-doors-open-2026-11244103</w:t>
        </w:r>
      </w:hyperlink>
      <w:r>
        <w:t xml:space="preserve"> - Crews &amp; Tangos, a drag bar in the Church-Wellesley Village, will keep its doors open after the business originally said the beloved bar would close by the end of September. In a post to social media, local business owners said Crews &amp; Tangos will remain open 'into 2026 and beyond' thanks to a new partnership with the barbershop Men’s Room and another local bar, The Drink.</w:t>
      </w:r>
      <w:r/>
    </w:p>
    <w:p>
      <w:pPr>
        <w:pStyle w:val="ListNumber"/>
        <w:spacing w:line="240" w:lineRule="auto"/>
        <w:ind w:left="720"/>
      </w:pPr>
      <w:r/>
      <w:hyperlink r:id="rId13">
        <w:r>
          <w:rPr>
            <w:color w:val="0000EE"/>
            <w:u w:val="single"/>
          </w:rPr>
          <w:t>https://www.narcity.com/toronto/toronto-bars-restaurants-closed-2025</w:t>
        </w:r>
      </w:hyperlink>
      <w:r>
        <w:t xml:space="preserve"> - It's always a sombre moment when a Toronto bar or restaurant permanently closes. It's not just about saying goodbye to the quality of the food and drink they serve, but also bidding farewell to the memories we made inside the four walls, especially places we've celebrated milestones in our lives or spent time with loved ones. We have just reached the start of May, and already, a number of bars and restaurants in Toronto have closed their doors to the city for the final time. Here's a closer look at nine bars and restaurants that have ceased operating since the beginning of the year, from high-end cocktail spots to cozy eateries and Michelin Guide locations.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logto.com/eat_drink/2026/09/ccs-bar-grill-toronto-closing/" TargetMode="External"/><Relationship Id="rId10" Type="http://schemas.openxmlformats.org/officeDocument/2006/relationships/hyperlink" Target="https://www.torontotoday.ca/local/food-dining/electric-bill-bar-closing-rising-costs-12524149" TargetMode="External"/><Relationship Id="rId11" Type="http://schemas.openxmlformats.org/officeDocument/2006/relationships/hyperlink" Target="https://nowtoronto.com/culture/popular-ossington-bar-electric-bill-closing-rising-costs-patio/" TargetMode="External"/><Relationship Id="rId12" Type="http://schemas.openxmlformats.org/officeDocument/2006/relationships/hyperlink" Target="https://nowtoronto.com/news/toronto-businesses-inflation-fifa-world-cup-costs-rising/" TargetMode="External"/><Relationship Id="rId13" Type="http://schemas.openxmlformats.org/officeDocument/2006/relationships/hyperlink" Target="https://www.narcity.com/toronto/toronto-bars-restaurants-closed-2025" TargetMode="External"/><Relationship Id="rId14" Type="http://schemas.openxmlformats.org/officeDocument/2006/relationships/hyperlink" Target="https://www.torontoer.com/news/beer-store-to-close-four-more-ontario-locations-after-government-agreement-ends" TargetMode="External"/><Relationship Id="rId15" Type="http://schemas.openxmlformats.org/officeDocument/2006/relationships/hyperlink" Target="https://www.torontotoday.ca/local/real-estate-housing/crews-tangos-keeping-doors-open-2026-112441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