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Calgary Pride events continue after nightclub patio vandalism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Calgary Pride celebrations are going ahead despite thousands of dollars in damage at Twisted Element, a downtown 2SLGBTQ+ nightclub. With its patio, bar area and electrical system vandalised just days before Pride weekend, the venue is racing to adapt while keeping its daytime and nighttime events welcoming, lively and on track.</w:t>
      </w:r>
      <w:r/>
    </w:p>
    <w:p>
      <w:pPr>
        <w:pStyle w:val="Heading2"/>
      </w:pPr>
      <w:r>
        <w:t>Essential Takeaways</w:t>
      </w:r>
      <w:r/>
      <w:r/>
    </w:p>
    <w:p>
      <w:pPr>
        <w:pStyle w:val="ListBullet"/>
        <w:spacing w:line="240" w:lineRule="auto"/>
        <w:ind w:left="720"/>
      </w:pPr>
      <w:r/>
      <w:r>
        <w:rPr>
          <w:b/>
        </w:rPr>
        <w:t>Damage discovered:</w:t>
      </w:r>
      <w:r>
        <w:t xml:space="preserve"> Twisted Element found its Beltline patio vandalised on Tuesday.</w:t>
      </w:r>
      <w:r/>
    </w:p>
    <w:p>
      <w:pPr>
        <w:pStyle w:val="ListBullet"/>
        <w:spacing w:line="240" w:lineRule="auto"/>
        <w:ind w:left="720"/>
      </w:pPr>
      <w:r/>
      <w:r>
        <w:rPr>
          <w:b/>
        </w:rPr>
        <w:t>Estimated cost:</w:t>
      </w:r>
      <w:r>
        <w:t xml:space="preserve"> Owner Al Carswell puts the loss at roughly $10,000, including preparation work.</w:t>
      </w:r>
      <w:r/>
    </w:p>
    <w:p>
      <w:pPr>
        <w:pStyle w:val="ListBullet"/>
        <w:spacing w:line="240" w:lineRule="auto"/>
        <w:ind w:left="720"/>
      </w:pPr>
      <w:r/>
      <w:r>
        <w:rPr>
          <w:b/>
        </w:rPr>
        <w:t>Events remain scheduled:</w:t>
      </w:r>
      <w:r>
        <w:t xml:space="preserve"> Pride celebrations and ticketed events are expected to continue.</w:t>
      </w:r>
      <w:r/>
    </w:p>
    <w:p>
      <w:pPr>
        <w:pStyle w:val="ListBullet"/>
        <w:spacing w:line="240" w:lineRule="auto"/>
        <w:ind w:left="720"/>
      </w:pPr>
      <w:r/>
      <w:r>
        <w:rPr>
          <w:b/>
        </w:rPr>
        <w:t>Police are investigating:</w:t>
      </w:r>
      <w:r>
        <w:t xml:space="preserve"> Calgary police haven't yet confirmed a motive.</w:t>
      </w:r>
      <w:r/>
    </w:p>
    <w:p>
      <w:pPr>
        <w:pStyle w:val="ListBullet"/>
        <w:spacing w:line="240" w:lineRule="auto"/>
        <w:ind w:left="720"/>
      </w:pPr>
      <w:r/>
      <w:r>
        <w:rPr>
          <w:b/>
        </w:rPr>
        <w:t>Plenty of choice remains:</w:t>
      </w:r>
      <w:r>
        <w:t xml:space="preserve"> Calgary's Pride programme includes dance parties, DJ sets and all-ages events.</w:t>
      </w:r>
      <w:r/>
      <w:r/>
    </w:p>
    <w:p>
      <w:pPr>
        <w:pStyle w:val="Heading2"/>
      </w:pPr>
      <w:r>
        <w:t>A painful setback just before Pride weekend</w:t>
      </w:r>
      <w:r/>
    </w:p>
    <w:p>
      <w:r/>
      <w:r>
        <w:t>The timing could hardly be more frustrating. Twisted Element's patio had been transformed into a daytime Pride space, with AstroTurf, a DJ setup and lighting ready to bring a little extra sparkle to 11 Avenue SW.</w:t>
      </w:r>
      <w:r/>
    </w:p>
    <w:p>
      <w:r/>
      <w:r>
        <w:t>Instead, the venue discovered that the artificial grass had been removed and parts of the bar and electrical system damaged. The scene was less festival-ready and more expensive headache, with the venue estimating the total impact at about $10,000.</w:t>
      </w:r>
      <w:r/>
    </w:p>
    <w:p>
      <w:r/>
      <w:r>
        <w:t>CityNews reported that the damage could affect both daytime and evening plans, particularly because the patio's lighting and sound arrangements rely on the damaged electrical equipment. For a venue preparing for one of its busiest and most meaningful weekends, that's a particularly unwelcome surprise.</w:t>
      </w:r>
      <w:r/>
    </w:p>
    <w:p>
      <w:pPr>
        <w:pStyle w:val="Heading2"/>
      </w:pPr>
      <w:r>
        <w:t>Twisted Element says the celebrations will continue</w:t>
      </w:r>
      <w:r/>
    </w:p>
    <w:p>
      <w:r/>
      <w:r>
        <w:t>Despite the repairs and disruption, owner Al Carswell says the venue isn't cancelling its Pride programme. Ticket holders have been told that scheduled events will go ahead, even if the patio experience needs to change.</w:t>
      </w:r>
      <w:r/>
    </w:p>
    <w:p>
      <w:r/>
      <w:r>
        <w:t>That decision matters beyond one nightclub's timetable. Twisted Element is a recognised 2SLGBTQ+ gathering place, and its patio was intended to give people somewhere to socialise, dance and enjoy the weekend in daylight as well as after dark.</w:t>
      </w:r>
      <w:r/>
    </w:p>
    <w:p>
      <w:r/>
      <w:r>
        <w:t>Carswell's message is notably practical rather than dramatic: the damage needs addressing, but it won't be allowed to define the weekend. In moments like this, keeping the doors open can feel like its own quiet act of community care.</w:t>
      </w:r>
      <w:r/>
    </w:p>
    <w:p>
      <w:pPr>
        <w:pStyle w:val="Heading2"/>
      </w:pPr>
      <w:r>
        <w:t>Calgary still has a busy Pride calendar</w:t>
      </w:r>
      <w:r/>
    </w:p>
    <w:p>
      <w:r/>
      <w:r>
        <w:t>The setback comes as Calgary's wider Pride programme offers plenty of alternatives for visitors and locals. Visit Calgary listings include Turn Up the Pride, a dance-focused event designed for Saturday night, alongside club nights built around DJs, throwback sounds and late-night energy.</w:t>
      </w:r>
      <w:r/>
    </w:p>
    <w:p>
      <w:r/>
      <w:r>
        <w:t>Other listings point to Pride on the Island, featuring DJ Trixie Mattel, as well as Club Detour Pride presents Danceteria and Pansy Club's Rhythm Heaven dance party. In other words, anyone looking for music and movement won't be short of options.</w:t>
      </w:r>
      <w:r/>
    </w:p>
    <w:p>
      <w:r/>
      <w:r>
        <w:t>There are family-friendly plans, too. Calgary Pride's all-ages celebration, presented by TD, adds a more daytime-oriented option for people who want to mark the weekend without heading to a nightclub. That mix of events reflects how Pride has grown into a broad city-wide programme rather than a single parade or party.</w:t>
      </w:r>
      <w:r/>
    </w:p>
    <w:p>
      <w:pPr>
        <w:pStyle w:val="Heading2"/>
      </w:pPr>
      <w:r>
        <w:t>What to check before heading out</w:t>
      </w:r>
      <w:r/>
    </w:p>
    <w:p>
      <w:r/>
      <w:r>
        <w:t>If you're attending an event at Twisted Element, check the venue's latest updates before travelling, especially if your plans depend on patio access, outdoor lighting or a particular layout. The main event may be proceeding, but damaged infrastructure can mean temporary changes at short notice.</w:t>
      </w:r>
      <w:r/>
    </w:p>
    <w:p>
      <w:r/>
      <w:r>
        <w:t>It's also worth checking start times, ticket requirements and age restrictions for alternative Pride events. Club nights tend to have different entry rules from all-ages celebrations, while popular DJ events may reach capacity quickly.</w:t>
      </w:r>
      <w:r/>
    </w:p>
    <w:p>
      <w:r/>
      <w:r>
        <w:t>For visitors, the simplest plan is to build in flexibility. Choose a main event, keep one nearby alternative in mind and allow extra time for queues or last-minute venue adjustments. Pride weekends are busy enough without discovering that your carefully timed evening has been derailed by a locked door or a sold-out room.</w:t>
      </w:r>
      <w:r/>
    </w:p>
    <w:p>
      <w:pPr>
        <w:pStyle w:val="Heading2"/>
      </w:pPr>
      <w:r>
        <w:t>Investigation continues as Pride approaches</w:t>
      </w:r>
      <w:r/>
    </w:p>
    <w:p>
      <w:r/>
      <w:r>
        <w:t>Calgary police confirmed they were investigating the vandalism but said it was too early to determine a motive. That distinction is important: damage at an 2SLGBTQ+ venue shortly before Pride is understandably unsettling, but the available information doesn't yet establish why it happened.</w:t>
      </w:r>
      <w:r/>
    </w:p>
    <w:p>
      <w:r/>
      <w:r>
        <w:t>For now, the focus is on repairs, reassurance and keeping people informed. Twisted Element's decision to continue its celebrations sends a clear signal that the weekend belongs to the community, not to whoever caused the damage.</w:t>
      </w:r>
      <w:r/>
    </w:p>
    <w:p>
      <w:r/>
      <w:r>
        <w:t>The patio may need emergency attention, but Calgary's Pride spirit appears considerably harder to disrupt.</w:t>
      </w:r>
      <w:r/>
    </w:p>
    <w:p>
      <w:r/>
      <w:r>
        <w:t>Explore the event details, check venue updates and celebrate safely.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https://calgary.citynews.ca/2026/09/04/patio-at-2slgbtq-nightclub-vandalized-days-before-calgary-pride-weekend/</w:t>
        </w:r>
      </w:hyperlink>
      <w:r>
        <w:t xml:space="preserve"> - Please view link - unable to able to access data</w:t>
      </w:r>
      <w:r/>
    </w:p>
    <w:p>
      <w:pPr>
        <w:pStyle w:val="ListNumber"/>
        <w:spacing w:line="240" w:lineRule="auto"/>
        <w:ind w:left="720"/>
      </w:pPr>
      <w:r/>
      <w:hyperlink r:id="rId9">
        <w:r>
          <w:rPr>
            <w:color w:val="0000EE"/>
            <w:u w:val="single"/>
          </w:rPr>
          <w:t>https://calgary.citynews.ca/2026/09/04/patio-at-2slgbtq-nightclub-vandalized-days-before-calgary-pride-weekend/</w:t>
        </w:r>
      </w:hyperlink>
      <w:r>
        <w:t xml:space="preserve"> - Twisted Element, a 2SLGBTQ+ nightclub in Calgary's Beltline, suffered significant damage to its patio just days before Pride weekend. The incident involved the theft of AstroTurf and damage to the bar area and electrical system, estimated at around $10,000. Despite the setback, owner Al Carswell confirmed that all Pride events would proceed as planned. Calgary police are investigating but have not yet determined a motive. (</w:t>
      </w:r>
      <w:hyperlink r:id="rId15">
        <w:r>
          <w:rPr>
            <w:color w:val="0000EE"/>
            <w:u w:val="single"/>
          </w:rPr>
          <w:t>calgary.citynews.ca</w:t>
        </w:r>
      </w:hyperlink>
      <w:r>
        <w:t>)</w:t>
      </w:r>
      <w:r/>
    </w:p>
    <w:p>
      <w:pPr>
        <w:pStyle w:val="ListNumber"/>
        <w:spacing w:line="240" w:lineRule="auto"/>
        <w:ind w:left="720"/>
      </w:pPr>
      <w:r/>
      <w:hyperlink r:id="rId10">
        <w:r>
          <w:rPr>
            <w:color w:val="0000EE"/>
            <w:u w:val="single"/>
          </w:rPr>
          <w:t>https://www.visitcalgary.com/events/saturday-turn-up-the-pride-2026</w:t>
        </w:r>
      </w:hyperlink>
      <w:r>
        <w:t xml:space="preserve"> - On September 5, 2026, Twisted Element is hosting 'Saturday Turn Up The Pride,' featuring headliners Tynomi Banks, Nearah Nuff, and Paolo Perfeccion, along with a DJ dance party from 10 p.m. to 3 a.m. The event is scheduled to take place at Twisted Element, located at 1006 11 Avenue SW, Calgary. (</w:t>
      </w:r>
      <w:hyperlink r:id="rId16">
        <w:r>
          <w:rPr>
            <w:color w:val="0000EE"/>
            <w:u w:val="single"/>
          </w:rPr>
          <w:t>visitcalgary.com</w:t>
        </w:r>
      </w:hyperlink>
      <w:r>
        <w:t>)</w:t>
      </w:r>
      <w:r/>
    </w:p>
    <w:p>
      <w:pPr>
        <w:pStyle w:val="ListNumber"/>
        <w:spacing w:line="240" w:lineRule="auto"/>
        <w:ind w:left="720"/>
      </w:pPr>
      <w:r/>
      <w:hyperlink r:id="rId11">
        <w:r>
          <w:rPr>
            <w:color w:val="0000EE"/>
            <w:u w:val="single"/>
          </w:rPr>
          <w:t>https://www.visitcalgary.com/events/calgary-pride-presents-dj-trixie-mattel-at-pride-on-the-island</w:t>
        </w:r>
      </w:hyperlink>
      <w:r>
        <w:t xml:space="preserve"> - Calgary Pride is presenting 'Pride On The Island' on September 5, 2026, featuring DJ Trixie Mattel. The event will transform Prince's Island Park into Calgary's largest outdoor Pride dance party, bringing together world-class entertainment, local talent, and thousands of people for an unforgettable night under the stars. (</w:t>
      </w:r>
      <w:hyperlink r:id="rId17">
        <w:r>
          <w:rPr>
            <w:color w:val="0000EE"/>
            <w:u w:val="single"/>
          </w:rPr>
          <w:t>visitcalgary.com</w:t>
        </w:r>
      </w:hyperlink>
      <w:r>
        <w:t>)</w:t>
      </w:r>
      <w:r/>
    </w:p>
    <w:p>
      <w:pPr>
        <w:pStyle w:val="ListNumber"/>
        <w:spacing w:line="240" w:lineRule="auto"/>
        <w:ind w:left="720"/>
      </w:pPr>
      <w:r/>
      <w:hyperlink r:id="rId12">
        <w:r>
          <w:rPr>
            <w:color w:val="0000EE"/>
            <w:u w:val="single"/>
          </w:rPr>
          <w:t>https://www.visitcalgary.com/events/club-detour-pride-presents-danceteria</w:t>
        </w:r>
      </w:hyperlink>
      <w:r>
        <w:t xml:space="preserve"> - On September 6, 2026, Club Detour Pride is presenting 'DANCETERIA,' the official closing party of Pride Weekend. Inspired by the legendary dance clubs of 1980s New York City, the event will take place at Commonwealth Bar &amp; Stage, featuring two dance floors, an outdoor patio, elevated production, and a soundtrack spanning house, disco, pop, throwbacks, and the biggest dance-floor anthems. (</w:t>
      </w:r>
      <w:hyperlink r:id="rId18">
        <w:r>
          <w:rPr>
            <w:color w:val="0000EE"/>
            <w:u w:val="single"/>
          </w:rPr>
          <w:t>visitcalgary.com</w:t>
        </w:r>
      </w:hyperlink>
      <w:r>
        <w:t>)</w:t>
      </w:r>
      <w:r/>
    </w:p>
    <w:p>
      <w:pPr>
        <w:pStyle w:val="ListNumber"/>
        <w:spacing w:line="240" w:lineRule="auto"/>
        <w:ind w:left="720"/>
      </w:pPr>
      <w:r/>
      <w:hyperlink r:id="rId13">
        <w:r>
          <w:rPr>
            <w:color w:val="0000EE"/>
            <w:u w:val="single"/>
          </w:rPr>
          <w:t>https://www.visitcalgary.com/events/pansy-club-rhythm-heaven-pride-dance-party</w:t>
        </w:r>
      </w:hyperlink>
      <w:r>
        <w:t xml:space="preserve"> - Pansy Club is hosting the 'Rhythm Heaven Pride Dance Party' on September 5, 2026, at High Line Taproom. The event aims to bring the community together in unadulterated queer joy, featuring performances by NALGÓTICA, UNFLOWER DREAMS, RANCH JOEL, and DJ GAYSNAKES. Tickets are free or by donation to support future events. (</w:t>
      </w:r>
      <w:hyperlink r:id="rId19">
        <w:r>
          <w:rPr>
            <w:color w:val="0000EE"/>
            <w:u w:val="single"/>
          </w:rPr>
          <w:t>visitcalgary.com</w:t>
        </w:r>
      </w:hyperlink>
      <w:r>
        <w:t>)</w:t>
      </w:r>
      <w:r/>
    </w:p>
    <w:p>
      <w:pPr>
        <w:pStyle w:val="ListNumber"/>
        <w:spacing w:line="240" w:lineRule="auto"/>
        <w:ind w:left="720"/>
      </w:pPr>
      <w:r/>
      <w:hyperlink r:id="rId14">
        <w:r>
          <w:rPr>
            <w:color w:val="0000EE"/>
            <w:u w:val="single"/>
          </w:rPr>
          <w:t>https://www.visitcalgary.com/events/calgary-prides-all-ages-celebration-presented-by-td</w:t>
        </w:r>
      </w:hyperlink>
      <w:r>
        <w:t xml:space="preserve"> - Calgary Pride's All-Ages Celebration, presented by TD, is scheduled for September 5, 2026, at Cold Garden Beverage Company. The event is free and open to all ages, featuring drag, live music, performance, storytelling, and community activities. It aims to provide a gathering space for the community without the need for a babysitter, bar tab, or velvet rope to belong. (</w:t>
      </w:r>
      <w:hyperlink r:id="rId20">
        <w:r>
          <w:rPr>
            <w:color w:val="0000EE"/>
            <w:u w:val="single"/>
          </w:rPr>
          <w:t>visitcalgary.com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citynews.ca/2026/09/04/patio-at-2slgbtq-nightclub-vandalized-days-before-calgary-pride-weekend/" TargetMode="External"/><Relationship Id="rId10" Type="http://schemas.openxmlformats.org/officeDocument/2006/relationships/hyperlink" Target="https://www.visitcalgary.com/events/saturday-turn-up-the-pride-2026" TargetMode="External"/><Relationship Id="rId11" Type="http://schemas.openxmlformats.org/officeDocument/2006/relationships/hyperlink" Target="https://www.visitcalgary.com/events/calgary-pride-presents-dj-trixie-mattel-at-pride-on-the-island" TargetMode="External"/><Relationship Id="rId12" Type="http://schemas.openxmlformats.org/officeDocument/2006/relationships/hyperlink" Target="https://www.visitcalgary.com/events/club-detour-pride-presents-danceteria" TargetMode="External"/><Relationship Id="rId13" Type="http://schemas.openxmlformats.org/officeDocument/2006/relationships/hyperlink" Target="https://www.visitcalgary.com/events/pansy-club-rhythm-heaven-pride-dance-party" TargetMode="External"/><Relationship Id="rId14" Type="http://schemas.openxmlformats.org/officeDocument/2006/relationships/hyperlink" Target="https://www.visitcalgary.com/events/calgary-prides-all-ages-celebration-presented-by-td" TargetMode="External"/><Relationship Id="rId15" Type="http://schemas.openxmlformats.org/officeDocument/2006/relationships/hyperlink" Target="https://calgary.citynews.ca/2026/09/04/patio-at-2slgbtq-nightclub-vandalized-days-before-calgary-pride-weekend/?utm_source=openai" TargetMode="External"/><Relationship Id="rId16" Type="http://schemas.openxmlformats.org/officeDocument/2006/relationships/hyperlink" Target="https://www.visitcalgary.com/events/saturday-turn-up-the-pride-2026?utm_source=openai" TargetMode="External"/><Relationship Id="rId17" Type="http://schemas.openxmlformats.org/officeDocument/2006/relationships/hyperlink" Target="https://www.visitcalgary.com/events/calgary-pride-presents-dj-trixie-mattel-at-pride-on-the-island?utm_source=openai" TargetMode="External"/><Relationship Id="rId18" Type="http://schemas.openxmlformats.org/officeDocument/2006/relationships/hyperlink" Target="https://www.visitcalgary.com/events/club-detour-pride-presents-danceteria?utm_source=openai" TargetMode="External"/><Relationship Id="rId19" Type="http://schemas.openxmlformats.org/officeDocument/2006/relationships/hyperlink" Target="https://www.visitcalgary.com/events/pansy-club-rhythm-heaven-pride-dance-party?utm_source=openai" TargetMode="External"/><Relationship Id="rId20" Type="http://schemas.openxmlformats.org/officeDocument/2006/relationships/hyperlink" Target="https://www.visitcalgary.com/events/calgary-prides-all-ages-celebration-presented-by-t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