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Kim Petras brings new music and queer joy to Fire Island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gathered at the Pavilion in Fire Island’s Pines as Kim Petras made her first appearance there, performing songs from Detour and reconnecting with the LGBTQ+ club culture that shaped her career. The visit also highlighted her independent new era, a continuing partnership with MISTR and the community spirit behind Doll Invasion.</w:t>
      </w:r>
      <w:r/>
    </w:p>
    <w:p>
      <w:pPr>
        <w:pStyle w:val="Heading2"/>
      </w:pPr>
      <w:r>
        <w:t>Essential Takeaways</w:t>
      </w:r>
      <w:r/>
      <w:r/>
    </w:p>
    <w:p>
      <w:pPr>
        <w:pStyle w:val="ListBullet"/>
        <w:spacing w:line="240" w:lineRule="auto"/>
        <w:ind w:left="720"/>
      </w:pPr>
      <w:r/>
      <w:r>
        <w:rPr>
          <w:b/>
        </w:rPr>
        <w:t>First visit:</w:t>
      </w:r>
      <w:r>
        <w:t xml:space="preserve"> Petras appeared at the Pavilion in the Pines for the first time.</w:t>
      </w:r>
      <w:r/>
    </w:p>
    <w:p>
      <w:pPr>
        <w:pStyle w:val="ListBullet"/>
        <w:spacing w:line="240" w:lineRule="auto"/>
        <w:ind w:left="720"/>
      </w:pPr>
      <w:r/>
      <w:r>
        <w:rPr>
          <w:b/>
        </w:rPr>
        <w:t>Live moment:</w:t>
      </w:r>
      <w:r>
        <w:t xml:space="preserve"> She performed new songs from Detour and joined fans for photos and singalongs.</w:t>
      </w:r>
      <w:r/>
    </w:p>
    <w:p>
      <w:pPr>
        <w:pStyle w:val="ListBullet"/>
        <w:spacing w:line="240" w:lineRule="auto"/>
        <w:ind w:left="720"/>
      </w:pPr>
      <w:r/>
      <w:r>
        <w:rPr>
          <w:b/>
        </w:rPr>
        <w:t>Independent era:</w:t>
      </w:r>
      <w:r>
        <w:t xml:space="preserve"> MISTR helped support the release of her latest project.</w:t>
      </w:r>
      <w:r/>
    </w:p>
    <w:p>
      <w:pPr>
        <w:pStyle w:val="ListBullet"/>
        <w:spacing w:line="240" w:lineRule="auto"/>
        <w:ind w:left="720"/>
      </w:pPr>
      <w:r/>
      <w:r>
        <w:rPr>
          <w:b/>
        </w:rPr>
        <w:t>Queer roots:</w:t>
      </w:r>
      <w:r>
        <w:t xml:space="preserve"> Petras continues to credit LGBTQ+ venues with shaping her sound and confidence.</w:t>
      </w:r>
      <w:r/>
    </w:p>
    <w:p>
      <w:pPr>
        <w:pStyle w:val="ListBullet"/>
        <w:spacing w:line="240" w:lineRule="auto"/>
        <w:ind w:left="720"/>
      </w:pPr>
      <w:r/>
      <w:r>
        <w:rPr>
          <w:b/>
        </w:rPr>
        <w:t>More to come:</w:t>
      </w:r>
      <w:r>
        <w:t xml:space="preserve"> She says her next era and deluxe material are already in progress.</w:t>
      </w:r>
      <w:r/>
      <w:r/>
    </w:p>
    <w:p>
      <w:pPr>
        <w:pStyle w:val="Heading2"/>
      </w:pPr>
      <w:r>
        <w:t>Kim Petras makes a memorable Fire Island debut</w:t>
      </w:r>
      <w:r/>
    </w:p>
    <w:p>
      <w:r/>
      <w:r>
        <w:t>The Pavilion had a particularly glossy guest when Kim Petras arrived for Doll Invasion, the trans-led Fire Island celebration known for turning the Pines into a joyful whirl of music, fashion and chosen family. According to Out, the pop star performed several tracks from Detour, posed with fans and sang along with the crowd.</w:t>
      </w:r>
      <w:r/>
    </w:p>
    <w:p>
      <w:r/>
      <w:r>
        <w:t>It was Petras's first time appearing in the Pines, but the setting suited her. The event's bright, communal energy felt closely aligned with the club spaces where she first built her audience. Coverage from Them and The Pink Times also presents Doll Invasion as a major gathering centred on trans visibility and celebration.</w:t>
      </w:r>
      <w:r/>
    </w:p>
    <w:p>
      <w:pPr>
        <w:pStyle w:val="Heading2"/>
      </w:pPr>
      <w:r>
        <w:t>Why Doll Invasion matters beyond the party</w:t>
      </w:r>
      <w:r/>
    </w:p>
    <w:p>
      <w:r/>
      <w:r>
        <w:t>Doll Invasion isn't simply a nightlife booking. It has become a platform for trans-led connection, giving visitors a few days in which flamboyance, tenderness and loud self-expression can share the same dancefloor.</w:t>
      </w:r>
      <w:r/>
    </w:p>
    <w:p>
      <w:r/>
      <w:r>
        <w:t>That atmosphere matters at a time when LGBTQ+ communities are facing political pressure in several countries. Petras has spoken about the importance of solidarity, particularly for trans young people who may feel isolated in smaller towns or less accepting surroundings. The event's appeal is easy to understand: sometimes being seen among people who get it is powerful in itself.</w:t>
      </w:r>
      <w:r/>
    </w:p>
    <w:p>
      <w:pPr>
        <w:pStyle w:val="Heading2"/>
      </w:pPr>
      <w:r>
        <w:t>Detour marks a more independent chapter</w:t>
      </w:r>
      <w:r/>
    </w:p>
    <w:p>
      <w:r/>
      <w:r>
        <w:t>Petras joined the Fire Island event as part of an ongoing collaboration with MISTR, following appearances at LGBTQ+ venues including The Abbey in West Hollywood and Crown &amp; Anchor in Provincetown. Out reported that the healthcare company also helped support Detour, allowing Petras to release the project independently.</w:t>
      </w:r>
      <w:r/>
    </w:p>
    <w:p>
      <w:r/>
      <w:r>
        <w:t>That creative control gives the album's rollout an especially personal feel. Rather than presenting a perfectly polished distance, Petras appears keen to stay close to her listeners and the spaces that supported her before mainstream success arrived. Recent reporting from The Fader and the Associated Press has likewise framed her current period as a new phase in an unpredictable pop career.</w:t>
      </w:r>
      <w:r/>
    </w:p>
    <w:p>
      <w:pPr>
        <w:pStyle w:val="Heading2"/>
      </w:pPr>
      <w:r>
        <w:t>From Unholy to the club floor</w:t>
      </w:r>
      <w:r/>
    </w:p>
    <w:p>
      <w:r/>
      <w:r>
        <w:t>Petras has already experienced the kind of breakthrough many emerging artists spend years chasing, including the global success of "Unholy" with Sam Smith and the enduring popularity of "Heart to Break". Yet her more explicit Slut Pop material remains important to longtime fans who found her through queer nightlife and internet pop culture.</w:t>
      </w:r>
      <w:r/>
    </w:p>
    <w:p>
      <w:r/>
      <w:r>
        <w:t>Her attitude towards sexual health, openness and censorship is part of that connection. She has repeatedly described gay clubs as formative classrooms, places where she learned not only how to perform but how to communicate with an audience that values freedom and honesty. It's a refreshingly direct perspective in an industry that often tries to sand down its sharpest edges.</w:t>
      </w:r>
      <w:r/>
    </w:p>
    <w:p>
      <w:pPr>
        <w:pStyle w:val="Heading2"/>
      </w:pPr>
      <w:r>
        <w:t>What comes next for Kim Petras?</w:t>
      </w:r>
      <w:r/>
    </w:p>
    <w:p>
      <w:r/>
      <w:r>
        <w:t>The Fire Island appearance also offered a glimpse of what's ahead. Petras has teased further music, including deluxe material, while describing her current goal as becoming a stronger storyteller. That suggests an artist looking beyond the next hook and towards a more deliberate version of her career.</w:t>
      </w:r>
      <w:r/>
    </w:p>
    <w:p>
      <w:r/>
      <w:r>
        <w:t>For fans, the combination is appealing: familiar club-pop confidence, new songs and a star who still seems genuinely pleased to be in the room. As the wider Doll Invasion coverage makes clear, the event works because it brings spectacle and belonging together. Petras simply supplied an especially memorable soundtrack.</w:t>
      </w:r>
      <w:r/>
    </w:p>
    <w:p>
      <w:r/>
      <w:r>
        <w:t>Kim Petras's Fire Island debut proves that pop stardom still shines brightest when it comes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1">
        <w:r>
          <w:rPr>
            <w:color w:val="0000EE"/>
            <w:u w:val="single"/>
          </w:rPr>
          <w:t>[4]</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9">
        <w:r>
          <w:rPr>
            <w:color w:val="0000EE"/>
            <w:u w:val="single"/>
          </w:rPr>
          <w:t>[1]</w:t>
        </w:r>
      </w:hyperlink>
      <w:r>
        <w:t xml:space="preserve">, </w:t>
      </w:r>
      <w:hyperlink r:id="rId13">
        <w:r>
          <w:rPr>
            <w:color w:val="0000EE"/>
            <w:u w:val="single"/>
          </w:rPr>
          <w:t>[5]</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9">
        <w:r>
          <w:rPr>
            <w:color w:val="0000EE"/>
            <w:u w:val="single"/>
          </w:rPr>
          <w:t>[1]</w:t>
        </w:r>
      </w:hyperlink>
      <w:r>
        <w:t xml:space="preserve">, </w:t>
      </w:r>
      <w:hyperlink r:id="rId14">
        <w:r>
          <w:rPr>
            <w:color w:val="0000EE"/>
            <w:u w:val="single"/>
          </w:rPr>
          <w:t>[6]</w:t>
        </w:r>
      </w:hyperlink>
      <w:r>
        <w:t xml:space="preserve">- Paragraph 7: </w:t>
      </w:r>
      <w:hyperlink r:id="rId9">
        <w:r>
          <w:rPr>
            <w:color w:val="0000EE"/>
            <w:u w:val="single"/>
          </w:rPr>
          <w:t>[1]</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https://www.out.com/celebs/kim-petras-fire-island</w:t>
        </w:r>
      </w:hyperlink>
      <w:r>
        <w:t xml:space="preserve"> - Please view link - unable to able to access data</w:t>
      </w:r>
      <w:r/>
    </w:p>
    <w:p>
      <w:pPr>
        <w:pStyle w:val="ListNumber"/>
        <w:spacing w:line="240" w:lineRule="auto"/>
        <w:ind w:left="720"/>
      </w:pPr>
      <w:r/>
      <w:hyperlink r:id="rId10">
        <w:r>
          <w:rPr>
            <w:color w:val="0000EE"/>
            <w:u w:val="single"/>
          </w:rPr>
          <w:t>https://www.them.us/culture/doll-invasion-fire-island-photographs</w:t>
        </w:r>
      </w:hyperlink>
      <w:r>
        <w:t xml:space="preserve"> - Them’s photo story says Doll Invasion returned to Fire Island Pines for its fourth year as a trans-led, three-day weekend of parties, fundraising and community visibility. It adds that Kim Petras made her Fire Island debut as a MISTR ambassador and hosted a sold-out party at Pavilion, with fans singing songs from across her career and her album Detour. The piece also lists several other performers and notes that celebrities including Dylan Mulvaney and Adam Lambert were spotted at the event.</w:t>
      </w:r>
      <w:r/>
    </w:p>
    <w:p>
      <w:pPr>
        <w:pStyle w:val="ListNumber"/>
        <w:spacing w:line="240" w:lineRule="auto"/>
        <w:ind w:left="720"/>
      </w:pPr>
      <w:r/>
      <w:hyperlink r:id="rId12">
        <w:r>
          <w:rPr>
            <w:color w:val="0000EE"/>
            <w:u w:val="single"/>
          </w:rPr>
          <w:t>https://www.lifo.gr/now/entertainment/sto-doll-invasion-i-trans-hara-egine-tropos-na-xanagraftei-fire-island</w:t>
        </w:r>
      </w:hyperlink>
      <w:r>
        <w:t xml:space="preserve"> - LiFO’s report broadens the Fire Island story by stressing access and travel as part of Doll Invasion’s politics. It says the organisers arranged free buses from Brooklyn and free ferry travel for trans people, and that Kim Petras appeared at the weekend by hosting her own party at Pavilion. The article also mentions Dylan Mulvaney and Adam Lambert as celebrity attendees. Its angle is less about pop promotion and more about turning Fire Island into a deliberate, trans-centred communal space.</w:t>
      </w:r>
      <w:r/>
    </w:p>
    <w:p>
      <w:pPr>
        <w:pStyle w:val="ListNumber"/>
        <w:spacing w:line="240" w:lineRule="auto"/>
        <w:ind w:left="720"/>
      </w:pPr>
      <w:r/>
      <w:hyperlink r:id="rId11">
        <w:r>
          <w:rPr>
            <w:color w:val="0000EE"/>
            <w:u w:val="single"/>
          </w:rPr>
          <w:t>https://thepinktimes.com/culture/photo-story/fire-island-s-doll-invasion-returns-with-three-days-of-trans-led-celebration/</w:t>
        </w:r>
      </w:hyperlink>
      <w:r>
        <w:t xml:space="preserve"> - The Pink Times says Doll Invasion returned to Fire Island Pines for a fourth year and raised money for Queer|Art and Advocates for Trans Equality. It specifically states that Kim Petras made her Fire Island debut by hosting a sold-out party at Pavilion. The story adds names from the weekend’s DJ and artist line-up and notes that Dylan Mulvaney and Adam Lambert were among the celebrities seen at the celebration. Compared with other coverage, it provides a neat factual rundown of the event’s scale, beneficiaries and key guests.</w:t>
      </w:r>
      <w:r/>
    </w:p>
    <w:p>
      <w:pPr>
        <w:pStyle w:val="ListNumber"/>
        <w:spacing w:line="240" w:lineRule="auto"/>
        <w:ind w:left="720"/>
      </w:pPr>
      <w:r/>
      <w:hyperlink r:id="rId13">
        <w:r>
          <w:rPr>
            <w:color w:val="0000EE"/>
            <w:u w:val="single"/>
          </w:rPr>
          <w:t>https://heymistr.com/blog/if-government-funding-fades-business-must-lead-the-fight-to-end-hiv/</w:t>
        </w:r>
      </w:hyperlink>
      <w:r>
        <w:t xml:space="preserve"> - This MISTR blog does not cover the Fire Island party itself, but it supplies useful background on the company behind Kim Petras’s involvement. It identifies Tristan Schukraft as MISTR’s founder and chief executive and ties him to The Abbey in Los Angeles, Tryst Hotels, DS Tequila in Chicago and The Pines Fire Island. That matters because the Out story links Petras’s appearance to MISTR and to Schukraft’s Fire Island interests.</w:t>
      </w:r>
      <w:r/>
    </w:p>
    <w:p>
      <w:pPr>
        <w:pStyle w:val="ListNumber"/>
        <w:spacing w:line="240" w:lineRule="auto"/>
        <w:ind w:left="720"/>
      </w:pPr>
      <w:r/>
      <w:hyperlink r:id="rId14">
        <w:r>
          <w:rPr>
            <w:color w:val="0000EE"/>
            <w:u w:val="single"/>
          </w:rPr>
          <w:t>https://apnews.com/article/kim-petras-problematique-surprise-release-ff343982f5f096bb30c70965cf2324d3</w:t>
        </w:r>
      </w:hyperlink>
      <w:r>
        <w:t xml:space="preserve"> - AP’s report gives hard background on Kim Petras’s album history, which helps explain why the Fire Island piece frames Detour as an independent release. It says she had previously released the shelved and partially leaked debut album Problematique and that the project was originally meant to be her full-length debut. The story includes Petras’s own comments about the leak and the relief of finally releasing the material. It also mentions Paris Hilton’s feature on the track All She Wants and recalls that Feed the Beast became her actual debut album.</w:t>
      </w:r>
      <w:r/>
    </w:p>
    <w:p>
      <w:pPr>
        <w:pStyle w:val="ListNumber"/>
        <w:spacing w:line="240" w:lineRule="auto"/>
        <w:ind w:left="720"/>
      </w:pPr>
      <w:r/>
      <w:hyperlink r:id="rId15">
        <w:r>
          <w:rPr>
            <w:color w:val="0000EE"/>
            <w:u w:val="single"/>
          </w:rPr>
          <w:t>https://www.thefader.com/2026/05/28/kim-petras-detour-interview</w:t>
        </w:r>
      </w:hyperlink>
      <w:r>
        <w:t xml:space="preserve"> - The FADER interview explains the creative and business context behind Detour. Petras says she wants to put out a cohesive body of work and that going independent means not answering to a committee for a release date. She describes the project as a return to her roots and says she is releasing music unconventionally, week by week and month by month. That background helps clarify why the Fire Island article presents Detour as her new era and why she is appearing in nightlife settings tied to her fan base.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celebs/kim-petras-fire-island" TargetMode="External"/><Relationship Id="rId10" Type="http://schemas.openxmlformats.org/officeDocument/2006/relationships/hyperlink" Target="https://www.them.us/culture/doll-invasion-fire-island-photographs" TargetMode="External"/><Relationship Id="rId11" Type="http://schemas.openxmlformats.org/officeDocument/2006/relationships/hyperlink" Target="https://thepinktimes.com/culture/photo-story/fire-island-s-doll-invasion-returns-with-three-days-of-trans-led-celebration/" TargetMode="External"/><Relationship Id="rId12" Type="http://schemas.openxmlformats.org/officeDocument/2006/relationships/hyperlink" Target="https://www.lifo.gr/now/entertainment/sto-doll-invasion-i-trans-hara-egine-tropos-na-xanagraftei-fire-island" TargetMode="External"/><Relationship Id="rId13" Type="http://schemas.openxmlformats.org/officeDocument/2006/relationships/hyperlink" Target="https://heymistr.com/blog/if-government-funding-fades-business-must-lead-the-fight-to-end-hiv/" TargetMode="External"/><Relationship Id="rId14" Type="http://schemas.openxmlformats.org/officeDocument/2006/relationships/hyperlink" Target="https://apnews.com/article/kim-petras-problematique-surprise-release-ff343982f5f096bb30c70965cf2324d3" TargetMode="External"/><Relationship Id="rId15" Type="http://schemas.openxmlformats.org/officeDocument/2006/relationships/hyperlink" Target="https://www.thefader.com/2026/05/28/kim-petras-detour-intervi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