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Jim Queen: the wild LGBTQ+ animated comedy stirring Cannes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are discovering Jim Queen, a French animated comedy that turns queer culture, underground comics and political satire into one gloriously unruly night out. Premiering at Cannes and aimed firmly at adults, the film matters because it pairs outrageous humour with a defiant celebration of gay identity, just as cultural arguments around representation grow louder.</w:t>
      </w:r>
      <w:r/>
    </w:p>
    <w:p>
      <w:pPr>
        <w:pStyle w:val="Heading2"/>
      </w:pPr>
      <w:r>
        <w:t>Essential Takeaways</w:t>
      </w:r>
      <w:r/>
      <w:r/>
    </w:p>
    <w:p>
      <w:pPr>
        <w:pStyle w:val="ListBullet"/>
        <w:spacing w:line="240" w:lineRule="auto"/>
        <w:ind w:left="720"/>
      </w:pPr>
      <w:r/>
      <w:r>
        <w:rPr>
          <w:b/>
        </w:rPr>
        <w:t>A fearless premise:</w:t>
      </w:r>
      <w:r>
        <w:t xml:space="preserve"> The film imagines a virus that turns everyone heterosexual, creating a comic battle for queer survival.</w:t>
      </w:r>
      <w:r/>
    </w:p>
    <w:p>
      <w:pPr>
        <w:pStyle w:val="ListBullet"/>
        <w:spacing w:line="240" w:lineRule="auto"/>
        <w:ind w:left="720"/>
      </w:pPr>
      <w:r/>
      <w:r>
        <w:rPr>
          <w:b/>
        </w:rPr>
        <w:t>A vivid visual world:</w:t>
      </w:r>
      <w:r>
        <w:t xml:space="preserve"> Paris's Marais, nightclub culture and cabaret imagery give the story a colourful, energetic pulse.</w:t>
      </w:r>
      <w:r/>
    </w:p>
    <w:p>
      <w:pPr>
        <w:pStyle w:val="ListBullet"/>
        <w:spacing w:line="240" w:lineRule="auto"/>
        <w:ind w:left="720"/>
      </w:pPr>
      <w:r/>
      <w:r>
        <w:rPr>
          <w:b/>
        </w:rPr>
        <w:t>Underground roots:</w:t>
      </w:r>
      <w:r>
        <w:t xml:space="preserve"> Directors Marco Nguyen and Nicolas Athane draw on the anarchic spirit of independent comics.</w:t>
      </w:r>
      <w:r/>
    </w:p>
    <w:p>
      <w:pPr>
        <w:pStyle w:val="ListBullet"/>
        <w:spacing w:line="240" w:lineRule="auto"/>
        <w:ind w:left="720"/>
      </w:pPr>
      <w:r/>
      <w:r>
        <w:rPr>
          <w:b/>
        </w:rPr>
        <w:t>Strictly adult viewing:</w:t>
      </w:r>
      <w:r>
        <w:t xml:space="preserve"> Sexual imagery, strong language and deliberately provocative jokes make this unsuitable for younger viewers.</w:t>
      </w:r>
      <w:r/>
    </w:p>
    <w:p>
      <w:pPr>
        <w:pStyle w:val="ListBullet"/>
        <w:spacing w:line="240" w:lineRule="auto"/>
        <w:ind w:left="720"/>
      </w:pPr>
      <w:r/>
      <w:r>
        <w:rPr>
          <w:b/>
        </w:rPr>
        <w:t>More than shock value:</w:t>
      </w:r>
      <w:r>
        <w:t xml:space="preserve"> Beneath the smut and spectacle lies a pointed response to political and social regression.</w:t>
      </w:r>
      <w:r/>
      <w:r/>
    </w:p>
    <w:p>
      <w:pPr>
        <w:pStyle w:val="Heading2"/>
      </w:pPr>
      <w:r>
        <w:t>A gay animated comedy with plenty of bite</w:t>
      </w:r>
      <w:r/>
    </w:p>
    <w:p>
      <w:r/>
      <w:r>
        <w:t>Jim Queen doesn't creep politely into the room. It arrives in a blaze of colour, flesh, glitter and musical mayhem, with a comic premise designed to be as provocative as it is ridiculous. The film imagines a viral illness that gradually makes the world's population heterosexual, turning queer identity into the centre of a full-scale resistance adventure.</w:t>
      </w:r>
      <w:r/>
    </w:p>
    <w:p>
      <w:r/>
      <w:r>
        <w:t>That setup lets the filmmakers aim their jokes in several directions at once. According to Le Monde's Cannes coverage, the film uses delirious humour to explore the gay world while refusing to sand down its more excessive edges. It's brash, knowingly silly and very much aware that good satire sometimes needs to make the audience squirm before it makes them laugh.</w:t>
      </w:r>
      <w:r/>
    </w:p>
    <w:p>
      <w:pPr>
        <w:pStyle w:val="Heading2"/>
      </w:pPr>
      <w:r>
        <w:t>Tom of Finland meets underground animation</w:t>
      </w:r>
      <w:r/>
    </w:p>
    <w:p>
      <w:r/>
      <w:r>
        <w:t>The visual language is rooted in the exaggerated masculinity associated with Tom of Finland, but it gives that iconography a playful modern twist. Muscles, steroids, hair transplants and hyper-styled bodies become comic props rather than aspirational commandments. Your gaydar, in this world, is practically a piece of specialist equipment.</w:t>
      </w:r>
      <w:r/>
    </w:p>
    <w:p>
      <w:r/>
      <w:r>
        <w:t>The film comes from independent French studio Bobbypills, whose work is associated with bold, irreverent animation. Cineuropa's industry reporting places Jim Queen within that independent tradition, where limited resources can encourage a more mischievous visual imagination. The result sounds less like polished family animation and more like an underground comic that has escaped into a nightclub.</w:t>
      </w:r>
      <w:r/>
    </w:p>
    <w:p>
      <w:pPr>
        <w:pStyle w:val="Heading2"/>
      </w:pPr>
      <w:r>
        <w:t>Paris becomes the film's glittering battleground</w:t>
      </w:r>
      <w:r/>
    </w:p>
    <w:p>
      <w:r/>
      <w:r>
        <w:t>Much of the action unfolds around the Marais, Paris's historic LGBTQ+ district, with bars, clubs and cabaret spaces providing a natural stage for the story's confrontations. The setting isn't simply decorative. It turns a familiar queer social landscape into a place that needs defending, reclaiming and celebrating.</w:t>
      </w:r>
      <w:r/>
    </w:p>
    <w:p>
      <w:r/>
      <w:r>
        <w:t>There are musical numbers, rainbow imagery and a Trojan unicorn among the film's many deliberately excessive flourishes. The Irish Times described the Cannes title as gleefully smutty, a phrase that captures its refusal to behave like a restrained piece of representation. Jim Queen wants to entertain first, but its flamboyance also makes a political point: queer life doesn't need to ask permission to be visible, noisy or absurd.</w:t>
      </w:r>
      <w:r/>
    </w:p>
    <w:p>
      <w:pPr>
        <w:pStyle w:val="Heading2"/>
      </w:pPr>
      <w:r>
        <w:t>How the satire takes aim at political regression</w:t>
      </w:r>
      <w:r/>
    </w:p>
    <w:p>
      <w:r/>
      <w:r>
        <w:t>The film's villains and supporting characters are built from recognisable political anxieties. One especially pointed figure is a closeted presidential son, shaped as a satirical echo of France's far right. His repression becomes part of the joke, while the wider threat of "heterosis" turns culture-war fears into absurd science fiction.</w:t>
      </w:r>
      <w:r/>
    </w:p>
    <w:p>
      <w:r/>
      <w:r>
        <w:t>El Pais's review highlights the film's celebratory approach to homosexuality alongside its authoritarian overtones. That combination matters. Jim Queen isn't offering a gentle lesson in tolerance. It's using camp, vulgarity and caricature as a kind of cultural pushback, particularly at a moment when LGBTQ+ rights and visibility remain politically contested.</w:t>
      </w:r>
      <w:r/>
    </w:p>
    <w:p>
      <w:pPr>
        <w:pStyle w:val="Heading2"/>
      </w:pPr>
      <w:r>
        <w:t>Why this adult animation could find a cult audience</w:t>
      </w:r>
      <w:r/>
    </w:p>
    <w:p>
      <w:r/>
      <w:r>
        <w:t>After its Cannes appearance, the film's release timing may make it more dependent on late-night screenings and original-language sessions than on a broad seasonal campaign. AlloCine and IMDb list it as an adult-oriented feature, which helps set expectations for viewers who might otherwise assume that animation means family viewing.</w:t>
      </w:r>
      <w:r/>
    </w:p>
    <w:p>
      <w:r/>
      <w:r>
        <w:t>The best audience is likely to be people who enjoy queer comedy, punk animation and films that would rather overdo a joke than explain it. Some viewers may find the imagery exhausting or the satire uneven, but that roughness is part of the appeal. As the Irish Times noted, its smutty energy is central to the experience, not an occasional garnish.</w:t>
      </w:r>
      <w:r/>
    </w:p>
    <w:p>
      <w:pPr>
        <w:pStyle w:val="Heading2"/>
      </w:pPr>
      <w:r>
        <w:t>A colourful, unapologetically rude celebration</w:t>
      </w:r>
      <w:r/>
    </w:p>
    <w:p>
      <w:r/>
      <w:r>
        <w:t>Jim Queen's biggest strength is its confidence. It understands that representation can be funny, filthy, strange and politically sharp all at once. For some viewers, the relentless visual barrage will be a delight; for others, it may feel like being trapped inside a very loud drag show with no interval.</w:t>
      </w:r>
      <w:r/>
    </w:p>
    <w:p>
      <w:r/>
      <w:r>
        <w:t>Either way, this isn't animation designed to blend into the background. It wears its references, sexual jokes and political targets in bright colours. And for audiences craving a queer film with a little more mischief than solemnity, that may be exactly the point.</w:t>
      </w:r>
      <w:r/>
    </w:p>
    <w:p>
      <w:r/>
      <w:r>
        <w:t>It's a riotous reminder that laughter can be both liberation and protest.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0">
        <w:r>
          <w:rPr>
            <w:color w:val="0000EE"/>
            <w:u w:val="single"/>
          </w:rPr>
          <w:t>[2]</w:t>
        </w:r>
      </w:hyperlink>
      <w:r>
        <w:t xml:space="preserve">, </w:t>
      </w:r>
      <w:hyperlink r:id="rId13">
        <w:r>
          <w:rPr>
            <w:color w:val="0000EE"/>
            <w:u w:val="single"/>
          </w:rPr>
          <w:t>[5]</w:t>
        </w:r>
      </w:hyperlink>
      <w:r>
        <w:t xml:space="preserve">- Paragraph 6: </w:t>
      </w:r>
      <w:hyperlink r:id="rId12">
        <w:r>
          <w:rPr>
            <w:color w:val="0000EE"/>
            <w:u w:val="single"/>
          </w:rPr>
          <w:t>[4]</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5">
        <w:r>
          <w:rPr>
            <w:color w:val="0000EE"/>
            <w:u w:val="single"/>
          </w:rPr>
          <w:t>[7]</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0">
        <w:r>
          <w:rPr>
            <w:color w:val="0000EE"/>
            <w:u w:val="single"/>
          </w:rPr>
          <w:t>[2]</w:t>
        </w:r>
      </w:hyperlink>
      <w:r>
        <w:t xml:space="preserve">, </w:t>
      </w:r>
      <w:hyperlink r:id="rId14">
        <w:r>
          <w:rPr>
            <w:color w:val="0000EE"/>
            <w:u w:val="single"/>
          </w:rPr>
          <w:t>[6]</w:t>
        </w:r>
      </w:hyperlink>
      <w:r>
        <w:t xml:space="preserve">- Paragraph 10: </w:t>
      </w:r>
      <w:hyperlink r:id="rId13">
        <w:r>
          <w:rPr>
            <w:color w:val="0000EE"/>
            <w:u w:val="single"/>
          </w:rPr>
          <w:t>[5]</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3">
        <w:r>
          <w:rPr>
            <w:color w:val="0000EE"/>
            <w:u w:val="single"/>
          </w:rPr>
          <w:t>[5]</w:t>
        </w:r>
      </w:hyperlink>
      <w:r>
        <w:t xml:space="preserve">- Paragraph 14: </w:t>
      </w:r>
      <w:hyperlink r:id="rId11">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https://www.diariodesevilla.es/ocio/jim-queen-critica-animacion-lgtbiq_0_2007864203.html</w:t>
        </w:r>
      </w:hyperlink>
      <w:r>
        <w:t xml:space="preserve"> - Please view link - unable to able to access data</w:t>
      </w:r>
      <w:r/>
    </w:p>
    <w:p>
      <w:pPr>
        <w:pStyle w:val="ListNumber"/>
        <w:spacing w:line="240" w:lineRule="auto"/>
        <w:ind w:left="720"/>
      </w:pPr>
      <w:r/>
      <w:hyperlink r:id="rId10">
        <w:r>
          <w:rPr>
            <w:color w:val="0000EE"/>
            <w:u w:val="single"/>
          </w:rPr>
          <w:t>https://www.irishtimes.com/culture/film/review/2026/05/19/cannes-first-look-review-jim-queen-this-gay-influencer-animated-comedy-is-gleefully-smutty/</w:t>
        </w:r>
      </w:hyperlink>
      <w:r>
        <w:t xml:space="preserve"> - The Irish Times reviews 'Jim Queen', an animated comedy directed by Nicolas Athané and Marco Nguyen, which premiered at the Cannes Film Festival. The film follows a Parisian gay influencer who contracts 'heterosis', a virus transforming gay men into heterosexuals. The review praises the film's anarchic style, comparing it to 'Rick and Morty', and highlights its humorous take on gay and straight clichés, despite some heavy-handed allegories. The performances of Alex Ramirès and Jérémy Gillet are noted for adding depth to the characters.</w:t>
      </w:r>
      <w:r/>
    </w:p>
    <w:p>
      <w:pPr>
        <w:pStyle w:val="ListNumber"/>
        <w:spacing w:line="240" w:lineRule="auto"/>
        <w:ind w:left="720"/>
      </w:pPr>
      <w:r/>
      <w:hyperlink r:id="rId11">
        <w:r>
          <w:rPr>
            <w:color w:val="0000EE"/>
            <w:u w:val="single"/>
          </w:rPr>
          <w:t>https://www.lemonde.fr/culture/article/2026/05/18/festival-de-cannes-2026-jim-queen-film-d-animation-delirant-sur-la-galaxie-gay_6690860_3246.html</w:t>
        </w:r>
      </w:hyperlink>
      <w:r>
        <w:t xml:space="preserve"> - Le Monde discusses 'Jim Queen', an animated film by Marco Nguyen and Nicolas Athané, presented at the 2026 Cannes Film Festival. The film, produced by the French studio Bobbypills, features a pop aesthetic and self-mockery, depicting a fictional disease called 'heterosis' that transforms gay men into heterosexuals. The article highlights the film's inventive and liberating approach, blending musical comedy with social critique, and notes its potential to unite the gay community through its satirical portrayal.</w:t>
      </w:r>
      <w:r/>
    </w:p>
    <w:p>
      <w:pPr>
        <w:pStyle w:val="ListNumber"/>
        <w:spacing w:line="240" w:lineRule="auto"/>
        <w:ind w:left="720"/>
      </w:pPr>
      <w:r/>
      <w:hyperlink r:id="rId12">
        <w:r>
          <w:rPr>
            <w:color w:val="0000EE"/>
            <w:u w:val="single"/>
          </w:rPr>
          <w:t>https://elpais.com/cultura/cine/2026-09-04/jim-queen-celebracion-homosexual-con-apuntes-de-autocratica.html</w:t>
        </w:r>
      </w:hyperlink>
      <w:r>
        <w:t xml:space="preserve"> - El País reviews 'Jim Queen', an adult animated film directed by Marco Nguyen and Nicolas Athané. The film offers an audacious satire of the Parisian gay male world, revolving around a fictional virus called 'heterosis' that transforms gay men into heterosexuals, creating a health crisis within the gay community. The review praises the film's irreverent humour, self-critique, and deliberate simplicity in visual aesthetics, addressing themes like social media, nightlife culture, drugs, and internal discrimination within the queer environment.</w:t>
      </w:r>
      <w:r/>
    </w:p>
    <w:p>
      <w:pPr>
        <w:pStyle w:val="ListNumber"/>
        <w:spacing w:line="240" w:lineRule="auto"/>
        <w:ind w:left="720"/>
      </w:pPr>
      <w:r/>
      <w:hyperlink r:id="rId13">
        <w:r>
          <w:rPr>
            <w:color w:val="0000EE"/>
            <w:u w:val="single"/>
          </w:rPr>
          <w:t>https://cineuropa.org/en/newsdetail/491639/</w:t>
        </w:r>
      </w:hyperlink>
      <w:r>
        <w:t xml:space="preserve"> - Cineuropa provides a review of 'Jim Queen', an adult animated film directed by Nicolas Athané and Marco Nguyen. The film centres on a fictional disease known as 'heterosis', a virus that transforms gay men into heterosexuals. The review highlights the film's sharp, hilarious, and surprisingly heartfelt narrative, noting its premiere in the Midnight Screenings section of the 2026 Cannes Film Festival. The performances of Alex Ramirès and Jérémy Gillet are commended for adding depth to the characters.</w:t>
      </w:r>
      <w:r/>
    </w:p>
    <w:p>
      <w:pPr>
        <w:pStyle w:val="ListNumber"/>
        <w:spacing w:line="240" w:lineRule="auto"/>
        <w:ind w:left="720"/>
      </w:pPr>
      <w:r/>
      <w:hyperlink r:id="rId14">
        <w:r>
          <w:rPr>
            <w:color w:val="0000EE"/>
            <w:u w:val="single"/>
          </w:rPr>
          <w:t>https://www.allocine.fr/film/fichefilm_gen_cfilm%3D310112.html</w:t>
        </w:r>
      </w:hyperlink>
      <w:r>
        <w:t xml:space="preserve"> - AlloCiné provides information on 'Jim Queen', an animated comedy directed by Marco Nguyen and Nicolas Athané. The film follows Jim, a sexy icon of the Parisian gay scene, who sees his life turned upside down when he contracts 'Hétérose', a strange virus that transforms gay men into heterosexuals. The film has a runtime of 1 hour and 25 minutes and was released in France on June 17, 2026. The page includes details about the cast, crew, and user ratings.</w:t>
      </w:r>
      <w:r/>
    </w:p>
    <w:p>
      <w:pPr>
        <w:pStyle w:val="ListNumber"/>
        <w:spacing w:line="240" w:lineRule="auto"/>
        <w:ind w:left="720"/>
      </w:pPr>
      <w:r/>
      <w:hyperlink r:id="rId15">
        <w:r>
          <w:rPr>
            <w:color w:val="0000EE"/>
            <w:u w:val="single"/>
          </w:rPr>
          <w:t>https://www.imdb.com/title/tt36955518/</w:t>
        </w:r>
      </w:hyperlink>
      <w:r>
        <w:t xml:space="preserve"> - IMDb provides details on 'Jim Queen', a 2026 adult animated film directed by Nicolas Athané and Marco Nguyen. The film follows a gay influencer whose life crumbles when a virus turns Paris's gay men straight. He teams up with a twink to find a rumored cure in the Marais district. The film is a satire on identity, fame, and queer culture. The IMDb page includes information about the cast, crew, and user ratings.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iariodesevilla.es/ocio/jim-queen-critica-animacion-lgtbiq_0_2007864203.html" TargetMode="External"/><Relationship Id="rId10" Type="http://schemas.openxmlformats.org/officeDocument/2006/relationships/hyperlink" Target="https://www.irishtimes.com/culture/film/review/2026/05/19/cannes-first-look-review-jim-queen-this-gay-influencer-animated-comedy-is-gleefully-smutty/" TargetMode="External"/><Relationship Id="rId11" Type="http://schemas.openxmlformats.org/officeDocument/2006/relationships/hyperlink" Target="https://www.lemonde.fr/culture/article/2026/05/18/festival-de-cannes-2026-jim-queen-film-d-animation-delirant-sur-la-galaxie-gay_6690860_3246.html" TargetMode="External"/><Relationship Id="rId12" Type="http://schemas.openxmlformats.org/officeDocument/2006/relationships/hyperlink" Target="https://elpais.com/cultura/cine/2026-09-04/jim-queen-celebracion-homosexual-con-apuntes-de-autocratica.html" TargetMode="External"/><Relationship Id="rId13" Type="http://schemas.openxmlformats.org/officeDocument/2006/relationships/hyperlink" Target="https://cineuropa.org/en/newsdetail/491639/" TargetMode="External"/><Relationship Id="rId14" Type="http://schemas.openxmlformats.org/officeDocument/2006/relationships/hyperlink" Target="https://www.allocine.fr/film/fichefilm_gen_cfilm%3D310112.html" TargetMode="External"/><Relationship Id="rId15" Type="http://schemas.openxmlformats.org/officeDocument/2006/relationships/hyperlink" Target="https://www.imdb.com/title/tt3695551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