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Jim Queen: the bold adult animation film challenging queer stereotypes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Audiences are discovering Jim Queen, a raunchy animated comedy about a Paris gay influencer whose life unravels after a bizarre illness takes away his fashion sense and sparks an interest in football. Premiering at Cannes and arriving in Spanish cinemas on 4 September, the film matters because it turns queer community, politics and prejudice into colourful, unruly entertainment.</w:t>
      </w:r>
      <w:r/>
    </w:p>
    <w:p>
      <w:pPr>
        <w:pStyle w:val="Heading2"/>
      </w:pPr>
      <w:r>
        <w:t>Essential Takeaways</w:t>
      </w:r>
      <w:r/>
      <w:r/>
    </w:p>
    <w:p>
      <w:pPr>
        <w:pStyle w:val="ListBullet"/>
        <w:spacing w:line="240" w:lineRule="auto"/>
        <w:ind w:left="720"/>
      </w:pPr>
      <w:r/>
      <w:r>
        <w:rPr>
          <w:b/>
        </w:rPr>
        <w:t>A very unusual premise:</w:t>
      </w:r>
      <w:r>
        <w:t xml:space="preserve"> “Heterosis” transforms gay characters into straight versions of themselves, with deliberately absurd symptoms.</w:t>
      </w:r>
      <w:r/>
    </w:p>
    <w:p>
      <w:pPr>
        <w:pStyle w:val="ListBullet"/>
        <w:spacing w:line="240" w:lineRule="auto"/>
        <w:ind w:left="720"/>
      </w:pPr>
      <w:r/>
      <w:r>
        <w:rPr>
          <w:b/>
        </w:rPr>
        <w:t>Made for adults:</w:t>
      </w:r>
      <w:r>
        <w:t xml:space="preserve"> The film combines 2D animation, sexual humour and sharp satire rather than family-friendly fantasy.</w:t>
      </w:r>
      <w:r/>
    </w:p>
    <w:p>
      <w:pPr>
        <w:pStyle w:val="ListBullet"/>
        <w:spacing w:line="240" w:lineRule="auto"/>
        <w:ind w:left="720"/>
      </w:pPr>
      <w:r/>
      <w:r>
        <w:rPr>
          <w:b/>
        </w:rPr>
        <w:t>A Cannes conversation-starter:</w:t>
      </w:r>
      <w:r>
        <w:t xml:space="preserve"> Early coverage has highlighted its gleefully provocative tone and distinctive queer perspective.</w:t>
      </w:r>
      <w:r/>
    </w:p>
    <w:p>
      <w:pPr>
        <w:pStyle w:val="ListBullet"/>
        <w:spacing w:line="240" w:lineRule="auto"/>
        <w:ind w:left="720"/>
      </w:pPr>
      <w:r/>
      <w:r>
        <w:rPr>
          <w:b/>
        </w:rPr>
        <w:t>More political than planned:</w:t>
      </w:r>
      <w:r>
        <w:t xml:space="preserve"> Its creators say the changing climate for LGBTQ+ rights pushed the story towards activism.</w:t>
      </w:r>
      <w:r/>
    </w:p>
    <w:p>
      <w:pPr>
        <w:pStyle w:val="ListBullet"/>
        <w:spacing w:line="240" w:lineRule="auto"/>
        <w:ind w:left="720"/>
      </w:pPr>
      <w:r/>
      <w:r>
        <w:rPr>
          <w:b/>
        </w:rPr>
        <w:t>A community-centred story:</w:t>
      </w:r>
      <w:r>
        <w:t xml:space="preserve"> The film focuses on belonging, safe spaces and the joy found in queer culture.</w:t>
      </w:r>
      <w:r/>
      <w:r/>
    </w:p>
    <w:p>
      <w:pPr>
        <w:pStyle w:val="Heading2"/>
      </w:pPr>
      <w:r>
        <w:t>A gay influencer, a strange illness and a very sharp joke</w:t>
      </w:r>
      <w:r/>
    </w:p>
    <w:p>
      <w:r/>
      <w:r>
        <w:t>Jim Queen begins with a premise that sounds like a particularly chaotic late-night conversation. Its title character is a major figure in Paris's gay scene, but his carefully styled world starts collapsing when he contracts heterosis, an invented condition that brings an appetite for football, a loss of interest in fashion and an unwelcome belly.</w:t>
      </w:r>
      <w:r/>
    </w:p>
    <w:p>
      <w:r/>
      <w:r>
        <w:t>The joke is intentionally broad, even vulgar at times, but that's part of the film's method. Rather than presenting a polished, respectable version of queer life, it throws viewers into a loud, camp and sexually charged world. The Irish Times described the Cannes first look as a gleefully smutty animated comedy, which gives a fair flavour of its mischievous approach.</w:t>
      </w:r>
      <w:r/>
    </w:p>
    <w:p>
      <w:r/>
      <w:r>
        <w:t>That doesn't mean the film is only interested in shock. Beneath the bright colours and outrageous gags is a story about what happens when a community's identity is treated as something that can be diagnosed, corrected or erased.</w:t>
      </w:r>
      <w:r/>
    </w:p>
    <w:p>
      <w:pPr>
        <w:pStyle w:val="Heading2"/>
      </w:pPr>
      <w:r>
        <w:t>From rural isolation to queer autofiction</w:t>
      </w:r>
      <w:r/>
    </w:p>
    <w:p>
      <w:r/>
      <w:r>
        <w:t>Writer Simon Balteaux has described Jim Queen as partly autobiographical, created with director and co-writer Marco Nguyen. The pair drew on their younger years and on a queer community they felt was rarely represented on screen, particularly in animation.</w:t>
      </w:r>
      <w:r/>
    </w:p>
    <w:p>
      <w:r/>
      <w:r>
        <w:t>Balteaux's own background helped shape the film's darker ideas. Growing up in a tiny rural village during the 1980s, he says social attitudes made him feel monstrous or ill. He also connected the fictional disease to the fear surrounding HIV that he experienced as a young gay man.</w:t>
      </w:r>
      <w:r/>
    </w:p>
    <w:p>
      <w:r/>
      <w:r>
        <w:t>That combination gives heterosis more weight than a simple comic device. It's a satirical version of old prejudices: the idea that being gay is an illness, a threat or a condition to be cured. Cineuropa's coverage of the film's festival journey has helped place it within a wider European animation scene that's increasingly open to adult, politically charged stories.</w:t>
      </w:r>
      <w:r/>
    </w:p>
    <w:p>
      <w:pPr>
        <w:pStyle w:val="Heading2"/>
      </w:pPr>
      <w:r>
        <w:t>Why the animation makes the satire land harder</w:t>
      </w:r>
      <w:r/>
    </w:p>
    <w:p>
      <w:r/>
      <w:r>
        <w:t>The 2D style may initially suggest something soft or nostalgic, but Jim Queen uses animation to go places a conventional live-action comedy might struggle to reach. Bodies can change, desires can be exaggerated and the film's visual world can swing from glamorous to grotesque in a heartbeat.</w:t>
      </w:r>
      <w:r/>
    </w:p>
    <w:p>
      <w:r/>
      <w:r>
        <w:t>That contrast is useful. The handmade, graphic quality creates distance from the story's most uncomfortable ideas, while also making its sexual humour and social satire feel more theatrical. It's less a realistic portrait than a carnival version of queer life, complete with performance, excess and danger.</w:t>
      </w:r>
      <w:r/>
    </w:p>
    <w:p>
      <w:r/>
      <w:r>
        <w:t>Spanish reviews have pointed to that tension between the film's playful surface and its more serious observations. Viewers looking for naturalistic drama may find it brash, but anyone drawn to adult animation with a strong visual identity will find plenty to chew on.</w:t>
      </w:r>
      <w:r/>
    </w:p>
    <w:p>
      <w:pPr>
        <w:pStyle w:val="Heading2"/>
      </w:pPr>
      <w:r>
        <w:t>A comedy that became more political</w:t>
      </w:r>
      <w:r/>
    </w:p>
    <w:p>
      <w:r/>
      <w:r>
        <w:t>When the project began, its creators apparently didn't expect it to become such an overtly political film. The world around it changed, however, and the story's concerns became harder to separate from real events affecting LGBTQ+ people.</w:t>
      </w:r>
      <w:r/>
    </w:p>
    <w:p>
      <w:r/>
      <w:r>
        <w:t>Balteaux has pointed to the tightening of anti-LGBTQ+ laws and rhetoric in countries including Senegal, Russia and the United States. His argument is blunt but difficult to dismiss: queer people can't easily live with their backs turned to politics when political decisions continue to shape their safety and freedom.</w:t>
      </w:r>
      <w:r/>
    </w:p>
    <w:p>
      <w:r/>
      <w:r>
        <w:t>That gives the film an unexpectedly current edge. Its central illness may be ridiculous, but the fear behind it isn't. As AlloCine and FilmAffinity audience pages show, reactions to the film have varied, which is hardly surprising for a work designed to provoke rather than politely reassure.</w:t>
      </w:r>
      <w:r/>
    </w:p>
    <w:p>
      <w:pPr>
        <w:pStyle w:val="Heading2"/>
      </w:pPr>
      <w:r>
        <w:t>What viewers should know before booking</w:t>
      </w:r>
      <w:r/>
    </w:p>
    <w:p>
      <w:r/>
      <w:r>
        <w:t>Jim Queen isn't animated escapism in the family-film sense. Expect adult humour, sexual references, flamboyant characters and a story that treats queer culture as something lived, messy and worth defending. Its comedy is deliberately irreverent, so a taste for camp and social satire will probably make the experience more enjoyable.</w:t>
      </w:r>
      <w:r/>
    </w:p>
    <w:p>
      <w:r/>
      <w:r>
        <w:t>It may also work as an introduction for viewers who haven't spent much time with queer cinema. The filmmakers reportedly worked alongside heterosexual writers, and the finished film aims less to lecture than to show what makes community spaces comforting and valuable.</w:t>
      </w:r>
      <w:r/>
    </w:p>
    <w:p>
      <w:r/>
      <w:r>
        <w:t>The most interesting question is whether the jokes open the door to empathy. If they do, Jim Queen will have achieved something more lasting than a few gasps and laughs. It will have made a colourful, unruly argument for visibility.</w:t>
      </w:r>
      <w:r/>
    </w:p>
    <w:p>
      <w:r/>
      <w:r>
        <w:t>It's a riotous film with a serious pulse beneath the glitter.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4">
        <w:r>
          <w:rPr>
            <w:color w:val="0000EE"/>
            <w:u w:val="single"/>
          </w:rPr>
          <w:t>[6]</w:t>
        </w:r>
      </w:hyperlink>
      <w:r>
        <w:t xml:space="preserve">- Paragraph 6: </w:t>
      </w:r>
      <w:hyperlink r:id="rId12">
        <w:r>
          <w:rPr>
            <w:color w:val="0000EE"/>
            <w:u w:val="single"/>
          </w:rPr>
          <w:t>[4]</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3">
        <w:r>
          <w:rPr>
            <w:color w:val="0000EE"/>
            <w:u w:val="single"/>
          </w:rPr>
          <w:t>[5]</w:t>
        </w:r>
      </w:hyperlink>
      <w:r>
        <w:t xml:space="preserve">- Paragraph 8: </w:t>
      </w:r>
      <w:hyperlink r:id="rId11">
        <w:r>
          <w:rPr>
            <w:color w:val="0000EE"/>
            <w:u w:val="single"/>
          </w:rPr>
          <w:t>[3]</w:t>
        </w:r>
      </w:hyperlink>
      <w:r>
        <w:t xml:space="preserve">, </w:t>
      </w:r>
      <w:hyperlink r:id="rId12">
        <w:r>
          <w:rPr>
            <w:color w:val="0000EE"/>
            <w:u w:val="single"/>
          </w:rPr>
          <w:t>[4]</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2">
        <w:r>
          <w:rPr>
            <w:color w:val="0000EE"/>
            <w:u w:val="single"/>
          </w:rPr>
          <w:t>[4]</w:t>
        </w:r>
      </w:hyperlink>
      <w:r>
        <w:t xml:space="preserve">- Paragraph 14: </w:t>
      </w:r>
      <w:hyperlink r:id="rId11">
        <w:r>
          <w:rPr>
            <w:color w:val="0000EE"/>
            <w:u w:val="single"/>
          </w:rPr>
          <w:t>[3]</w:t>
        </w:r>
      </w:hyperlink>
      <w:r>
        <w:t xml:space="preserve">, </w:t>
      </w:r>
      <w:hyperlink r:id="rId13">
        <w:r>
          <w:rPr>
            <w:color w:val="0000EE"/>
            <w:u w:val="single"/>
          </w:rPr>
          <w:t>[5]</w:t>
        </w:r>
      </w:hyperlink>
      <w:r>
        <w:t xml:space="preserve">- Paragraph 15: </w:t>
      </w:r>
      <w:hyperlink r:id="rId14">
        <w:r>
          <w:rPr>
            <w:color w:val="0000EE"/>
            <w:u w:val="single"/>
          </w:rPr>
          <w:t>[6]</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[3]</w:t>
        </w:r>
      </w:hyperlink>
      <w:r>
        <w:t xml:space="preserve">- Paragraph 17: </w:t>
      </w:r>
      <w:hyperlink r:id="rId12">
        <w:r>
          <w:rPr>
            <w:color w:val="0000EE"/>
            <w:u w:val="single"/>
          </w:rPr>
          <w:t>[4]</w:t>
        </w:r>
      </w:hyperlink>
      <w:r>
        <w:t xml:space="preserve">, </w:t>
      </w:r>
      <w:hyperlink r:id="rId13">
        <w:r>
          <w:rPr>
            <w:color w:val="0000EE"/>
            <w:u w:val="single"/>
          </w:rPr>
          <w:t>[5]</w:t>
        </w:r>
      </w:hyperlink>
      <w:r>
        <w:t xml:space="preserve">- Paragraph 18: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https://www.vogue.es/articulos/simon-balteaux-entrevista-jim-queen-estrenos-cine</w:t>
        </w:r>
      </w:hyperlink>
      <w:r>
        <w:t xml:space="preserve"> - Please view link - unable to able to access data</w:t>
      </w:r>
      <w:r/>
    </w:p>
    <w:p>
      <w:pPr>
        <w:pStyle w:val="ListNumber"/>
        <w:spacing w:line="240" w:lineRule="auto"/>
        <w:ind w:left="720"/>
      </w:pPr>
      <w:r/>
      <w:hyperlink r:id="rId10">
        <w:r>
          <w:rPr>
            <w:color w:val="0000EE"/>
            <w:u w:val="single"/>
          </w:rPr>
          <w:t>https://www.irishtimes.com/culture/film/review/2026/05/19/cannes-first-look-review-jim-queen-this-gay-influencer-animated-comedy-is-gleefully-smutty/</w:t>
        </w:r>
      </w:hyperlink>
      <w:r>
        <w:t xml:space="preserve"> - The Irish Times reviews 'Jim Queen', an animated comedy directed by Nicolas Athane and Marco Nguyen, which premiered at the 2026 Cannes Film Festival. The film follows a Parisian gay influencer who contracts 'heterosis', a virus turning gay men straight. The review praises the film's anarchic style, comparing it to 'Rick and Morty', and highlights its humorous take on gay and straight clichés, despite some concerns about its AIDS-adjacent allegory. Audiences at Cannes responded positively, enjoying the film's crass energy and colourful animation.</w:t>
      </w:r>
      <w:r/>
    </w:p>
    <w:p>
      <w:pPr>
        <w:pStyle w:val="ListNumber"/>
        <w:spacing w:line="240" w:lineRule="auto"/>
        <w:ind w:left="720"/>
      </w:pPr>
      <w:r/>
      <w:hyperlink r:id="rId11">
        <w:r>
          <w:rPr>
            <w:color w:val="0000EE"/>
            <w:u w:val="single"/>
          </w:rPr>
          <w:t>https://cineuropa.org/en/newsdetail/491639/</w:t>
        </w:r>
      </w:hyperlink>
      <w:r>
        <w:t xml:space="preserve"> - Cineuropa provides a review of 'Jim Queen', an adult animated film directed by Nicolas Athané and Marco Nguyen. The film centres on a fictional disease called 'heterosis', which transforms gay men into heterosexuals. The review notes the film's sharp, hilarious, and surprisingly heartfelt narrative, highlighting its satirical take on contemporary issues within the gay community. The film premiered in the Midnight Screenings section at the 2026 Cannes Film Festival, showcasing the directors' directorial debut.</w:t>
      </w:r>
      <w:r/>
    </w:p>
    <w:p>
      <w:pPr>
        <w:pStyle w:val="ListNumber"/>
        <w:spacing w:line="240" w:lineRule="auto"/>
        <w:ind w:left="720"/>
      </w:pPr>
      <w:r/>
      <w:hyperlink r:id="rId12">
        <w:r>
          <w:rPr>
            <w:color w:val="0000EE"/>
            <w:u w:val="single"/>
          </w:rPr>
          <w:t>https://www.animatic.es/2026/05/critica-jim-queen/</w:t>
        </w:r>
      </w:hyperlink>
      <w:r>
        <w:t xml:space="preserve"> - Animatic offers a critique of 'Jim Queen', an adult animated film directed by Marco Nguyen and Nicolas Athané. The film is described as a hyperkinetic proposal that adopts comedy as its guiding formal principle, without renouncing a lucid and rigorous dissection of the visual codes that organise contemporary desire and the plastic representation of the body. The review highlights the film's unique approach to animation and its exploration of contemporary themes.</w:t>
      </w:r>
      <w:r/>
    </w:p>
    <w:p>
      <w:pPr>
        <w:pStyle w:val="ListNumber"/>
        <w:spacing w:line="240" w:lineRule="auto"/>
        <w:ind w:left="720"/>
      </w:pPr>
      <w:r/>
      <w:hyperlink r:id="rId13">
        <w:r>
          <w:rPr>
            <w:color w:val="0000EE"/>
            <w:u w:val="single"/>
          </w:rPr>
          <w:t>https://www.allocine.fr/film/fichefilm-310112/critiques/spectateurs/</w:t>
        </w:r>
      </w:hyperlink>
      <w:r>
        <w:t xml:space="preserve"> - AlloCiné features audience reviews of 'Jim Queen', an adult animated comedy presented at the 2026 Cannes Film Festival. The film is praised for its intelligent queer animation and its rich thematic content, highlighting issues within the queer community, including the threats of conversion therapies and international anti-LGBT politics. The film is noted for its unflinching portrayal of queer realities, dangers, and practices, blending humour, crudity, and violence to critique society.</w:t>
      </w:r>
      <w:r/>
    </w:p>
    <w:p>
      <w:pPr>
        <w:pStyle w:val="ListNumber"/>
        <w:spacing w:line="240" w:lineRule="auto"/>
        <w:ind w:left="720"/>
      </w:pPr>
      <w:r/>
      <w:hyperlink r:id="rId14">
        <w:r>
          <w:rPr>
            <w:color w:val="0000EE"/>
            <w:u w:val="single"/>
          </w:rPr>
          <w:t>https://es.wikipedia.org/wiki/Jim_Queen</w:t>
        </w:r>
      </w:hyperlink>
      <w:r>
        <w:t xml:space="preserve"> - The Spanish Wikipedia page for 'Jim Queen' provides detailed information about the film, including its cast, production details, and references. The film is directed by Nicolas Athané and Marco Nguyen, with a script by Simon Balteaux. The page also mentions the film's financing sources, including Eurimages and regional grants, and provides insights into the film's production and thematic elements.</w:t>
      </w:r>
      <w:r/>
    </w:p>
    <w:p>
      <w:pPr>
        <w:pStyle w:val="ListNumber"/>
        <w:spacing w:line="240" w:lineRule="auto"/>
        <w:ind w:left="720"/>
      </w:pPr>
      <w:r/>
      <w:hyperlink r:id="rId15">
        <w:r>
          <w:rPr>
            <w:color w:val="0000EE"/>
            <w:u w:val="single"/>
          </w:rPr>
          <w:t>https://www.filmaffinity.com/es/film291449.html</w:t>
        </w:r>
      </w:hyperlink>
      <w:r>
        <w:t xml:space="preserve"> - FilmAffinity provides information about 'Jim Queen', an adult animated film directed by Marco Nguyen and Nicolas Athané. The film is set to be released in Spain on September 4, 2026. The page includes details about the film's cast, including François Sagat, Jérémy Gillet, Philippe Katerine, and Elisabeth Wiener. It also provides information about the film's production and its reception.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vogue.es/articulos/simon-balteaux-entrevista-jim-queen-estrenos-cine" TargetMode="External"/><Relationship Id="rId10" Type="http://schemas.openxmlformats.org/officeDocument/2006/relationships/hyperlink" Target="https://www.irishtimes.com/culture/film/review/2026/05/19/cannes-first-look-review-jim-queen-this-gay-influencer-animated-comedy-is-gleefully-smutty/" TargetMode="External"/><Relationship Id="rId11" Type="http://schemas.openxmlformats.org/officeDocument/2006/relationships/hyperlink" Target="https://cineuropa.org/en/newsdetail/491639/" TargetMode="External"/><Relationship Id="rId12" Type="http://schemas.openxmlformats.org/officeDocument/2006/relationships/hyperlink" Target="https://www.animatic.es/2026/05/critica-jim-queen/" TargetMode="External"/><Relationship Id="rId13" Type="http://schemas.openxmlformats.org/officeDocument/2006/relationships/hyperlink" Target="https://www.allocine.fr/film/fichefilm-310112/critiques/spectateurs/" TargetMode="External"/><Relationship Id="rId14" Type="http://schemas.openxmlformats.org/officeDocument/2006/relationships/hyperlink" Target="https://es.wikipedia.org/wiki/Jim_Queen" TargetMode="External"/><Relationship Id="rId15" Type="http://schemas.openxmlformats.org/officeDocument/2006/relationships/hyperlink" Target="https://www.filmaffinity.com/es/film291449.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