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Heartstopper Forever trailer teases an emotional Netflix farewell</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Netflix has unveiled the first trailer for Heartstopper Forever, promising a tender final chapter for Charlie and Nick. The feature-length finale brings the beloved LGBTQ+ romance to a close with bigger feelings, new music and an interactive fan element, making it one of the most anticipated streaming events of the summer.</w:t>
      </w:r>
      <w:r/>
    </w:p>
    <w:p>
      <w:pPr>
        <w:pStyle w:val="Heading2"/>
      </w:pPr>
      <w:r>
        <w:t>Essential Takeaways</w:t>
      </w:r>
      <w:r/>
      <w:r/>
    </w:p>
    <w:p>
      <w:pPr>
        <w:pStyle w:val="ListBullet"/>
        <w:spacing w:line="240" w:lineRule="auto"/>
        <w:ind w:left="720"/>
      </w:pPr>
      <w:r/>
      <w:r>
        <w:rPr>
          <w:b/>
        </w:rPr>
        <w:t>A final goodbye:</w:t>
      </w:r>
      <w:r>
        <w:t xml:space="preserve"> Heartstopper Forever is positioned as the concluding chapter of the Netflix story.</w:t>
      </w:r>
      <w:r/>
    </w:p>
    <w:p>
      <w:pPr>
        <w:pStyle w:val="ListBullet"/>
        <w:spacing w:line="240" w:lineRule="auto"/>
        <w:ind w:left="720"/>
      </w:pPr>
      <w:r/>
      <w:r>
        <w:rPr>
          <w:b/>
        </w:rPr>
        <w:t>Charlie and Nick remain central:</w:t>
      </w:r>
      <w:r>
        <w:t xml:space="preserve"> Their relationship faces fresh emotional pressure as the pair look towards the future.</w:t>
      </w:r>
      <w:r/>
    </w:p>
    <w:p>
      <w:pPr>
        <w:pStyle w:val="ListBullet"/>
        <w:spacing w:line="240" w:lineRule="auto"/>
        <w:ind w:left="720"/>
      </w:pPr>
      <w:r/>
      <w:r>
        <w:rPr>
          <w:b/>
        </w:rPr>
        <w:t>Fans get something extra:</w:t>
      </w:r>
      <w:r>
        <w:t xml:space="preserve"> Netflix has introduced an interactive feature connected to the finale.</w:t>
      </w:r>
      <w:r/>
    </w:p>
    <w:p>
      <w:pPr>
        <w:pStyle w:val="ListBullet"/>
        <w:spacing w:line="240" w:lineRule="auto"/>
        <w:ind w:left="720"/>
      </w:pPr>
      <w:r/>
      <w:r>
        <w:rPr>
          <w:b/>
        </w:rPr>
        <w:t>A new soundtrack moment:</w:t>
      </w:r>
      <w:r>
        <w:t xml:space="preserve"> The trailer uses an Olivia Rodrigo song, adding a glossy pop lift to the emotion.</w:t>
      </w:r>
      <w:r/>
    </w:p>
    <w:p>
      <w:pPr>
        <w:pStyle w:val="ListBullet"/>
        <w:spacing w:line="240" w:lineRule="auto"/>
        <w:ind w:left="720"/>
      </w:pPr>
      <w:r/>
      <w:r>
        <w:rPr>
          <w:b/>
        </w:rPr>
        <w:t>The mood stays heartfelt:</w:t>
      </w:r>
      <w:r>
        <w:t xml:space="preserve"> Expect soft romance, difficult conversations and plenty of that familiar warmth.</w:t>
      </w:r>
      <w:r/>
      <w:r/>
    </w:p>
    <w:p>
      <w:pPr>
        <w:pStyle w:val="Heading2"/>
      </w:pPr>
      <w:r>
        <w:t>The Heartstopper Forever trailer goes straight for the feelings</w:t>
      </w:r>
      <w:r/>
    </w:p>
    <w:p>
      <w:r/>
      <w:r>
        <w:t>The trailer wastes little time reminding viewers why Heartstopper became such a comfort watch. Charlie and Nick are still at the centre, but the easy glow of early romance has matured into something more complicated, with uncertainty, distance and life beyond school pressing in around them.</w:t>
      </w:r>
      <w:r/>
    </w:p>
    <w:p>
      <w:r/>
      <w:r>
        <w:t>There are familiar visual touches, too: quiet looks, nervous conversations and the sort of gentle intimacy that makes the series feel less like a conventional teen drama and more like a warm cup of tea after a difficult day. Netflix's Tudum presents the film as a meaningful continuation rather than a simple reunion special.</w:t>
      </w:r>
      <w:r/>
    </w:p>
    <w:p>
      <w:pPr>
        <w:pStyle w:val="Heading2"/>
      </w:pPr>
      <w:r>
        <w:t>This isn't just another season finale</w:t>
      </w:r>
      <w:r/>
    </w:p>
    <w:p>
      <w:r/>
      <w:r>
        <w:t>Heartstopper Forever is being billed as a film, which gives the story room to feel more expansive. Instead of racing through a final batch of episodes, the feature format should allow the characters' relationships and individual growing pains to breathe.</w:t>
      </w:r>
      <w:r/>
    </w:p>
    <w:p>
      <w:r/>
      <w:r>
        <w:t>TechRadar reported that the finale includes an interactive feature for fans, giving audiences a way to engage with the release beyond simply pressing play. It's a smart move for a show with such a devoted community, although the real test will be whether the gimmick complements the story rather than distracting from it.</w:t>
      </w:r>
      <w:r/>
    </w:p>
    <w:p>
      <w:pPr>
        <w:pStyle w:val="Heading2"/>
      </w:pPr>
      <w:r>
        <w:t>Charlie and Nick face the future together</w:t>
      </w:r>
      <w:r/>
    </w:p>
    <w:p>
      <w:r/>
      <w:r>
        <w:t>At the heart of the trailer is a familiar question: what happens when a first great love has to survive real change? Charlie and Nick have already navigated friendship, coming out, mental health and the intensity of adolescence. Now, the story appears ready to ask how they carry that bond into adulthood.</w:t>
      </w:r>
      <w:r/>
    </w:p>
    <w:p>
      <w:r/>
      <w:r>
        <w:t>That shift matters because Heartstopper has never treated romance as a magical solution to every problem. The new film seems to keep that balance, pairing affectionate moments with the harder work of communication and personal growth. In other words, there's still plenty of sweetness, but the stakes feel more grown-up.</w:t>
      </w:r>
      <w:r/>
    </w:p>
    <w:p>
      <w:pPr>
        <w:pStyle w:val="Heading2"/>
      </w:pPr>
      <w:r>
        <w:t>Olivia Rodrigo adds a polished pop edge</w:t>
      </w:r>
      <w:r/>
    </w:p>
    <w:p>
      <w:r/>
      <w:r>
        <w:t>The trailer also features a new Olivia Rodrigo song, according to Just Jared Jr, giving the preview an extra rush of melancholy-pop energy. Her music is a natural fit for a story built around big feelings, private uncertainty and the emotional aftershocks of change.</w:t>
      </w:r>
      <w:r/>
    </w:p>
    <w:p>
      <w:r/>
      <w:r>
        <w:t>Music has always been one of Heartstopper's strongest mood-setters. A well-placed track can turn a hesitant glance into a full emotional event, and this trailer appears to understand that instinct perfectly. Expect playlists everywhere to acquire at least one new heartbreak anthem.</w:t>
      </w:r>
      <w:r/>
    </w:p>
    <w:p>
      <w:pPr>
        <w:pStyle w:val="Heading2"/>
      </w:pPr>
      <w:r>
        <w:t>A carefully timed goodbye for Netflix viewers</w:t>
      </w:r>
      <w:r/>
    </w:p>
    <w:p>
      <w:r/>
      <w:r>
        <w:t>The finale arrives during a busy summer television season, with The Guardian listing Heartstopper Forever among the year's notable upcoming releases. That gives the film plenty of attention, but it also raises expectations: fans won't just want a dramatic ending, they'll want one that feels emotionally honest.</w:t>
      </w:r>
      <w:r/>
    </w:p>
    <w:p>
      <w:r/>
      <w:r>
        <w:t>The series has built its reputation on kindness without becoming weightless, and that will be the difficult balance to preserve in its last outing. If the film can offer closure while leaving space for the characters' lives to continue beyond the credits, it could land as a genuinely satisfying farewell.</w:t>
      </w:r>
      <w:r/>
    </w:p>
    <w:p>
      <w:r/>
      <w:r>
        <w:t>For now, the trailer promises one last tender, teary trip back to Heartstopper's world.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0">
        <w:r>
          <w:rPr>
            <w:color w:val="0000EE"/>
            <w:u w:val="single"/>
          </w:rPr>
          <w:t>[2]</w:t>
        </w:r>
      </w:hyperlink>
      <w:r>
        <w:t xml:space="preserve">, </w:t>
      </w:r>
      <w:hyperlink r:id="rId12">
        <w:r>
          <w:rPr>
            <w:color w:val="0000EE"/>
            <w:u w:val="single"/>
          </w:rPr>
          <w:t>[3]</w:t>
        </w:r>
      </w:hyperlink>
      <w:r>
        <w:t xml:space="preserve">- Paragraph 3: </w:t>
      </w:r>
      <w:hyperlink r:id="rId11">
        <w:r>
          <w:rPr>
            <w:color w:val="0000EE"/>
            <w:u w:val="single"/>
          </w:rPr>
          <w:t>[4]</w:t>
        </w:r>
      </w:hyperlink>
      <w:r>
        <w:t xml:space="preserve">, </w:t>
      </w:r>
      <w:hyperlink r:id="rId13">
        <w:r>
          <w:rPr>
            <w:color w:val="0000EE"/>
            <w:u w:val="single"/>
          </w:rPr>
          <w:t>[6]</w:t>
        </w:r>
      </w:hyperlink>
      <w:r>
        <w:t xml:space="preserve">- Paragraph 4: </w:t>
      </w:r>
      <w:hyperlink r:id="rId12">
        <w:r>
          <w:rPr>
            <w:color w:val="0000EE"/>
            <w:u w:val="single"/>
          </w:rPr>
          <w:t>[3]</w:t>
        </w:r>
      </w:hyperlink>
      <w:r>
        <w:t xml:space="preserve">, </w:t>
      </w:r>
      <w:hyperlink r:id="rId14">
        <w:r>
          <w:rPr>
            <w:color w:val="0000EE"/>
            <w:u w:val="single"/>
          </w:rPr>
          <w:t>[5]</w:t>
        </w:r>
      </w:hyperlink>
      <w:r>
        <w:t xml:space="preserve">- Paragraph 5: </w:t>
      </w:r>
      <w:hyperlink r:id="rId10">
        <w:r>
          <w:rPr>
            <w:color w:val="0000EE"/>
            <w:u w:val="single"/>
          </w:rPr>
          <w:t>[2]</w:t>
        </w:r>
      </w:hyperlink>
      <w:r>
        <w:t xml:space="preserve">, </w:t>
      </w:r>
      <w:hyperlink r:id="rId11">
        <w:r>
          <w:rPr>
            <w:color w:val="0000EE"/>
            <w:u w:val="single"/>
          </w:rPr>
          <w:t>[4]</w:t>
        </w:r>
      </w:hyperlink>
      <w:r>
        <w:t xml:space="preserve">- Paragraph 6: </w:t>
      </w:r>
      <w:hyperlink r:id="rId12">
        <w:r>
          <w:rPr>
            <w:color w:val="0000EE"/>
            <w:u w:val="single"/>
          </w:rPr>
          <w:t>[3]</w:t>
        </w:r>
      </w:hyperlink>
      <w:r>
        <w:t xml:space="preserve">, </w:t>
      </w:r>
      <w:hyperlink r:id="rId13">
        <w:r>
          <w:rPr>
            <w:color w:val="0000EE"/>
            <w:u w:val="single"/>
          </w:rPr>
          <w:t>[6]</w:t>
        </w:r>
      </w:hyperlink>
      <w:r>
        <w:t xml:space="preserve">- Paragraph 7: </w:t>
      </w:r>
      <w:hyperlink r:id="rId14">
        <w:r>
          <w:rPr>
            <w:color w:val="0000EE"/>
            <w:u w:val="single"/>
          </w:rPr>
          <w:t>[5]</w:t>
        </w:r>
      </w:hyperlink>
      <w:r>
        <w:t xml:space="preserve">, </w:t>
      </w:r>
      <w:hyperlink r:id="rId15">
        <w:r>
          <w:rPr>
            <w:color w:val="0000EE"/>
            <w:u w:val="single"/>
          </w:rPr>
          <w:t>[7]</w:t>
        </w:r>
      </w:hyperlink>
      <w:r>
        <w:t xml:space="preserve">- Paragraph 8: </w:t>
      </w:r>
      <w:hyperlink r:id="rId10">
        <w:r>
          <w:rPr>
            <w:color w:val="0000EE"/>
            <w:u w:val="single"/>
          </w:rPr>
          <w:t>[2]</w:t>
        </w:r>
      </w:hyperlink>
      <w:r>
        <w:t xml:space="preserve">, </w:t>
      </w:r>
      <w:hyperlink r:id="rId14">
        <w:r>
          <w:rPr>
            <w:color w:val="0000EE"/>
            <w:u w:val="single"/>
          </w:rPr>
          <w:t>[5]</w:t>
        </w:r>
      </w:hyperlink>
      <w:r>
        <w:t xml:space="preserve">- Paragraph 9: </w:t>
      </w:r>
      <w:hyperlink r:id="rId13">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[4]</w:t>
        </w:r>
      </w:hyperlink>
      <w:r>
        <w:t xml:space="preserve">- Paragraph 11: </w:t>
      </w:r>
      <w:hyperlink r:id="rId12">
        <w:r>
          <w:rPr>
            <w:color w:val="0000EE"/>
            <w:u w:val="single"/>
          </w:rPr>
          <w:t>[3]</w:t>
        </w:r>
      </w:hyperlink>
      <w:r>
        <w:t xml:space="preserve">, </w:t>
      </w:r>
      <w:hyperlink r:id="rId13">
        <w:r>
          <w:rPr>
            <w:color w:val="0000EE"/>
            <w:u w:val="single"/>
          </w:rPr>
          <w:t>[6]</w:t>
        </w:r>
      </w:hyperlink>
      <w:r>
        <w:t xml:space="preserve">- Paragraph 12: </w:t>
      </w:r>
      <w:hyperlink r:id="rId14">
        <w:r>
          <w:rPr>
            <w:color w:val="0000EE"/>
            <w:u w:val="single"/>
          </w:rPr>
          <w:t>[5]</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[4]</w:t>
        </w:r>
      </w:hyperlink>
      <w:r>
        <w:t xml:space="preserve">- Paragraph 14: </w:t>
      </w:r>
      <w:hyperlink r:id="rId13">
        <w:r>
          <w:rPr>
            <w:color w:val="0000EE"/>
            <w:u w:val="single"/>
          </w:rPr>
          <w:t>[6]</w:t>
        </w:r>
      </w:hyperlink>
      <w:r>
        <w:t xml:space="preserve">, </w:t>
      </w:r>
      <w:hyperlink r:id="rId15">
        <w:r>
          <w:rPr>
            <w:color w:val="0000EE"/>
            <w:u w:val="single"/>
          </w:rPr>
          <w:t>[7]</w:t>
        </w:r>
      </w:hyperlink>
      <w:r>
        <w:t xml:space="preserve">- Paragraph 15: </w:t>
      </w:r>
      <w:hyperlink r:id="rId10">
        <w:r>
          <w:rPr>
            <w:color w:val="0000EE"/>
            <w:u w:val="single"/>
          </w:rPr>
          <w:t>[2]</w:t>
        </w:r>
      </w:hyperlink>
      <w:r>
        <w:t xml:space="preserve">, </w:t>
      </w:r>
      <w:hyperlink r:id="rId12">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https://meaws.com/news/the-trailer-for-joe-locke-s-scandalous-new/105174</w:t>
        </w:r>
      </w:hyperlink>
      <w:r>
        <w:t xml:space="preserve"> - Please view link - unable to able to access data</w:t>
      </w:r>
      <w:r/>
    </w:p>
    <w:p>
      <w:pPr>
        <w:pStyle w:val="ListNumber"/>
        <w:spacing w:line="240" w:lineRule="auto"/>
        <w:ind w:left="720"/>
      </w:pPr>
      <w:r/>
      <w:hyperlink r:id="rId10">
        <w:r>
          <w:rPr>
            <w:color w:val="0000EE"/>
            <w:u w:val="single"/>
          </w:rPr>
          <w:t>https://www.netflix.com/tudum/articles/heartstopper-forever-trailer?inapp=true</w:t>
        </w:r>
      </w:hyperlink>
      <w:r>
        <w:t xml:space="preserve"> - Netflix’s own trailer post confirms that Heartstopper Forever is the finale film for Alice Oseman’s series and gives the premiere date as 17 July 2026. It adds direct context from Oseman about the film taking a grittier look at romance and long-term relationships, and identifies the key emotional premise: Nick is leaving for university, forcing a long-distance relationship with Charlie. The piece also highlights a fan-edit download feature tied to the trailer, which is a distinctive Netflix-specific angle not covered in most entertainment coverage.</w:t>
      </w:r>
      <w:r/>
    </w:p>
    <w:p>
      <w:pPr>
        <w:pStyle w:val="ListNumber"/>
        <w:spacing w:line="240" w:lineRule="auto"/>
        <w:ind w:left="720"/>
      </w:pPr>
      <w:r/>
      <w:hyperlink r:id="rId12">
        <w:r>
          <w:rPr>
            <w:color w:val="0000EE"/>
            <w:u w:val="single"/>
          </w:rPr>
          <w:t>https://www.techradar.com/streaming/netflix/netflix-has-shared-the-highly-anticipated-trailer-for-heartstopper-forever-and-the-final-installment-has-an-interactive-feature-for-fans-to-enjoy</w:t>
        </w:r>
      </w:hyperlink>
      <w:r>
        <w:t xml:space="preserve"> - TechRadar reports that Netflix has released the trailer for Heartstopper Forever and emphasises an interactive fan-edit feature built around it. The story adds release-date confirmation, identifies the film as the final instalment in the Netflix series, and notes that Olivia Rodrigo’s music is used in the trailer. It also frames the film as a continuation from season 3 and says supporting characters such as Tao and Elle are part of the farewell.</w:t>
      </w:r>
      <w:r/>
    </w:p>
    <w:p>
      <w:pPr>
        <w:pStyle w:val="ListNumber"/>
        <w:spacing w:line="240" w:lineRule="auto"/>
        <w:ind w:left="720"/>
      </w:pPr>
      <w:r/>
      <w:hyperlink r:id="rId11">
        <w:r>
          <w:rPr>
            <w:color w:val="0000EE"/>
            <w:u w:val="single"/>
          </w:rPr>
          <w:t>https://www.vitalthrills.com/heartstopper-forever-trailer-and-key-art-debut/</w:t>
        </w:r>
      </w:hyperlink>
      <w:r>
        <w:t xml:space="preserve"> - Vital Thrills reports the trailer and key art debut together, and gives a concise production breakdown for Heartstopper Forever. It confirms the global Netflix release date, names the director, writer and production company, and lists the full principal cast. It also adds a specific music detail: the trailer uses Olivia Rodrigo’s ‘Stupid Song’ for the first time, linking the film’s marketing to her new album.</w:t>
      </w:r>
      <w:r/>
    </w:p>
    <w:p>
      <w:pPr>
        <w:pStyle w:val="ListNumber"/>
        <w:spacing w:line="240" w:lineRule="auto"/>
        <w:ind w:left="720"/>
      </w:pPr>
      <w:r/>
      <w:hyperlink r:id="rId14">
        <w:r>
          <w:rPr>
            <w:color w:val="0000EE"/>
            <w:u w:val="single"/>
          </w:rPr>
          <w:t>https://www.justjaredjr.com/2026/06/16/heartstopper-forever-trailer-debuts-features-first-use-of-new-olivia-rodrigo-song-watch-now/</w:t>
        </w:r>
      </w:hyperlink>
      <w:r>
        <w:t xml:space="preserve"> - Just Jared Jr focuses on the trailer launch, the return of Kit Connor and Joe Locke, and the use of Olivia Rodrigo’s new song. It adds a note that Joe Locke and Rodrigo are friends and says the track is inspired by a book. The piece also says Netflix released new stills and a poster alongside the trailer, including first looks at cast additions.</w:t>
      </w:r>
      <w:r/>
    </w:p>
    <w:p>
      <w:pPr>
        <w:pStyle w:val="ListNumber"/>
        <w:spacing w:line="240" w:lineRule="auto"/>
        <w:ind w:left="720"/>
      </w:pPr>
      <w:r/>
      <w:hyperlink r:id="rId13">
        <w:r>
          <w:rPr>
            <w:color w:val="0000EE"/>
            <w:u w:val="single"/>
          </w:rPr>
          <w:t>https://theplaylist.net/heartstopper-forever-trailer-netflix-finale-film-20260616/</w:t>
        </w:r>
      </w:hyperlink>
      <w:r>
        <w:t xml:space="preserve"> - The Playlist reports the trailer, key art and new images as a coordinated Netflix rollout and spells out the central conflict of the finale film. It repeats the release date and adds production credits, but its main contribution is the framing of the story as a test of whether first love can last forever. It also confirms the soundtrack cue from Olivia Rodrigo’s new album and lists the returning ensemble.</w:t>
      </w:r>
      <w:r/>
    </w:p>
    <w:p>
      <w:pPr>
        <w:pStyle w:val="ListNumber"/>
        <w:spacing w:line="240" w:lineRule="auto"/>
        <w:ind w:left="720"/>
      </w:pPr>
      <w:r/>
      <w:hyperlink r:id="rId15">
        <w:r>
          <w:rPr>
            <w:color w:val="0000EE"/>
            <w:u w:val="single"/>
          </w:rPr>
          <w:t>https://www.theguardian.com/tv-and-radio/2026/jun/12/summer-tv-guide-2026</w:t>
        </w:r>
      </w:hyperlink>
      <w:r>
        <w:t xml:space="preserve"> - The Guardian’s summer TV guide includes Heartstopper Forever in a broader preview of upcoming television. Its contribution is a sharper casting note: Anna Maxwell Martin joins as Nick’s new mum, and the guide explicitly says Olivia Colman was unavailable. It also gives a succinct description of the sequel’s emotional stakes and confirms the 17 July Netflix date.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eaws.com/news/the-trailer-for-joe-locke-s-scandalous-new/105174" TargetMode="External"/><Relationship Id="rId10" Type="http://schemas.openxmlformats.org/officeDocument/2006/relationships/hyperlink" Target="https://www.netflix.com/tudum/articles/heartstopper-forever-trailer?inapp=true" TargetMode="External"/><Relationship Id="rId11" Type="http://schemas.openxmlformats.org/officeDocument/2006/relationships/hyperlink" Target="https://www.vitalthrills.com/heartstopper-forever-trailer-and-key-art-debut/" TargetMode="External"/><Relationship Id="rId12" Type="http://schemas.openxmlformats.org/officeDocument/2006/relationships/hyperlink" Target="https://www.techradar.com/streaming/netflix/netflix-has-shared-the-highly-anticipated-trailer-for-heartstopper-forever-and-the-final-installment-has-an-interactive-feature-for-fans-to-enjoy" TargetMode="External"/><Relationship Id="rId13" Type="http://schemas.openxmlformats.org/officeDocument/2006/relationships/hyperlink" Target="https://theplaylist.net/heartstopper-forever-trailer-netflix-finale-film-20260616/" TargetMode="External"/><Relationship Id="rId14" Type="http://schemas.openxmlformats.org/officeDocument/2006/relationships/hyperlink" Target="https://www.justjaredjr.com/2026/06/16/heartstopper-forever-trailer-debuts-features-first-use-of-new-olivia-rodrigo-song-watch-now/" TargetMode="External"/><Relationship Id="rId15" Type="http://schemas.openxmlformats.org/officeDocument/2006/relationships/hyperlink" Target="https://www.theguardian.com/tv-and-radio/2026/jun/12/summer-tv-guide-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