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Fruity: The New Queer Web Series Made Without Permission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discovering Fruity, an Irish queer web series made independently and released on Instagram and YouTube. Created by Shannon Haly and shaped by a close-knit creative team, the comedy turns messy relationships, dubious decisions and city life into a lively experiment in finding an audience without waiting for a traditional broadcaster.</w:t>
      </w:r>
      <w:r/>
    </w:p>
    <w:p>
      <w:pPr>
        <w:pStyle w:val="Heading2"/>
      </w:pPr>
      <w:r>
        <w:t>Essential Takeaways</w:t>
      </w:r>
      <w:r/>
      <w:r/>
    </w:p>
    <w:p>
      <w:pPr>
        <w:pStyle w:val="ListBullet"/>
        <w:spacing w:line="240" w:lineRule="auto"/>
        <w:ind w:left="720"/>
      </w:pPr>
      <w:r/>
      <w:r>
        <w:rPr>
          <w:b/>
        </w:rPr>
        <w:t>A DIY queer comedy:</w:t>
      </w:r>
      <w:r>
        <w:t xml:space="preserve"> Fruity follows friendships, relationships and chaotic choices rather than polished perfection.</w:t>
      </w:r>
      <w:r/>
    </w:p>
    <w:p>
      <w:pPr>
        <w:pStyle w:val="ListBullet"/>
        <w:spacing w:line="240" w:lineRule="auto"/>
        <w:ind w:left="720"/>
      </w:pPr>
      <w:r/>
      <w:r>
        <w:rPr>
          <w:b/>
        </w:rPr>
        <w:t>Made by collaborators:</w:t>
      </w:r>
      <w:r>
        <w:t xml:space="preserve"> Shannon and Megan Haly co-directed, with Robyn Haly handling costume and Scarlett Gardner serving as director of photography.</w:t>
      </w:r>
      <w:r/>
    </w:p>
    <w:p>
      <w:pPr>
        <w:pStyle w:val="ListBullet"/>
        <w:spacing w:line="240" w:lineRule="auto"/>
        <w:ind w:left="720"/>
      </w:pPr>
      <w:r/>
      <w:r>
        <w:rPr>
          <w:b/>
        </w:rPr>
        <w:t>Built for social media:</w:t>
      </w:r>
      <w:r>
        <w:t xml:space="preserve"> The series is available through Instagram and YouTube at @fruitywebseries.</w:t>
      </w:r>
      <w:r/>
    </w:p>
    <w:p>
      <w:pPr>
        <w:pStyle w:val="ListBullet"/>
        <w:spacing w:line="240" w:lineRule="auto"/>
        <w:ind w:left="720"/>
      </w:pPr>
      <w:r/>
      <w:r>
        <w:rPr>
          <w:b/>
        </w:rPr>
        <w:t>Early audience interest:</w:t>
      </w:r>
      <w:r>
        <w:t xml:space="preserve"> Its pilot teaser reportedly reached more than seven million people across platforms.</w:t>
      </w:r>
      <w:r/>
    </w:p>
    <w:p>
      <w:pPr>
        <w:pStyle w:val="ListBullet"/>
        <w:spacing w:line="240" w:lineRule="auto"/>
        <w:ind w:left="720"/>
      </w:pPr>
      <w:r/>
      <w:r>
        <w:rPr>
          <w:b/>
        </w:rPr>
        <w:t>A recognisable tone:</w:t>
      </w:r>
      <w:r>
        <w:t xml:space="preserve"> The cast includes Madison Cawley and Carys Clempner, alongside performers who understand the show's playful, slightly unruly world.</w:t>
      </w:r>
      <w:r/>
      <w:r/>
    </w:p>
    <w:p>
      <w:pPr>
        <w:pStyle w:val="Heading2"/>
      </w:pPr>
      <w:r>
        <w:t>What is Fruity about?</w:t>
      </w:r>
      <w:r/>
    </w:p>
    <w:p>
      <w:r/>
      <w:r>
        <w:t>Fruity arrives with the energy of a late-night group chat: funny, affectionate and just chaotic enough to make you wonder who made the worst decision. The queer web series centres on relationships, friendships and the everyday confusion of trying to get through city life when nobody quite has a plan.</w:t>
      </w:r>
      <w:r/>
    </w:p>
    <w:p>
      <w:r/>
      <w:r>
        <w:t>Rather than presenting an immaculate version of queer experience, the show leans into the awkward bits. People fall in and out of love, make questionable choices and attempt to keep friendships afloat. According to GCN, that sapphic focus gives the project a distinctly Irish perspective while keeping its humour close to real life.</w:t>
      </w:r>
      <w:r/>
    </w:p>
    <w:p>
      <w:r/>
      <w:r>
        <w:t>That messiness is part of the appeal. The characters aren't presented as symbols or lessons; they're people trying, failing and occasionally making things much worse. It's a warmer, more familiar proposition than another glossy drama populated by people who always know what they're doing.</w:t>
      </w:r>
      <w:r/>
    </w:p>
    <w:p>
      <w:pPr>
        <w:pStyle w:val="Heading2"/>
      </w:pPr>
      <w:r>
        <w:t>Why make a series without waiting for a green light?</w:t>
      </w:r>
      <w:r/>
    </w:p>
    <w:p>
      <w:r/>
      <w:r>
        <w:t>The central experiment behind Fruity is simple: create the show first, then see whether viewers are interested. Shannon Haly has spoken about the freedom social media gives emerging filmmakers, particularly when traditional commissioning routes can involve long waits and uncertain decisions.</w:t>
      </w:r>
      <w:r/>
    </w:p>
    <w:p>
      <w:r/>
      <w:r>
        <w:t>Short-Stuff reported that Shannon and Megan Haly developed the comedy as an independent project, working with a team of friends and collaborators to bring it to life. That approach isn't just a practical workaround; it shapes the series itself, giving it a personal, handmade quality.</w:t>
      </w:r>
      <w:r/>
    </w:p>
    <w:p>
      <w:r/>
      <w:r>
        <w:t>For queer creators, that independence can matter even more. A broadcaster or streamer may ask whether a niche story is commercially safe, whereas online platforms let audiences answer that question directly. Fruity doesn't need to prove its value in a meeting before anyone can watch it.</w:t>
      </w:r>
      <w:r/>
    </w:p>
    <w:p>
      <w:pPr>
        <w:pStyle w:val="Heading2"/>
      </w:pPr>
      <w:r>
        <w:t>Seven million views changed the conversation</w:t>
      </w:r>
      <w:r/>
    </w:p>
    <w:p>
      <w:r/>
      <w:r>
        <w:t>The strongest early signal came from the pilot teaser, which reportedly reached more than seven million people across social platforms. As the Cork's 96 FM Opinion Line podcast discussed, that kind of response offered a useful test of whether the idea could travel beyond the creators' immediate circle.</w:t>
      </w:r>
      <w:r/>
    </w:p>
    <w:p>
      <w:r/>
      <w:r>
        <w:t>A teaser can't tell you everything about a series, of course. It won't reveal whether the characters develop, whether the jokes land over several episodes or whether viewers stick around. But it can show whether a visual world and its promise catch attention, and Fruity clearly gave people a reason to pause their scrolling.</w:t>
      </w:r>
      <w:r/>
    </w:p>
    <w:p>
      <w:r/>
      <w:r>
        <w:t>That matters in a crowded online landscape. Most social videos disappear almost instantly, so finding millions of potential viewers suggests there is real curiosity around queer comedy that feels specific rather than carefully generic.</w:t>
      </w:r>
      <w:r/>
    </w:p>
    <w:p>
      <w:pPr>
        <w:pStyle w:val="Heading2"/>
      </w:pPr>
      <w:r>
        <w:t>A family-led production with plenty of personality</w:t>
      </w:r>
      <w:r/>
    </w:p>
    <w:p>
      <w:r/>
      <w:r>
        <w:t>The series has a distinctly collaborative engine behind it. Shannon Haly co-directed with her sister Megan, while their sister Robyn worked on costume. Director of photography Scarlett Gardner helped establish the look, and producer Lia Gomez-Lang kept the production moving.</w:t>
      </w:r>
      <w:r/>
    </w:p>
    <w:p>
      <w:r/>
      <w:r>
        <w:t>That family connection doesn't mean the project is small in spirit. The cast, including Irish actor and comedian Madison Cawley and actor and poet Carys Clempner, brings a sense of performance that suits the show's conversational humour. IMDb lists the series as a scripted screen project, adding to its growing footprint beyond social clips.</w:t>
      </w:r>
      <w:r/>
    </w:p>
    <w:p>
      <w:r/>
      <w:r>
        <w:t>There is something satisfying about seeing a production where the creative team clearly understands the world it is making. Costumes, performances and camera work can all pull in the same direction, creating a show that feels less like an outsider's guess at queer life and more like an invitation into a real social orbit.</w:t>
      </w:r>
      <w:r/>
    </w:p>
    <w:p>
      <w:pPr>
        <w:pStyle w:val="Heading2"/>
      </w:pPr>
      <w:r>
        <w:t>How to watch Fruity online</w:t>
      </w:r>
      <w:r/>
    </w:p>
    <w:p>
      <w:r/>
      <w:r>
        <w:t>Fruity is available directly on Instagram and YouTube via @fruitywebseries, making it easy to sample without a subscription or a lengthy sign-up process. That accessibility is one of the series' smartest advantages: viewers can discover it in the same places where they already share recommendations, clips and reactions.</w:t>
      </w:r>
      <w:r/>
    </w:p>
    <w:p>
      <w:r/>
      <w:r>
        <w:t>If you're watching on a phone, headphones will help with dialogue, especially if you're catching an episode on a noisy commute. It's also worth following the account rather than treating the teaser as a one-off, since independent releases often build gradually through episode drops, cast posts and audience sharing.</w:t>
      </w:r>
      <w:r/>
    </w:p>
    <w:p>
      <w:r/>
      <w:r>
        <w:t>The wider lesson is encouraging. A show can begin with a small group of people, a clear idea and a willingness to experiment, then let viewers decide what happens next. Fruity is still finding its audience, but that search is already part of the story.</w:t>
      </w:r>
      <w:r/>
    </w:p>
    <w:p>
      <w:r/>
      <w:r>
        <w:t>And sometimes, making the thing is the most convincing pitch of all.</w:t>
      </w:r>
      <w:r/>
    </w:p>
    <w:p>
      <w:r/>
      <w:r>
        <w:t>It's a lively reminder that queer stories can find their audience without waiting for permission.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[7]</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4">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4">
        <w:r>
          <w:rPr>
            <w:color w:val="0000EE"/>
            <w:u w:val="single"/>
          </w:rPr>
          <w:t>[5]</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1">
        <w:r>
          <w:rPr>
            <w:color w:val="0000EE"/>
            <w:u w:val="single"/>
          </w:rPr>
          <w:t>[4]</w:t>
        </w:r>
      </w:hyperlink>
      <w:r>
        <w:t xml:space="preserve">, </w:t>
      </w:r>
      <w:hyperlink r:id="rId12">
        <w:r>
          <w:rPr>
            <w:color w:val="0000EE"/>
            <w:u w:val="single"/>
          </w:rPr>
          <w:t>[7]</w:t>
        </w:r>
      </w:hyperlink>
      <w:r>
        <w:t xml:space="preserve">- Paragraph 10: </w:t>
      </w:r>
      <w:hyperlink r:id="rId11">
        <w:r>
          <w:rPr>
            <w:color w:val="0000EE"/>
            <w:u w:val="single"/>
          </w:rPr>
          <w:t>[4]</w:t>
        </w:r>
      </w:hyperlink>
      <w:r>
        <w:t xml:space="preserve">, </w:t>
      </w:r>
      <w:hyperlink r:id="rId12">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4">
        <w:r>
          <w:rPr>
            <w:color w:val="0000EE"/>
            <w:u w:val="single"/>
          </w:rPr>
          <w:t>[5]</w:t>
        </w:r>
      </w:hyperlink>
      <w:r>
        <w:t xml:space="preserve">, </w:t>
      </w:r>
      <w:hyperlink r:id="rId13">
        <w:r>
          <w:rPr>
            <w:color w:val="0000EE"/>
            <w:u w:val="single"/>
          </w:rPr>
          <w:t>[6]</w:t>
        </w:r>
      </w:hyperlink>
      <w:r>
        <w:t xml:space="preserve">- Paragraph 13: </w:t>
      </w:r>
      <w:hyperlink r:id="rId10">
        <w:r>
          <w:rPr>
            <w:color w:val="0000EE"/>
            <w:u w:val="single"/>
          </w:rPr>
          <w:t>[3]</w:t>
        </w:r>
      </w:hyperlink>
      <w:r>
        <w:t xml:space="preserve">, </w:t>
      </w:r>
      <w:hyperlink r:id="rId11">
        <w:r>
          <w:rPr>
            <w:color w:val="0000EE"/>
            <w:u w:val="single"/>
          </w:rPr>
          <w:t>[4]</w:t>
        </w:r>
      </w:hyperlink>
      <w:r>
        <w:t xml:space="preserve">- Paragraph 14: </w:t>
      </w:r>
      <w:hyperlink r:id="rId11">
        <w:r>
          <w:rPr>
            <w:color w:val="0000EE"/>
            <w:u w:val="single"/>
          </w:rPr>
          <w:t>[4]</w:t>
        </w:r>
      </w:hyperlink>
      <w:r>
        <w:t xml:space="preserve">, </w:t>
      </w:r>
      <w:hyperlink r:id="rId12">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[3]</w:t>
        </w:r>
      </w:hyperlink>
      <w:r>
        <w:t xml:space="preserve">- Paragraph 16: </w:t>
      </w:r>
      <w:hyperlink r:id="rId10">
        <w:r>
          <w:rPr>
            <w:color w:val="0000EE"/>
            <w:u w:val="single"/>
          </w:rPr>
          <w:t>[3]</w:t>
        </w:r>
      </w:hyperlink>
      <w:r>
        <w:t xml:space="preserve">, </w:t>
      </w:r>
      <w:hyperlink r:id="rId11">
        <w:r>
          <w:rPr>
            <w:color w:val="0000EE"/>
            <w:u w:val="single"/>
          </w:rPr>
          <w:t>[4]</w:t>
        </w:r>
      </w:hyperlink>
      <w:r>
        <w:t xml:space="preserve">- Paragraph 17: </w:t>
      </w:r>
      <w:hyperlink r:id="rId14">
        <w:r>
          <w:rPr>
            <w:color w:val="0000EE"/>
            <w:u w:val="single"/>
          </w:rPr>
          <w:t>[5]</w:t>
        </w:r>
      </w:hyperlink>
      <w:r>
        <w:t xml:space="preserve">, </w:t>
      </w:r>
      <w:hyperlink r:id="rId13">
        <w:r>
          <w:rPr>
            <w:color w:val="0000EE"/>
            <w:u w:val="single"/>
          </w:rPr>
          <w:t>[6]</w:t>
        </w:r>
      </w:hyperlink>
      <w:r>
        <w:t xml:space="preserve">- Paragraph 18: </w:t>
      </w:r>
      <w:hyperlink r:id="rId9">
        <w:r>
          <w:rPr>
            <w:color w:val="0000EE"/>
            <w:u w:val="single"/>
          </w:rPr>
          <w:t>[2]</w:t>
        </w:r>
      </w:hyperlink>
      <w:r>
        <w:t xml:space="preserve">, </w:t>
      </w:r>
      <w:hyperlink r:id="rId10">
        <w:r>
          <w:rPr>
            <w:color w:val="0000EE"/>
            <w:u w:val="single"/>
          </w:rPr>
          <w:t>[3]</w:t>
        </w:r>
      </w:hyperlink>
      <w:r>
        <w:t xml:space="preserve">- Paragraph 19: </w:t>
      </w:r>
      <w:hyperlink r:id="rId11">
        <w:r>
          <w:rPr>
            <w:color w:val="0000EE"/>
            <w:u w:val="single"/>
          </w:rPr>
          <w:t>[4]</w:t>
        </w:r>
      </w:hyperlink>
      <w:r>
        <w:t xml:space="preserve">, </w:t>
      </w:r>
      <w:hyperlink r:id="rId12">
        <w:r>
          <w:rPr>
            <w:color w:val="0000EE"/>
            <w:u w:val="single"/>
          </w:rPr>
          <w:t>[7]</w:t>
        </w:r>
      </w:hyperlink>
      <w:r>
        <w:t xml:space="preserve">- Paragraph 20: </w:t>
      </w:r>
      <w:hyperlink r:id="rId10">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https://www.qxmagazine.com/2026/09/fruity-the-new-queer-webseries-created-as-an-experiment/</w:t>
        </w:r>
      </w:hyperlink>
      <w:r>
        <w:t xml:space="preserve"> - Please view link - unable to able to access data</w:t>
      </w:r>
      <w:r/>
    </w:p>
    <w:p>
      <w:pPr>
        <w:pStyle w:val="ListNumber"/>
        <w:spacing w:line="240" w:lineRule="auto"/>
        <w:ind w:left="720"/>
      </w:pPr>
      <w:r/>
      <w:hyperlink r:id="rId9">
        <w:r>
          <w:rPr>
            <w:color w:val="0000EE"/>
            <w:u w:val="single"/>
          </w:rPr>
          <w:t>https://www.qxmagazine.com/2026/09/fruity-the-new-queer-webseries-created-as-an-experiment/</w:t>
        </w:r>
      </w:hyperlink>
      <w:r>
        <w:t xml:space="preserve"> - An article discussing the independent creation of the queer web series 'Fruity' by Shannon Haly and her team, highlighting their approach to bypass traditional industry gatekeepers by releasing the show directly on social media platforms. The piece also touches upon the series' themes and the collaborative efforts behind its production. (</w:t>
      </w:r>
      <w:hyperlink r:id="rId15">
        <w:r>
          <w:rPr>
            <w:color w:val="0000EE"/>
            <w:u w:val="single"/>
          </w:rPr>
          <w:t>qxmagazine.com</w:t>
        </w:r>
      </w:hyperlink>
      <w:r>
        <w:t>)</w:t>
      </w:r>
      <w:r/>
    </w:p>
    <w:p>
      <w:pPr>
        <w:pStyle w:val="ListNumber"/>
        <w:spacing w:line="240" w:lineRule="auto"/>
        <w:ind w:left="720"/>
      </w:pPr>
      <w:r/>
      <w:hyperlink r:id="rId10">
        <w:r>
          <w:rPr>
            <w:color w:val="0000EE"/>
            <w:u w:val="single"/>
          </w:rPr>
          <w:t>https://gcn.ie/irish-sapphic-series-fruity-premieres-social-media/</w:t>
        </w:r>
      </w:hyperlink>
      <w:r>
        <w:t xml:space="preserve"> - A report on the premiere of the Irish-made sapphic web series 'Fruity' on social media platforms, detailing its plot, the involvement of creators Megan and Shannon Haly, and the casting of Madison Cawley and Carys Clempner. The article also discusses the sisters' decision to release the series independently, bypassing traditional broadcasters. (</w:t>
      </w:r>
      <w:hyperlink r:id="rId16">
        <w:r>
          <w:rPr>
            <w:color w:val="0000EE"/>
            <w:u w:val="single"/>
          </w:rPr>
          <w:t>gcn.ie</w:t>
        </w:r>
      </w:hyperlink>
      <w:r>
        <w:t>)</w:t>
      </w:r>
      <w:r/>
    </w:p>
    <w:p>
      <w:pPr>
        <w:pStyle w:val="ListNumber"/>
        <w:spacing w:line="240" w:lineRule="auto"/>
        <w:ind w:left="720"/>
      </w:pPr>
      <w:r/>
      <w:hyperlink r:id="rId11">
        <w:r>
          <w:rPr>
            <w:color w:val="0000EE"/>
            <w:u w:val="single"/>
          </w:rPr>
          <w:t>https://www.short-stuff.com/news/megan-and-shannon-haly-release-new-queer-comedy-series-fruity</w:t>
        </w:r>
      </w:hyperlink>
      <w:r>
        <w:t xml:space="preserve"> - An announcement about the release of the queer comedy series 'Fruity' by Irish sisters Megan and Shannon Haly, featuring Madison Cawley and Carys Clempner. The article highlights the sisters' collaborative efforts and their decision to release the series independently on social media platforms. (</w:t>
      </w:r>
      <w:hyperlink r:id="rId17">
        <w:r>
          <w:rPr>
            <w:color w:val="0000EE"/>
            <w:u w:val="single"/>
          </w:rPr>
          <w:t>short-stuff.com</w:t>
        </w:r>
      </w:hyperlink>
      <w:r>
        <w:t>)</w:t>
      </w:r>
      <w:r/>
    </w:p>
    <w:p>
      <w:pPr>
        <w:pStyle w:val="ListNumber"/>
        <w:spacing w:line="240" w:lineRule="auto"/>
        <w:ind w:left="720"/>
      </w:pPr>
      <w:r/>
      <w:hyperlink r:id="rId14">
        <w:r>
          <w:rPr>
            <w:color w:val="0000EE"/>
            <w:u w:val="single"/>
          </w:rPr>
          <w:t>https://shows.acast.com/corks-96-fm-opinion-line/episodes/sister-power-queer-summer-vibes-and-seven-million-views</w:t>
        </w:r>
      </w:hyperlink>
      <w:r>
        <w:t xml:space="preserve"> - An interview with Shannon and Megan Haly discussing their queer comedy series 'Fruity', which garnered seven million views on its first episode. The conversation covers their decision to bypass traditional TV and streaming channels, opting for direct online release. (</w:t>
      </w:r>
      <w:hyperlink r:id="rId18">
        <w:r>
          <w:rPr>
            <w:color w:val="0000EE"/>
            <w:u w:val="single"/>
          </w:rPr>
          <w:t>shows.acast.com</w:t>
        </w:r>
      </w:hyperlink>
      <w:r>
        <w:t>)</w:t>
      </w:r>
      <w:r/>
    </w:p>
    <w:p>
      <w:pPr>
        <w:pStyle w:val="ListNumber"/>
        <w:spacing w:line="240" w:lineRule="auto"/>
        <w:ind w:left="720"/>
      </w:pPr>
      <w:r/>
      <w:hyperlink r:id="rId13">
        <w:r>
          <w:rPr>
            <w:color w:val="0000EE"/>
            <w:u w:val="single"/>
          </w:rPr>
          <w:t>https://www.gofundme.com/f/help-get-a-fun-gay-web-series-made</w:t>
        </w:r>
      </w:hyperlink>
      <w:r>
        <w:t xml:space="preserve"> - A crowdfunding campaign initiated by Shannon Haly to support the production of the queer web series 'Fruity', aiming to raise funds for cast and crew payments, post-production, and marketing. The campaign emphasizes the challenges of independent filmmaking and the desire to create content for the queer community. (</w:t>
      </w:r>
      <w:hyperlink r:id="rId19">
        <w:r>
          <w:rPr>
            <w:color w:val="0000EE"/>
            <w:u w:val="single"/>
          </w:rPr>
          <w:t>gofundme.com</w:t>
        </w:r>
      </w:hyperlink>
      <w:r>
        <w:t>)</w:t>
      </w:r>
      <w:r/>
    </w:p>
    <w:p>
      <w:pPr>
        <w:pStyle w:val="ListNumber"/>
        <w:spacing w:line="240" w:lineRule="auto"/>
        <w:ind w:left="720"/>
      </w:pPr>
      <w:r/>
      <w:hyperlink r:id="rId12">
        <w:r>
          <w:rPr>
            <w:color w:val="0000EE"/>
            <w:u w:val="single"/>
          </w:rPr>
          <w:t>https://www.imdb.com/title/tt44302227/</w:t>
        </w:r>
      </w:hyperlink>
      <w:r>
        <w:t xml:space="preserve"> - The IMDb page for 'Fruity', a 2026 comedy TV series about a hopeless romantic and her roommate running a gay juice empire after a fake Instagram account goes viral. The page includes cast and crew details, as well as user ratings and reviews. (</w:t>
      </w:r>
      <w:hyperlink r:id="rId20">
        <w:r>
          <w:rPr>
            <w:color w:val="0000EE"/>
            <w:u w:val="single"/>
          </w:rPr>
          <w:t>imdb.com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xmagazine.com/2026/09/fruity-the-new-queer-webseries-created-as-an-experiment/" TargetMode="External"/><Relationship Id="rId10" Type="http://schemas.openxmlformats.org/officeDocument/2006/relationships/hyperlink" Target="https://gcn.ie/irish-sapphic-series-fruity-premieres-social-media/" TargetMode="External"/><Relationship Id="rId11" Type="http://schemas.openxmlformats.org/officeDocument/2006/relationships/hyperlink" Target="https://www.short-stuff.com/news/megan-and-shannon-haly-release-new-queer-comedy-series-fruity" TargetMode="External"/><Relationship Id="rId12" Type="http://schemas.openxmlformats.org/officeDocument/2006/relationships/hyperlink" Target="https://www.imdb.com/title/tt44302227/" TargetMode="External"/><Relationship Id="rId13" Type="http://schemas.openxmlformats.org/officeDocument/2006/relationships/hyperlink" Target="https://www.gofundme.com/f/help-get-a-fun-gay-web-series-made" TargetMode="External"/><Relationship Id="rId14" Type="http://schemas.openxmlformats.org/officeDocument/2006/relationships/hyperlink" Target="https://shows.acast.com/corks-96-fm-opinion-line/episodes/sister-power-queer-summer-vibes-and-seven-million-views" TargetMode="External"/><Relationship Id="rId15" Type="http://schemas.openxmlformats.org/officeDocument/2006/relationships/hyperlink" Target="https://www.qxmagazine.com/2026/09/fruity-the-new-queer-webseries-created-as-an-experiment/?utm_source=openai" TargetMode="External"/><Relationship Id="rId16" Type="http://schemas.openxmlformats.org/officeDocument/2006/relationships/hyperlink" Target="https://gcn.ie/irish-sapphic-series-fruity-premieres-social-media/?utm_source=openai" TargetMode="External"/><Relationship Id="rId17" Type="http://schemas.openxmlformats.org/officeDocument/2006/relationships/hyperlink" Target="https://www.short-stuff.com/news/megan-and-shannon-haly-release-new-queer-comedy-series-fruity?utm_source=openai" TargetMode="External"/><Relationship Id="rId18" Type="http://schemas.openxmlformats.org/officeDocument/2006/relationships/hyperlink" Target="https://shows.acast.com/corks-96-fm-opinion-line/episodes/sister-power-queer-summer-vibes-and-seven-million-views?utm_source=openai" TargetMode="External"/><Relationship Id="rId19" Type="http://schemas.openxmlformats.org/officeDocument/2006/relationships/hyperlink" Target="https://www.gofundme.com/f/help-get-a-fun-gay-web-series-made?utm_source=openai" TargetMode="External"/><Relationship Id="rId20" Type="http://schemas.openxmlformats.org/officeDocument/2006/relationships/hyperlink" Target="https://www.imdb.com/title/tt44302227/?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