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Duluth Pride mountain bike ride opens trails to everyone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Cyclists are turning Duluth-Superior Pride Week into an outdoor adventure, with COGGS introducing a welcoming mountain bike ride for LGBTQ+ riders and allies. The event matters because it pairs celebration with confidence-building, helping beginners discover the region's beautiful trails alongside a friendly, supportive community.</w:t>
      </w:r>
      <w:r/>
    </w:p>
    <w:p>
      <w:pPr>
        <w:pStyle w:val="Heading2"/>
      </w:pPr>
      <w:r>
        <w:t>Essential Takeaways</w:t>
      </w:r>
      <w:r/>
      <w:r/>
    </w:p>
    <w:p>
      <w:pPr>
        <w:pStyle w:val="ListBullet"/>
        <w:spacing w:line="240" w:lineRule="auto"/>
        <w:ind w:left="720"/>
      </w:pPr>
      <w:r/>
      <w:r>
        <w:rPr>
          <w:b/>
        </w:rPr>
        <w:t>A fresh Pride event:</w:t>
      </w:r>
      <w:r>
        <w:t xml:space="preserve"> COGGS has added a dedicated mountain bike ride to Duluth-Superior Pride Week.</w:t>
      </w:r>
      <w:r/>
    </w:p>
    <w:p>
      <w:pPr>
        <w:pStyle w:val="ListBullet"/>
        <w:spacing w:line="240" w:lineRule="auto"/>
        <w:ind w:left="720"/>
      </w:pPr>
      <w:r/>
      <w:r>
        <w:rPr>
          <w:b/>
        </w:rPr>
        <w:t>Open to all abilities:</w:t>
      </w:r>
      <w:r>
        <w:t xml:space="preserve"> The focus is on welcoming first-time riders as well as experienced cyclists.</w:t>
      </w:r>
      <w:r/>
    </w:p>
    <w:p>
      <w:pPr>
        <w:pStyle w:val="ListBullet"/>
        <w:spacing w:line="240" w:lineRule="auto"/>
        <w:ind w:left="720"/>
      </w:pPr>
      <w:r/>
      <w:r>
        <w:rPr>
          <w:b/>
        </w:rPr>
        <w:t>More than biking:</w:t>
      </w:r>
      <w:r>
        <w:t xml:space="preserve"> COGGS also organises gravel rides, hikes and family-friendly outdoor activities.</w:t>
      </w:r>
      <w:r/>
    </w:p>
    <w:p>
      <w:pPr>
        <w:pStyle w:val="ListBullet"/>
        <w:spacing w:line="240" w:lineRule="auto"/>
        <w:ind w:left="720"/>
      </w:pPr>
      <w:r/>
      <w:r>
        <w:rPr>
          <w:b/>
        </w:rPr>
        <w:t>Inclusive spaces matter:</w:t>
      </w:r>
      <w:r>
        <w:t xml:space="preserve"> Special events support female, femme, trans and non-binary participants.</w:t>
      </w:r>
      <w:r/>
    </w:p>
    <w:p>
      <w:pPr>
        <w:pStyle w:val="ListBullet"/>
        <w:spacing w:line="240" w:lineRule="auto"/>
        <w:ind w:left="720"/>
      </w:pPr>
      <w:r/>
      <w:r>
        <w:rPr>
          <w:b/>
        </w:rPr>
        <w:t>A local adventure:</w:t>
      </w:r>
      <w:r>
        <w:t xml:space="preserve"> Duluth's trail network offers scenery, exercise and a low-pressure way to meet people.</w:t>
      </w:r>
      <w:r/>
      <w:r/>
    </w:p>
    <w:p>
      <w:pPr>
        <w:pStyle w:val="Heading2"/>
      </w:pPr>
      <w:r>
        <w:t>A new way to celebrate Pride outdoors</w:t>
      </w:r>
      <w:r/>
    </w:p>
    <w:p>
      <w:r/>
      <w:r>
        <w:t>The best thing about a mountain bike ride is that it gives people something to do with their hands, wheels and nerves. Rather than simply gathering in one place, riders can share the small triumphs of a climb, a tricky corner or a muddy patch of trail.</w:t>
      </w:r>
      <w:r/>
    </w:p>
    <w:p>
      <w:r/>
      <w:r>
        <w:t>That was the thinking behind COGGS' first Pride mountain bike ride in Duluth. Mary Cowen Bantle, a COGGS crew ambassador and organiser, helped bring the event together as part of the wider Duluth-Superior Pride programme. COGGS describes its work around creating accessible, welcoming trail experiences, according to the organisation's website.</w:t>
      </w:r>
      <w:r/>
    </w:p>
    <w:p>
      <w:r/>
      <w:r>
        <w:t>For newcomers, that atmosphere can make all the difference. Mountain biking can look technical and intimidating from the outside, but a group ride turns the experience into something more social and forgiving.</w:t>
      </w:r>
      <w:r/>
    </w:p>
    <w:p>
      <w:pPr>
        <w:pStyle w:val="Heading2"/>
      </w:pPr>
      <w:r>
        <w:t>Why welcoming trail groups make a difference</w:t>
      </w:r>
      <w:r/>
    </w:p>
    <w:p>
      <w:r/>
      <w:r>
        <w:t>Cowen Bantle says the appeal isn't only the riding. It's the people who are happy to share advice, encourage beginners and make space for different levels of experience.</w:t>
      </w:r>
      <w:r/>
    </w:p>
    <w:p>
      <w:r/>
      <w:r>
        <w:t>That spirit fits neatly with Duluth-Superior Pride's broader focus on community and visibility. The annual programme brings together cultural events, celebrations and gatherings across the Twin Ports, with listings from Duluth-Superior Pride and local event organisations showing how widely the occasion reaches.</w:t>
      </w:r>
      <w:r/>
    </w:p>
    <w:p>
      <w:r/>
      <w:r>
        <w:t>There is also a practical benefit. Learning trail etiquette, bike handling and route confidence is much easier when nobody expects you to arrive as an expert. Your first ride might still include a wobble, but at least you'll have company.</w:t>
      </w:r>
      <w:r/>
    </w:p>
    <w:p>
      <w:pPr>
        <w:pStyle w:val="Heading2"/>
      </w:pPr>
      <w:r>
        <w:t>Duluth trails offer more than one route into the community</w:t>
      </w:r>
      <w:r/>
    </w:p>
    <w:p>
      <w:r/>
      <w:r>
        <w:t>COGGS isn't limiting its inclusive approach to mountain biking. Its programme includes gravel rides, hikes and family-friendly activities, alongside events designed specifically for female, femme, trans and non-binary participants.</w:t>
      </w:r>
      <w:r/>
    </w:p>
    <w:p>
      <w:r/>
      <w:r>
        <w:t>That variety is important because not everyone wants to begin with a technical trail. Some people may prefer a steadier gravel route, while others might feel more comfortable meeting the group on a walk before getting on a bike. COGGS' event information presents the wider trail community as a place to gather, learn and build confidence.</w:t>
      </w:r>
      <w:r/>
    </w:p>
    <w:p>
      <w:r/>
      <w:r>
        <w:t>Duluth's outdoor setting adds plenty of appeal, too. Forested paths, changing terrain and the quiet rush of tyres over dirt make a memorable backdrop for a Pride event, especially for anyone seeking a break from crowded indoor venues.</w:t>
      </w:r>
      <w:r/>
    </w:p>
    <w:p>
      <w:pPr>
        <w:pStyle w:val="Heading2"/>
      </w:pPr>
      <w:r>
        <w:t>What first-time riders should know</w:t>
      </w:r>
      <w:r/>
    </w:p>
    <w:p>
      <w:r/>
      <w:r>
        <w:t>If you're considering a Pride mountain bike ride, start with comfort rather than speed. A properly fitted helmet, water, weather-ready clothing and a bike in good working order will do more for your enjoyment than expensive kit.</w:t>
      </w:r>
      <w:r/>
    </w:p>
    <w:p>
      <w:r/>
      <w:r>
        <w:t>It's also worth checking the event listing before setting off. Look for the route length, meeting point, pace, terrain and whether bikes or helmets are available to borrow. Local organisations such as COGGS and Duluth-Superior Pride are the best places to check current details, as schedules can change.</w:t>
      </w:r>
      <w:r/>
    </w:p>
    <w:p>
      <w:r/>
      <w:r>
        <w:t>Most importantly, say you're new when you arrive. A welcoming group should be able to explain what to expect, and asking for help early is far easier than pretending you know exactly what you're doing halfway up a hill.</w:t>
      </w:r>
      <w:r/>
    </w:p>
    <w:p>
      <w:pPr>
        <w:pStyle w:val="Heading2"/>
      </w:pPr>
      <w:r>
        <w:t>The bigger picture for Twin Ports Pride</w:t>
      </w:r>
      <w:r/>
    </w:p>
    <w:p>
      <w:r/>
      <w:r>
        <w:t>The ride reflects a wider shift in how communities are using outdoor recreation to create connection. Pride programming now stretches well beyond parades and parties, with festivals, art events and local gatherings giving people more ways to participate, as reflected in listings from Visit Duluth, Perfect Duluth Day and the PFund Foundation.</w:t>
      </w:r>
      <w:r/>
    </w:p>
    <w:p>
      <w:r/>
      <w:r>
        <w:t>That breadth matters. Some people find belonging through music or art, while others discover it on a trail, where conversation comes naturally and shared effort breaks the ice. Northern News Now has also highlighted the range of creative and community-focused events associated with Duluth-Superior Pride.</w:t>
      </w:r>
      <w:r/>
    </w:p>
    <w:p>
      <w:r/>
      <w:r>
        <w:t>For Cowen Bantle, the message is straightforward: the trails are there, the people are ready to help and trying something unfamiliar can be worth the initial nerves. It feels like a useful reminder that inclusion isn't only something communities talk about. Sometimes, it's something they ride towards together.</w:t>
      </w:r>
      <w:r/>
    </w:p>
    <w:p>
      <w:r/>
      <w:r>
        <w:t>It's a small turn of the pedals, but it can open up a much bigger sense of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[7]</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1">
        <w:r>
          <w:rPr>
            <w:color w:val="0000EE"/>
            <w:u w:val="single"/>
          </w:rPr>
          <w:t>[3]</w:t>
        </w:r>
      </w:hyperlink>
      <w:r>
        <w:t xml:space="preserve">, </w:t>
      </w:r>
      <w:hyperlink r:id="rId15">
        <w:r>
          <w:rPr>
            <w:color w:val="0000EE"/>
            <w:u w:val="single"/>
          </w:rPr>
          <w:t>[6]</w:t>
        </w:r>
      </w:hyperlink>
      <w:r>
        <w:t xml:space="preserve">- Paragraph 15: </w:t>
      </w:r>
      <w:hyperlink r:id="rId15">
        <w:r>
          <w:rPr>
            <w:color w:val="0000EE"/>
            <w:u w:val="single"/>
          </w:rPr>
          <w:t>[6]</w:t>
        </w:r>
      </w:hyperlink>
      <w:r>
        <w:t xml:space="preserve">, </w:t>
      </w:r>
      <w:hyperlink r:id="rId14">
        <w:r>
          <w:rPr>
            <w:color w:val="0000EE"/>
            <w:u w:val="single"/>
          </w:rPr>
          <w:t>[7]</w:t>
        </w:r>
      </w:hyperlink>
      <w:r>
        <w:t xml:space="preserve">- Paragraph 16: </w:t>
      </w:r>
      <w:hyperlink r:id="rId11">
        <w:r>
          <w:rPr>
            <w:color w:val="0000EE"/>
            <w:u w:val="single"/>
          </w:rPr>
          <w:t>[3]</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https://www.wdio.com/bike-report/coggs-hosts-first-ever-pride-mountain-bike-ride/</w:t>
        </w:r>
      </w:hyperlink>
      <w:r>
        <w:t xml:space="preserve"> - Please view link - unable to able to access data</w:t>
      </w:r>
      <w:r/>
    </w:p>
    <w:p>
      <w:pPr>
        <w:pStyle w:val="ListNumber"/>
        <w:spacing w:line="240" w:lineRule="auto"/>
        <w:ind w:left="720"/>
      </w:pPr>
      <w:r/>
      <w:hyperlink r:id="rId10">
        <w:r>
          <w:rPr>
            <w:color w:val="0000EE"/>
            <w:u w:val="single"/>
          </w:rPr>
          <w:t>https://www.coggs.com/</w:t>
        </w:r>
      </w:hyperlink>
      <w:r>
        <w:t xml:space="preserve"> - COGGS (Cyclists of Gitchee Gumee Shores) is a non-profit organisation dedicated to sustainable trail development and equitable trail access across the Twin Ports area. Established in 1994, COGGS builds, maintains, and advocates for over 120 miles of mountain bike trails in Duluth, Superior, and the surrounding region. Their mission includes creating welcoming spaces on the trails for all users, from seasoned hikers and bikers to newcomers. COGGS also hosts various events, such as gravel rides, hikes, and family-friendly activities, aiming to foster a supportive outdoor community.</w:t>
      </w:r>
      <w:r/>
    </w:p>
    <w:p>
      <w:pPr>
        <w:pStyle w:val="ListNumber"/>
        <w:spacing w:line="240" w:lineRule="auto"/>
        <w:ind w:left="720"/>
      </w:pPr>
      <w:r/>
      <w:hyperlink r:id="rId11">
        <w:r>
          <w:rPr>
            <w:color w:val="0000EE"/>
            <w:u w:val="single"/>
          </w:rPr>
          <w:t>https://www.dspride.org/</w:t>
        </w:r>
      </w:hyperlink>
      <w:r>
        <w:t xml:space="preserve"> - Duluth-Superior Pride is a community-led organisation celebrating the LGBTQ+ community in the Twin Ports area. The 2026 festival marks the 40th anniversary of Pride in the region, featuring events from September 3rd to 6th. Highlights include the Pride Festival at Bayfront Festival Park on September 5th, offering live entertainment, food vendors, and family activities, and the Pride Parade on Tower Avenue in Superior on September 6th. The festival aims to create an inclusive and vibrant experience for all attendees.</w:t>
      </w:r>
      <w:r/>
    </w:p>
    <w:p>
      <w:pPr>
        <w:pStyle w:val="ListNumber"/>
        <w:spacing w:line="240" w:lineRule="auto"/>
        <w:ind w:left="720"/>
      </w:pPr>
      <w:r/>
      <w:hyperlink r:id="rId12">
        <w:r>
          <w:rPr>
            <w:color w:val="0000EE"/>
            <w:u w:val="single"/>
          </w:rPr>
          <w:t>https://visitduluth.com/event/duluth-superior-pride-festival/2026-09-03/</w:t>
        </w:r>
      </w:hyperlink>
      <w:r>
        <w:t xml:space="preserve"> - The Duluth-Superior Pride Festival, scheduled for September 3rd, 2026, at Bayfront Festival Park, celebrates the 40th anniversary of Pride in the Twin Ports. The free event features beer tents, food trucks, exhibitors, information booths, merchandise vendors, and activities for children and families. A full day of entertainment on the main stage is also planned. The festival is part of a series of events running from September 3rd to 6th, including the Pride Parade on September 6th in Superior, Wisconsin.</w:t>
      </w:r>
      <w:r/>
    </w:p>
    <w:p>
      <w:pPr>
        <w:pStyle w:val="ListNumber"/>
        <w:spacing w:line="240" w:lineRule="auto"/>
        <w:ind w:left="720"/>
      </w:pPr>
      <w:r/>
      <w:hyperlink r:id="rId13">
        <w:r>
          <w:rPr>
            <w:color w:val="0000EE"/>
            <w:u w:val="single"/>
          </w:rPr>
          <w:t>https://www.perfectduluthday.com/the-event/duluth-superior-pride-festival-2026/</w:t>
        </w:r>
      </w:hyperlink>
      <w:r>
        <w:t xml:space="preserve"> - The Duluth Superior Pride Festival 2026, taking place on September 5th at Bayfront Festival Park, is the largest event in the seven-day Duluth Superior Pride celebration. The festival includes live music and entertainment, beer tents, exhibitors, food and merchandise vendors, and an area for games. A new addition this year is the Over the Rainbow Market, featuring local artisans and makers. The event runs from 11:00 AM to 7:00 PM and is free to attend.</w:t>
      </w:r>
      <w:r/>
    </w:p>
    <w:p>
      <w:pPr>
        <w:pStyle w:val="ListNumber"/>
        <w:spacing w:line="240" w:lineRule="auto"/>
        <w:ind w:left="720"/>
      </w:pPr>
      <w:r/>
      <w:hyperlink r:id="rId15">
        <w:r>
          <w:rPr>
            <w:color w:val="0000EE"/>
            <w:u w:val="single"/>
          </w:rPr>
          <w:t>https://www.northernnewsnow.com/2026/09/03/duluth-superior-pride-festival-features-portraits-pride-vibrant-visions-art-shows/?outputType=amp</w:t>
        </w:r>
      </w:hyperlink>
      <w:r>
        <w:t xml:space="preserve"> - As part of Duluth Superior Pride's 40th anniversary celebration, local artists are showcasing their work through the Portraits of Pride and Vibrant Visions art exhibitions. The exhibitions are taking place across the Twin Ports, with an art exhibition opening on September 4th from 5 to 7 p.m. at Zeitgeist Arts Atrium. A youth art exhibition is on display at the Duluth Superior Public Library through November 18th. The Vibrant Visions showcase involves several businesses in Superior partnering with artists to display work, with these businesses open during the Pride parade on Sunday.</w:t>
      </w:r>
      <w:r/>
    </w:p>
    <w:p>
      <w:pPr>
        <w:pStyle w:val="ListNumber"/>
        <w:spacing w:line="240" w:lineRule="auto"/>
        <w:ind w:left="720"/>
      </w:pPr>
      <w:r/>
      <w:hyperlink r:id="rId14">
        <w:r>
          <w:rPr>
            <w:color w:val="0000EE"/>
            <w:u w:val="single"/>
          </w:rPr>
          <w:t>https://pfundfoundation.org/event/duluth-superior-pride/</w:t>
        </w:r>
      </w:hyperlink>
      <w:r>
        <w:t xml:space="preserve"> - Duluth-Superior Pride, celebrating its 40th anniversary in 2026, is a community-led foundation founded by and for the LGBTQ+ community. The festival includes live queer performers, a booth fair for local queer and ally groups and organisations, and local queer artists at Bayfront Park in Duluth. The parade follows on Tower Avenue in Superior on Sunday. The event runs from September 3rd to 6th, 2026, and aims to create an inclusive and vibrant experience for all attendees.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dio.com/bike-report/coggs-hosts-first-ever-pride-mountain-bike-ride/" TargetMode="External"/><Relationship Id="rId10" Type="http://schemas.openxmlformats.org/officeDocument/2006/relationships/hyperlink" Target="https://www.coggs.com/" TargetMode="External"/><Relationship Id="rId11" Type="http://schemas.openxmlformats.org/officeDocument/2006/relationships/hyperlink" Target="https://www.dspride.org/" TargetMode="External"/><Relationship Id="rId12" Type="http://schemas.openxmlformats.org/officeDocument/2006/relationships/hyperlink" Target="https://visitduluth.com/event/duluth-superior-pride-festival/2026-09-03/" TargetMode="External"/><Relationship Id="rId13" Type="http://schemas.openxmlformats.org/officeDocument/2006/relationships/hyperlink" Target="https://www.perfectduluthday.com/the-event/duluth-superior-pride-festival-2026/" TargetMode="External"/><Relationship Id="rId14" Type="http://schemas.openxmlformats.org/officeDocument/2006/relationships/hyperlink" Target="https://pfundfoundation.org/event/duluth-superior-pride/" TargetMode="External"/><Relationship Id="rId15" Type="http://schemas.openxmlformats.org/officeDocument/2006/relationships/hyperlink" Target="https://www.northernnewsnow.com/2026/09/03/duluth-superior-pride-festival-features-portraits-pride-vibrant-visions-art-shows/?outputType=am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