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Dallas Stars Pride Night Fans Are Creating Their Own LGBTQ+ Event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turning disappointment into action after the Dallas Stars left Pride Night off their 2026-27 promotional schedule. A Dallas supporter is now organising an unofficial LGBTQ+ celebration around the November 14 game, giving queer and trans fans a welcoming place to gather while raising money for a local youth charity.</w:t>
      </w:r>
      <w:r/>
    </w:p>
    <w:p>
      <w:pPr>
        <w:pStyle w:val="Heading2"/>
      </w:pPr>
      <w:r>
        <w:t>Essential Takeaways</w:t>
      </w:r>
      <w:r/>
      <w:r/>
    </w:p>
    <w:p>
      <w:pPr>
        <w:pStyle w:val="ListBullet"/>
        <w:spacing w:line="240" w:lineRule="auto"/>
        <w:ind w:left="720"/>
      </w:pPr>
      <w:r/>
      <w:r>
        <w:rPr>
          <w:b/>
        </w:rPr>
        <w:t>Pride Night is missing:</w:t>
      </w:r>
      <w:r>
        <w:t xml:space="preserve"> The Stars’ 2026-27 schedule includes several themed games but no dedicated LGBTQ+ event, according to the team’s schedule announcement.</w:t>
      </w:r>
      <w:r/>
    </w:p>
    <w:p>
      <w:pPr>
        <w:pStyle w:val="ListBullet"/>
        <w:spacing w:line="240" w:lineRule="auto"/>
        <w:ind w:left="720"/>
      </w:pPr>
      <w:r/>
      <w:r>
        <w:rPr>
          <w:b/>
        </w:rPr>
        <w:t>Fans have stepped in:</w:t>
      </w:r>
      <w:r>
        <w:t xml:space="preserve"> Supporter Tori Copeland is organising an unofficial Pride Night around the 14 November game against the Buffalo Sabres.</w:t>
      </w:r>
      <w:r/>
    </w:p>
    <w:p>
      <w:pPr>
        <w:pStyle w:val="ListBullet"/>
        <w:spacing w:line="240" w:lineRule="auto"/>
        <w:ind w:left="720"/>
      </w:pPr>
      <w:r/>
      <w:r>
        <w:rPr>
          <w:b/>
        </w:rPr>
        <w:t>Dallas Hope Charities will benefit:</w:t>
      </w:r>
      <w:r>
        <w:t xml:space="preserve"> The fan-led event aims to support a local organisation serving LGBTQ+ young people.</w:t>
      </w:r>
      <w:r/>
    </w:p>
    <w:p>
      <w:pPr>
        <w:pStyle w:val="ListBullet"/>
        <w:spacing w:line="240" w:lineRule="auto"/>
        <w:ind w:left="720"/>
      </w:pPr>
      <w:r/>
      <w:r>
        <w:rPr>
          <w:b/>
        </w:rPr>
        <w:t>Support is gathering quickly:</w:t>
      </w:r>
      <w:r>
        <w:t xml:space="preserve"> Fans have offered tickets, jerseys and donations, while performers and local businesses have shown interest.</w:t>
      </w:r>
      <w:r/>
    </w:p>
    <w:p>
      <w:pPr>
        <w:pStyle w:val="ListBullet"/>
        <w:spacing w:line="240" w:lineRule="auto"/>
        <w:ind w:left="720"/>
      </w:pPr>
      <w:r/>
      <w:r>
        <w:rPr>
          <w:b/>
        </w:rPr>
        <w:t>The wider debate continues:</w:t>
      </w:r>
      <w:r>
        <w:t xml:space="preserve"> Pride events remain contested across professional sport, particularly after disputes over rainbow-themed clothing and equipment.</w:t>
      </w:r>
      <w:r/>
      <w:r/>
    </w:p>
    <w:p>
      <w:pPr>
        <w:pStyle w:val="Heading2"/>
      </w:pPr>
      <w:r>
        <w:t>The Stars’ missing Pride Night has struck a nerve</w:t>
      </w:r>
      <w:r/>
    </w:p>
    <w:p>
      <w:r/>
      <w:r>
        <w:t>The omission was easy to spot. Alongside ’80s Night, Star Wars Night, Anime Night, Black History Night and Noche Mexicana, the Stars’ newly announced 2026-27 promotions include a “Hockey Unites Us: Women in Sports Night”. But for the first time in five years, there’s no Pride Night on the calendar.</w:t>
      </w:r>
      <w:r/>
    </w:p>
    <w:p>
      <w:r/>
      <w:r>
        <w:t>That gap matters because the event had become more than a colourful match-night extra. Previous celebrations supported Resource Center, North Texas’s largest LGBTQ+ organisation, and gave queer fans a visible place in the arena. Dallas Observer and Dallas Morning News both reported on the change and the questions surrounding it.</w:t>
      </w:r>
      <w:r/>
    </w:p>
    <w:p>
      <w:r/>
      <w:r>
        <w:t>The team hasn’t said why Pride Night was removed. A Stars spokesperson told the Dallas Morning News that the new women-in-sports event would support a different underrepresented community each season, while declining to explain the absence of a dedicated LGBTQ+ night.</w:t>
      </w:r>
      <w:r/>
    </w:p>
    <w:p>
      <w:pPr>
        <w:pStyle w:val="Heading2"/>
      </w:pPr>
      <w:r>
        <w:t>One fan’s post became a new plan</w:t>
      </w:r>
      <w:r/>
    </w:p>
    <w:p>
      <w:r/>
      <w:r>
        <w:t>Tori Copeland, a longtime Stars supporter, reacted by announcing that she’d organise her own Pride Night. What began as a frustrated social media post quickly attracted backing from fellow fans, turning a personal response into a community project.</w:t>
      </w:r>
      <w:r/>
    </w:p>
    <w:p>
      <w:r/>
      <w:r>
        <w:t>Copeland then contacted Jason, a trans Stars fan with connections to the organisation. Together, they decided the unofficial celebration would support Dallas Hope Charities, a nonprofit focused on LGBTQ+ youth. Them and Chron reported that the idea gained momentum almost immediately.</w:t>
      </w:r>
      <w:r/>
    </w:p>
    <w:p>
      <w:r/>
      <w:r>
        <w:t>There’s something satisfyingly practical about the response. Rather than waiting for an arena announcement, supporters are building the atmosphere themselves, complete with fundraising, donated tickets and plans for an afterparty. Sometimes fandom is at its strongest when it stops being passive.</w:t>
      </w:r>
      <w:r/>
    </w:p>
    <w:p>
      <w:pPr>
        <w:pStyle w:val="Heading2"/>
      </w:pPr>
      <w:r>
        <w:t>When inclusion becomes a choice between communities</w:t>
      </w:r>
      <w:r/>
    </w:p>
    <w:p>
      <w:r/>
      <w:r>
        <w:t>The Stars’ “Hockey Unites Us” night is intended to spotlight women in sports, and that cause is clearly valuable. The criticism is less about the new theme than the sense that it has replaced an established LGBTQ+ event rather than sitting alongside it.</w:t>
      </w:r>
      <w:r/>
    </w:p>
    <w:p>
      <w:r/>
      <w:r>
        <w:t>Copeland told Chron that the two could easily coexist. That argument has resonated with fans who see inclusion as something that should expand, not rotate through a limited number of available slots.</w:t>
      </w:r>
      <w:r/>
    </w:p>
    <w:p>
      <w:r/>
      <w:r>
        <w:t>The issue also carries extra weight because the Stars have previously taken public positions in support of LGBTQ+ people. In 2017, the club became the first professional sports team in Texas to oppose proposed legislation restricting which public toilet transgender people could use, according to Them and Dallas Observer.</w:t>
      </w:r>
      <w:r/>
    </w:p>
    <w:p>
      <w:pPr>
        <w:pStyle w:val="Heading2"/>
      </w:pPr>
      <w:r>
        <w:t>A fan-led Pride Night is taking shape</w:t>
      </w:r>
      <w:r/>
    </w:p>
    <w:p>
      <w:r/>
      <w:r>
        <w:t>The unofficial event will centre on the Stars’ game against the Buffalo Sabres on 14 November 2026. Organisers hope it’ll be a celebration of the variety within the team’s fanbase, rather than simply a protest against the club.</w:t>
      </w:r>
      <w:r/>
    </w:p>
    <w:p>
      <w:r/>
      <w:r>
        <w:t>Support has already arrived in tangible forms. Fans have offered season tickets for LGBTQ+ supporters, jerseys for charity raffles and donations. Drag performers have reportedly volunteered, while Sue Ellen’s, Dallas’s long-running lesbian bar, has offered to host a post-match gathering, according to Them.</w:t>
      </w:r>
      <w:r/>
    </w:p>
    <w:p>
      <w:r/>
      <w:r>
        <w:t>The plans are also attracting attention beyond Dallas. The Carolina Hurricanes, who are facing their own questions over a cancelled Pride Night, have contacted Copeland for advice about arranging an LGBTQ+ appreciation event. A small supporter initiative is suddenly looking rather larger.</w:t>
      </w:r>
      <w:r/>
    </w:p>
    <w:p>
      <w:pPr>
        <w:pStyle w:val="Heading2"/>
      </w:pPr>
      <w:r>
        <w:t>The wider sports debate is still unsettled</w:t>
      </w:r>
      <w:r/>
    </w:p>
    <w:p>
      <w:r/>
      <w:r>
        <w:t>Professional sport has struggled to find a consistent approach to Pride events. In hockey, rainbow jerseys and stick tape became flashpoints after some players refused to take part, leading the NHL to restrict Pride-themed equipment before later reversing its position on rainbow tape.</w:t>
      </w:r>
      <w:r/>
    </w:p>
    <w:p>
      <w:r/>
      <w:r>
        <w:t>Other leagues have faced similar arguments. A controversy involving the San Francisco Giants and rainbow-logo hats prompted debate over religious expression, uniform rules and whether messages on official kit could alienate parts of a club’s audience. Those disputes have made Pride nights feel increasingly political, even when fans simply want a welcoming evening at the rink.</w:t>
      </w:r>
      <w:r/>
    </w:p>
    <w:p>
      <w:r/>
      <w:r>
        <w:t>For queer supporters, visibility still has a straightforward meaning: being told they belong. Jason told Them that fans would continue showing up, even without an official Pride Night. That confidence may be the most revealing part of the story, because the community isn’t waiting for permission to be present.</w:t>
      </w:r>
      <w:r/>
    </w:p>
    <w:p>
      <w:r/>
      <w:r>
        <w:t>A home-grown event won’t erase the disappointment, but it could create something warmer and more personal. And if the donations, performers and cross-team interest keep coming, the Stars’ unofficial Pride Night may become one of the season’s most memorable gatherings.</w:t>
      </w:r>
      <w:r/>
    </w:p>
    <w:p>
      <w:r/>
      <w:r>
        <w:t>The message is simple: fans can keep the welcome alive, even when the official schedule doesn’t.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0">
        <w:r>
          <w:rPr>
            <w:color w:val="0000EE"/>
            <w:u w:val="single"/>
          </w:rPr>
          <w:t>[6]</w:t>
        </w:r>
      </w:hyperlink>
      <w:r>
        <w:t xml:space="preserve">- Paragraph 3: </w:t>
      </w:r>
      <w:hyperlink r:id="rId9">
        <w:r>
          <w:rPr>
            <w:color w:val="0000EE"/>
            <w:u w:val="single"/>
          </w:rPr>
          <w:t>[1]</w:t>
        </w:r>
      </w:hyperlink>
      <w:r>
        <w:t xml:space="preserve">, </w:t>
      </w:r>
      <w:hyperlink r:id="rId10">
        <w:r>
          <w:rPr>
            <w:color w:val="0000EE"/>
            <w:u w:val="single"/>
          </w:rPr>
          <w:t>[6]</w:t>
        </w:r>
      </w:hyperlink>
      <w:r>
        <w:t xml:space="preserve">- Paragraph 4: </w:t>
      </w:r>
      <w:hyperlink r:id="rId9">
        <w:r>
          <w:rPr>
            <w:color w:val="0000EE"/>
            <w:u w:val="single"/>
          </w:rPr>
          <w:t>[1]</w:t>
        </w:r>
      </w:hyperlink>
      <w:r>
        <w:t xml:space="preserve">, </w:t>
      </w:r>
      <w:hyperlink r:id="rId13">
        <w:r>
          <w:rPr>
            <w:color w:val="0000EE"/>
            <w:u w:val="single"/>
          </w:rPr>
          <w:t>[3]</w:t>
        </w:r>
      </w:hyperlink>
      <w:r>
        <w:t xml:space="preserve">- Paragraph 5: </w:t>
      </w:r>
      <w:hyperlink r:id="rId9">
        <w:r>
          <w:rPr>
            <w:color w:val="0000EE"/>
            <w:u w:val="single"/>
          </w:rPr>
          <w:t>[1]</w:t>
        </w:r>
      </w:hyperlink>
      <w:r>
        <w:t xml:space="preserve">, </w:t>
      </w:r>
      <w:hyperlink r:id="rId12">
        <w:r>
          <w:rPr>
            <w:color w:val="0000EE"/>
            <w:u w:val="single"/>
          </w:rPr>
          <w:t>[4]</w:t>
        </w:r>
      </w:hyperlink>
      <w:r>
        <w:t xml:space="preserve">- Paragraph 6: </w:t>
      </w:r>
      <w:hyperlink r:id="rId9">
        <w:r>
          <w:rPr>
            <w:color w:val="0000EE"/>
            <w:u w:val="single"/>
          </w:rPr>
          <w:t>[1]</w:t>
        </w:r>
      </w:hyperlink>
      <w:r>
        <w:t xml:space="preserve">, </w:t>
      </w:r>
      <w:hyperlink r:id="rId10">
        <w:r>
          <w:rPr>
            <w:color w:val="0000EE"/>
            <w:u w:val="single"/>
          </w:rPr>
          <w:t>[6]</w:t>
        </w:r>
      </w:hyperlink>
      <w:r>
        <w:t xml:space="preserve">- Paragraph 7: </w:t>
      </w:r>
      <w:hyperlink r:id="rId9">
        <w:r>
          <w:rPr>
            <w:color w:val="0000EE"/>
            <w:u w:val="single"/>
          </w:rPr>
          <w:t>[1]</w:t>
        </w:r>
      </w:hyperlink>
      <w:r>
        <w:t xml:space="preserve">, </w:t>
      </w:r>
      <w:hyperlink r:id="rId12">
        <w:r>
          <w:rPr>
            <w:color w:val="0000EE"/>
            <w:u w:val="single"/>
          </w:rPr>
          <w:t>[4]</w:t>
        </w:r>
      </w:hyperlink>
      <w:r>
        <w:t xml:space="preserve">- Paragraph 8: </w:t>
      </w:r>
      <w:hyperlink r:id="rId9">
        <w:r>
          <w:rPr>
            <w:color w:val="0000EE"/>
            <w:u w:val="single"/>
          </w:rPr>
          <w:t>[1]</w:t>
        </w:r>
      </w:hyperlink>
      <w:r>
        <w:t xml:space="preserve">, </w:t>
      </w:r>
      <w:hyperlink r:id="rId13">
        <w:r>
          <w:rPr>
            <w:color w:val="0000EE"/>
            <w:u w:val="single"/>
          </w:rPr>
          <w:t>[3]</w:t>
        </w:r>
      </w:hyperlink>
      <w:r>
        <w:t xml:space="preserve">- Paragraph 9: </w:t>
      </w:r>
      <w:hyperlink r:id="rId9">
        <w:r>
          <w:rPr>
            <w:color w:val="0000EE"/>
            <w:u w:val="single"/>
          </w:rPr>
          <w:t>[1]</w:t>
        </w:r>
      </w:hyperlink>
      <w:r>
        <w:t xml:space="preserve">, </w:t>
      </w:r>
      <w:hyperlink r:id="rId14">
        <w:r>
          <w:rPr>
            <w:color w:val="0000EE"/>
            <w:u w:val="single"/>
          </w:rPr>
          <w:t>[5]</w:t>
        </w:r>
      </w:hyperlink>
      <w:r>
        <w:t xml:space="preserve">- Paragraph 10: </w:t>
      </w:r>
      <w:hyperlink r:id="rId9">
        <w:r>
          <w:rPr>
            <w:color w:val="0000EE"/>
            <w:u w:val="single"/>
          </w:rPr>
          <w:t>[1]</w:t>
        </w:r>
      </w:hyperlink>
      <w:r>
        <w:t xml:space="preserve">, </w:t>
      </w:r>
      <w:hyperlink r:id="rId13">
        <w:r>
          <w:rPr>
            <w:color w:val="0000EE"/>
            <w:u w:val="single"/>
          </w:rPr>
          <w:t>[3]</w:t>
        </w:r>
      </w:hyperlink>
      <w:r>
        <w:t xml:space="preserve">- Paragraph 11: </w:t>
      </w:r>
      <w:hyperlink r:id="rId9">
        <w:r>
          <w:rPr>
            <w:color w:val="0000EE"/>
            <w:u w:val="single"/>
          </w:rPr>
          <w:t>[1]</w:t>
        </w:r>
      </w:hyperlink>
      <w:r>
        <w:t xml:space="preserve">, </w:t>
      </w:r>
      <w:hyperlink r:id="rId14">
        <w:r>
          <w:rPr>
            <w:color w:val="0000EE"/>
            <w:u w:val="single"/>
          </w:rPr>
          <w:t>[5]</w:t>
        </w:r>
      </w:hyperlink>
      <w:r>
        <w:t xml:space="preserve">- Paragraph 12: </w:t>
      </w:r>
      <w:hyperlink r:id="rId9">
        <w:r>
          <w:rPr>
            <w:color w:val="0000EE"/>
            <w:u w:val="single"/>
          </w:rPr>
          <w:t>[1]</w:t>
        </w:r>
      </w:hyperlink>
      <w:r>
        <w:t xml:space="preserve">, </w:t>
      </w:r>
      <w:hyperlink r:id="rId13">
        <w:r>
          <w:rPr>
            <w:color w:val="0000EE"/>
            <w:u w:val="single"/>
          </w:rPr>
          <w:t>[3]</w:t>
        </w:r>
      </w:hyperlink>
      <w:r>
        <w:t xml:space="preserve">- Paragraph 13: </w:t>
      </w:r>
      <w:hyperlink r:id="rId9">
        <w:r>
          <w:rPr>
            <w:color w:val="0000EE"/>
            <w:u w:val="single"/>
          </w:rPr>
          <w:t>[1]</w:t>
        </w:r>
      </w:hyperlink>
      <w:r>
        <w:t xml:space="preserve">, </w:t>
      </w:r>
      <w:hyperlink r:id="rId12">
        <w:r>
          <w:rPr>
            <w:color w:val="0000EE"/>
            <w:u w:val="single"/>
          </w:rPr>
          <w:t>[4]</w:t>
        </w:r>
      </w:hyperlink>
      <w:r>
        <w:t xml:space="preserve">- Paragraph 14: </w:t>
      </w:r>
      <w:hyperlink r:id="rId9">
        <w:r>
          <w:rPr>
            <w:color w:val="0000EE"/>
            <w:u w:val="single"/>
          </w:rPr>
          <w:t>[1]</w:t>
        </w:r>
      </w:hyperlink>
      <w:r>
        <w:t xml:space="preserve">, </w:t>
      </w:r>
      <w:hyperlink r:id="rId13">
        <w:r>
          <w:rPr>
            <w:color w:val="0000EE"/>
            <w:u w:val="single"/>
          </w:rPr>
          <w:t>[3]</w:t>
        </w:r>
      </w:hyperlink>
      <w:r>
        <w:t xml:space="preserve">- Paragraph 15: </w:t>
      </w:r>
      <w:hyperlink r:id="rId9">
        <w:r>
          <w:rPr>
            <w:color w:val="0000EE"/>
            <w:u w:val="single"/>
          </w:rPr>
          <w:t>[1]</w:t>
        </w:r>
      </w:hyperlink>
      <w:r>
        <w:t xml:space="preserve">, </w:t>
      </w:r>
      <w:hyperlink r:id="rId14">
        <w:r>
          <w:rPr>
            <w:color w:val="0000EE"/>
            <w:u w:val="single"/>
          </w:rPr>
          <w:t>[5]</w:t>
        </w:r>
      </w:hyperlink>
      <w:r>
        <w:t xml:space="preserve">- Paragraph 16: </w:t>
      </w:r>
      <w:hyperlink r:id="rId9">
        <w:r>
          <w:rPr>
            <w:color w:val="0000EE"/>
            <w:u w:val="single"/>
          </w:rPr>
          <w:t>[1]</w:t>
        </w:r>
      </w:hyperlink>
      <w:r>
        <w:t xml:space="preserve">, </w:t>
      </w:r>
      <w:hyperlink r:id="rId13">
        <w:r>
          <w:rPr>
            <w:color w:val="0000EE"/>
            <w:u w:val="single"/>
          </w:rPr>
          <w:t>[3]</w:t>
        </w:r>
      </w:hyperlink>
      <w:r>
        <w:t xml:space="preserve">- Paragraph 17: </w:t>
      </w:r>
      <w:hyperlink r:id="rId9">
        <w:r>
          <w:rPr>
            <w:color w:val="0000EE"/>
            <w:u w:val="single"/>
          </w:rPr>
          <w:t>[1]</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https://www.them.us/culture/dallas-stars-pride-night-canceled</w:t>
        </w:r>
      </w:hyperlink>
      <w:r>
        <w:t xml:space="preserve"> - Please view link - unable to able to access data</w:t>
      </w:r>
      <w:r/>
    </w:p>
    <w:p>
      <w:pPr>
        <w:pStyle w:val="ListNumber"/>
        <w:spacing w:line="240" w:lineRule="auto"/>
        <w:ind w:left="720"/>
      </w:pPr>
      <w:r/>
      <w:hyperlink r:id="rId9">
        <w:r>
          <w:rPr>
            <w:color w:val="0000EE"/>
            <w:u w:val="single"/>
          </w:rPr>
          <w:t>https://www.them.us/culture/dallas-stars-pride-night-canceled</w:t>
        </w:r>
      </w:hyperlink>
      <w:r>
        <w:t xml:space="preserve"> - The Dallas Stars have removed Pride Night from their 2026-2027 promotional schedule, replacing it with a 'Hockey Unites Us: Women in Sports Night' on March 23, 2027. Fans, including Tori Copeland, have expressed disappointment over the omission and are organising their own Pride Night event to support Dallas Hope Charities. The team has not provided a specific reason for the change, and declined to comment when asked about the absence of Pride Night for the first time in five years.</w:t>
      </w:r>
      <w:r/>
    </w:p>
    <w:p>
      <w:pPr>
        <w:pStyle w:val="ListNumber"/>
        <w:spacing w:line="240" w:lineRule="auto"/>
        <w:ind w:left="720"/>
      </w:pPr>
      <w:r/>
      <w:hyperlink r:id="rId13">
        <w:r>
          <w:rPr>
            <w:color w:val="0000EE"/>
            <w:u w:val="single"/>
          </w:rPr>
          <w:t>https://www.outsports.com/2026/9/1/24142547/dallas-stars-pride-night-nhl-gay-lgbtq-hockey-texas-rangers-heated-rivalry/</w:t>
        </w:r>
      </w:hyperlink>
      <w:r>
        <w:t xml:space="preserve"> - The Dallas Stars have cancelled their annual Pride Night for the 2026-2027 season, a decision that has upset many fans. The team has replaced Pride Night with a 'Hockey Unites Night' dedicated to celebrating women in sports. Fans, including Tori Copeland, are organising their own Pride Night event to support Dallas Hope Charities. The Stars have not provided a specific reason for the cancellation and declined to comment when asked about the absence of Pride Night for the first time in five years.</w:t>
      </w:r>
      <w:r/>
    </w:p>
    <w:p>
      <w:pPr>
        <w:pStyle w:val="ListNumber"/>
        <w:spacing w:line="240" w:lineRule="auto"/>
        <w:ind w:left="720"/>
      </w:pPr>
      <w:r/>
      <w:hyperlink r:id="rId12">
        <w:r>
          <w:rPr>
            <w:color w:val="0000EE"/>
            <w:u w:val="single"/>
          </w:rPr>
          <w:t>https://www.dallasobserver.com/arts-culture/dallas-stars-wont-host-a-pride-night-for-the-first-time-in-years-40708623/</w:t>
        </w:r>
      </w:hyperlink>
      <w:r>
        <w:t xml:space="preserve"> - The Dallas Stars have removed Pride Night from their 2026-2027 promotional schedule, replacing it with a 'Hockey Unites Night' dedicated to celebrating women in sports. Fans, including Tori Copeland, have expressed disappointment over the omission and are organising their own Pride Night event to support Dallas Hope Charities. The team has not provided a specific reason for the change and declined to comment when asked about the absence of Pride Night for the first time in five years.</w:t>
      </w:r>
      <w:r/>
    </w:p>
    <w:p>
      <w:pPr>
        <w:pStyle w:val="ListNumber"/>
        <w:spacing w:line="240" w:lineRule="auto"/>
        <w:ind w:left="720"/>
      </w:pPr>
      <w:r/>
      <w:hyperlink r:id="rId14">
        <w:r>
          <w:rPr>
            <w:color w:val="0000EE"/>
            <w:u w:val="single"/>
          </w:rPr>
          <w:t>https://www.markerzone.com/news/index.php?no=602664</w:t>
        </w:r>
      </w:hyperlink>
      <w:r>
        <w:t xml:space="preserve"> - The Dallas Stars have removed Pride Night from their 2026-2027 promotional schedule, replacing it with a 'Hockey Unites Night' dedicated to celebrating women in sports. Fans, including Tori Copeland, have expressed disappointment over the omission and are organising their own Pride Night event to support Dallas Hope Charities. The team has not provided a specific reason for the change and declined to comment when asked about the absence of Pride Night for the first time in five years.</w:t>
      </w:r>
      <w:r/>
    </w:p>
    <w:p>
      <w:pPr>
        <w:pStyle w:val="ListNumber"/>
        <w:spacing w:line="240" w:lineRule="auto"/>
        <w:ind w:left="720"/>
      </w:pPr>
      <w:r/>
      <w:hyperlink r:id="rId10">
        <w:r>
          <w:rPr>
            <w:color w:val="0000EE"/>
            <w:u w:val="single"/>
          </w:rPr>
          <w:t>https://www.dallasnews.com/arts-entertainment/2026/08/28/dallas-stars-wont-host-a-pride-night-for-the-first-time-in-years/</w:t>
        </w:r>
      </w:hyperlink>
      <w:r>
        <w:t xml:space="preserve"> - The Dallas Stars have removed Pride Night from their 2026-2027 promotional schedule, replacing it with a 'Hockey Unites Night' dedicated to celebrating women in sports. Fans, including Tori Copeland, have expressed disappointment over the omission and are organising their own Pride Night event to support Dallas Hope Charities. The team has not provided a specific reason for the change and declined to comment when asked about the absence of Pride Night for the first time in five years.</w:t>
      </w:r>
      <w:r/>
    </w:p>
    <w:p>
      <w:pPr>
        <w:pStyle w:val="ListNumber"/>
        <w:spacing w:line="240" w:lineRule="auto"/>
        <w:ind w:left="720"/>
      </w:pPr>
      <w:r/>
      <w:hyperlink r:id="rId11">
        <w:r>
          <w:rPr>
            <w:color w:val="0000EE"/>
            <w:u w:val="single"/>
          </w:rPr>
          <w:t>https://www.nhl.com/stars/news/dallas-stars-announce-2026-27-regular-season-schedule-071626</w:t>
        </w:r>
      </w:hyperlink>
      <w:r>
        <w:t xml:space="preserve"> - The Dallas Stars have announced their 2026-2027 regular-season schedule, which opens on October 2 against the St. Louis Blues at American Airlines Center. The schedule includes 41 home games, featuring matchups against Central Division, Pacific Division, and Eastern Conference opponents. Notably, the team will participate in the 2027 Navy Federal Credit Union NHL Stadium Series™ on February 20 at AT&amp;T Stadium, home of the NFL’s Dallas Cowboys. The Stars have not provided a specific reason for the cancellation of Pride Night for the first time in five years.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culture/dallas-stars-pride-night-canceled" TargetMode="External"/><Relationship Id="rId10" Type="http://schemas.openxmlformats.org/officeDocument/2006/relationships/hyperlink" Target="https://www.dallasnews.com/arts-entertainment/2026/08/28/dallas-stars-wont-host-a-pride-night-for-the-first-time-in-years/" TargetMode="External"/><Relationship Id="rId11" Type="http://schemas.openxmlformats.org/officeDocument/2006/relationships/hyperlink" Target="https://www.nhl.com/stars/news/dallas-stars-announce-2026-27-regular-season-schedule-071626" TargetMode="External"/><Relationship Id="rId12" Type="http://schemas.openxmlformats.org/officeDocument/2006/relationships/hyperlink" Target="https://www.dallasobserver.com/arts-culture/dallas-stars-wont-host-a-pride-night-for-the-first-time-in-years-40708623/" TargetMode="External"/><Relationship Id="rId13" Type="http://schemas.openxmlformats.org/officeDocument/2006/relationships/hyperlink" Target="https://www.outsports.com/2026/9/1/24142547/dallas-stars-pride-night-nhl-gay-lgbtq-hockey-texas-rangers-heated-rivalry/" TargetMode="External"/><Relationship Id="rId14" Type="http://schemas.openxmlformats.org/officeDocument/2006/relationships/hyperlink" Target="https://www.markerzone.com/news/index.php?no=60266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