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Virginia PrideFest 2026 Guide for Richmond Visitors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Richmond’s Virginia PrideFest returns to Midtown Green on 12 September, bringing free live music, food, drinks and almost 200 local vendors to the city. With David Archuleta topping the bill and a dedicated youth pavilion offering family-friendly activities, it’s shaping up to be a lively autumn celebration of LGBTQ+ joy, community and resistance.</w:t>
      </w:r>
      <w:r/>
    </w:p>
    <w:p>
      <w:pPr>
        <w:pStyle w:val="Heading2"/>
      </w:pPr>
      <w:r>
        <w:t>Essential Takeaways</w:t>
      </w:r>
      <w:r/>
      <w:r/>
    </w:p>
    <w:p>
      <w:pPr>
        <w:pStyle w:val="ListBullet"/>
        <w:spacing w:line="240" w:lineRule="auto"/>
        <w:ind w:left="720"/>
      </w:pPr>
      <w:r/>
      <w:r>
        <w:rPr>
          <w:b/>
        </w:rPr>
        <w:t>When:</w:t>
      </w:r>
      <w:r>
        <w:t xml:space="preserve"> Virginia PrideFest takes place on 12 September, from noon until 8pm.</w:t>
      </w:r>
      <w:r/>
    </w:p>
    <w:p>
      <w:pPr>
        <w:pStyle w:val="ListBullet"/>
        <w:spacing w:line="240" w:lineRule="auto"/>
        <w:ind w:left="720"/>
      </w:pPr>
      <w:r/>
      <w:r>
        <w:rPr>
          <w:b/>
        </w:rPr>
        <w:t>Where:</w:t>
      </w:r>
      <w:r>
        <w:t xml:space="preserve"> Midtown Green in Richmond, Virginia, hosts the free outdoor festival.</w:t>
      </w:r>
      <w:r/>
    </w:p>
    <w:p>
      <w:pPr>
        <w:pStyle w:val="ListBullet"/>
        <w:spacing w:line="240" w:lineRule="auto"/>
        <w:ind w:left="720"/>
      </w:pPr>
      <w:r/>
      <w:r>
        <w:rPr>
          <w:b/>
        </w:rPr>
        <w:t>Live entertainment:</w:t>
      </w:r>
      <w:r>
        <w:t xml:space="preserve"> David Archuleta, Chris Housman and Madison Rose are scheduled for the main stage.</w:t>
      </w:r>
      <w:r/>
    </w:p>
    <w:p>
      <w:pPr>
        <w:pStyle w:val="ListBullet"/>
        <w:spacing w:line="240" w:lineRule="auto"/>
        <w:ind w:left="720"/>
      </w:pPr>
      <w:r/>
      <w:r>
        <w:rPr>
          <w:b/>
        </w:rPr>
        <w:t>For younger visitors:</w:t>
      </w:r>
      <w:r>
        <w:t xml:space="preserve"> The Allianz Youth Pride Pavilion offers activities, entertainment and LGBTQ+ youth-focused vendors.</w:t>
      </w:r>
      <w:r/>
    </w:p>
    <w:p>
      <w:pPr>
        <w:pStyle w:val="ListBullet"/>
        <w:spacing w:line="240" w:lineRule="auto"/>
        <w:ind w:left="720"/>
      </w:pPr>
      <w:r/>
      <w:r>
        <w:rPr>
          <w:b/>
        </w:rPr>
        <w:t>What to expect:</w:t>
      </w:r>
      <w:r>
        <w:t xml:space="preserve"> Food, drinks, performances and nearly 200 diverse local vendors create a full afternoon of browsing and celebration.</w:t>
      </w:r>
      <w:r/>
      <w:r/>
    </w:p>
    <w:p>
      <w:pPr>
        <w:pStyle w:val="Heading2"/>
      </w:pPr>
      <w:r>
        <w:t>Richmond’s free Pride festival returns in autumn</w:t>
      </w:r>
      <w:r/>
    </w:p>
    <w:p>
      <w:r/>
      <w:r>
        <w:t>Virginia PrideFest is the sort of event that turns an ordinary Saturday into a colourful, noisy, wonderfully busy afternoon. From live music and drag-style spectacle to food stalls and local makers, the festival gives visitors plenty to explore without an admission charge.</w:t>
      </w:r>
      <w:r/>
    </w:p>
    <w:p>
      <w:r/>
      <w:r>
        <w:t>According to Richmond Magazine, the event runs from noon to 8pm at Midtown Green on 12 September. That timing makes it easy to drop in for a few hours or settle in for the full day, especially if you want to catch performances and browse the vendor village at a relaxed pace.</w:t>
      </w:r>
      <w:r/>
    </w:p>
    <w:p>
      <w:pPr>
        <w:pStyle w:val="Heading2"/>
      </w:pPr>
      <w:r>
        <w:t>A headline act with broad appeal</w:t>
      </w:r>
      <w:r/>
    </w:p>
    <w:p>
      <w:r/>
      <w:r>
        <w:t>David Archuleta, known to many fans from American Idol, leads this year's main-stage line-up. Nashville-based country performer Chris Housman and singer-songwriter Madison Rose are also scheduled to perform, giving the programme a mix of pop familiarity, country storytelling and contemporary songwriting.</w:t>
      </w:r>
      <w:r/>
    </w:p>
    <w:p>
      <w:r/>
      <w:r>
        <w:t>That variety matters at a community festival. One moment might call for dancing in the crowd, while the next invites a quieter listen with a cold drink in hand. Event listings from Out RVA and The Richmond Experience also position PrideFest as a major date on the city's annual LGBTQ+ events calendar.</w:t>
      </w:r>
      <w:r/>
    </w:p>
    <w:p>
      <w:pPr>
        <w:pStyle w:val="Heading2"/>
      </w:pPr>
      <w:r>
        <w:t>Nearly 200 vendors bring Richmond's local flavour</w:t>
      </w:r>
      <w:r/>
    </w:p>
    <w:p>
      <w:r/>
      <w:r>
        <w:t>The entertainment may draw the biggest cheers, but the vendor area is likely to be where much of the wandering happens. Nearly 200 local businesses, organisations and community groups are expected, so visitors can browse everything from handmade goods and art to services, charitable causes and Pride-themed treats.</w:t>
      </w:r>
      <w:r/>
    </w:p>
    <w:p>
      <w:r/>
      <w:r>
        <w:t>It's worth arriving with comfortable shoes and a little patience. Popular stalls can become busy around the middle of the day, while food and drink queues tend to move more easily if visitors spread their stops across the afternoon. Diversity Richmond's event information and sponsor pages highlight the breadth of community support behind the festival.</w:t>
      </w:r>
      <w:r/>
    </w:p>
    <w:p>
      <w:pPr>
        <w:pStyle w:val="Heading2"/>
      </w:pPr>
      <w:r>
        <w:t>A welcoming space for LGBTQ+ teens and families</w:t>
      </w:r>
      <w:r/>
    </w:p>
    <w:p>
      <w:r/>
      <w:r>
        <w:t>The Allianz Youth Pride Pavilion offers a more focused area for LGBTQ+ teens, families and younger visitors. Its programme includes family-friendly entertainment, activities and vendors, helping make the festival feel accessible beyond the main stage crowd.</w:t>
      </w:r>
      <w:r/>
    </w:p>
    <w:p>
      <w:r/>
      <w:r>
        <w:t>That dedicated space is an important practical detail for parents and carers planning a visit. It gives younger attendees somewhere designed with them in mind, rather than expecting them to navigate an adult-oriented festival all day. The PrideFest FAQ and listings from NextUp RVA provide additional context for visitors checking arrangements before travelling.</w:t>
      </w:r>
      <w:r/>
    </w:p>
    <w:p>
      <w:pPr>
        <w:pStyle w:val="Heading2"/>
      </w:pPr>
      <w:r>
        <w:t>What visitors should know before they go</w:t>
      </w:r>
      <w:r/>
    </w:p>
    <w:p>
      <w:r/>
      <w:r>
        <w:t>Admission is free, but planning still helps. Check the official Virginia Pride information before setting off for updates on schedules, accessibility, transport, weather arrangements and any rules around bags or pets. Outdoor festivals can change pace quickly, so sunscreen, water and a light layer are sensible additions to the day bag.</w:t>
      </w:r>
      <w:r/>
    </w:p>
    <w:p>
      <w:r/>
      <w:r>
        <w:t>The 2026 theme, "Our Pride. Our Joy. Our Resistance!", puts celebration and solidarity side by side. James Millner, the organiser's director, told Richmond Magazine that attendees can feel the collective strength of coming together for the LGBTQ+ community and the Richmond region. That's the heart of the occasion: a busy, bright festival that feels personal even among a crowd.</w:t>
      </w:r>
      <w:r/>
    </w:p>
    <w:p>
      <w:r/>
      <w:r>
        <w:t>Virginia PrideFest offers an easy, free way to enjoy Richmond's LGBTQ+ community, music and local creativity in one memorable afternoon.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5">
        <w:r>
          <w:rPr>
            <w:color w:val="0000EE"/>
            <w:u w:val="single"/>
          </w:rPr>
          <w:t>[7]</w:t>
        </w:r>
      </w:hyperlink>
      <w:r>
        <w:t xml:space="preserve">- Paragraph 12: </w:t>
      </w:r>
      <w:hyperlink r:id="rId13">
        <w:r>
          <w:rPr>
            <w:color w:val="0000EE"/>
            <w:u w:val="single"/>
          </w:rPr>
          <w:t>[5]</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https://richmondmagazine.com/arts-entertainment/richmond-events/virginia-pridefest-2026/</w:t>
        </w:r>
      </w:hyperlink>
      <w:r>
        <w:t xml:space="preserve"> - Please view link - unable to able to access data</w:t>
      </w:r>
      <w:r/>
    </w:p>
    <w:p>
      <w:pPr>
        <w:pStyle w:val="ListNumber"/>
        <w:spacing w:line="240" w:lineRule="auto"/>
        <w:ind w:left="720"/>
      </w:pPr>
      <w:r/>
      <w:hyperlink r:id="rId10">
        <w:r>
          <w:rPr>
            <w:color w:val="0000EE"/>
            <w:u w:val="single"/>
          </w:rPr>
          <w:t>https://outrva.com/events/pridefest-2026</w:t>
        </w:r>
      </w:hyperlink>
      <w:r>
        <w:t xml:space="preserve"> - OutRVA's official page for Pridefest 2026 provides detailed information about the event, including its date, time, location, and highlights. The festival is scheduled for Saturday, September 12, 2026, from 12:00 PM to 8:00 PM at Midtown Green, 2401 West Leigh Street, Richmond, VA. The page mentions VIP experiences featuring gourmet food, complimentary beverages, indoor seating, private restrooms, a view of the festival grounds and main stage, meet-and-greet opportunities with performers, and Pride swag. The event is free and open to everyone, promising exciting headliners, diverse entertainment, delicious food, and a variety of vendors, including activities at the Allianz Youth Pride Pavilion.</w:t>
      </w:r>
      <w:r/>
    </w:p>
    <w:p>
      <w:pPr>
        <w:pStyle w:val="ListNumber"/>
        <w:spacing w:line="240" w:lineRule="auto"/>
        <w:ind w:left="720"/>
      </w:pPr>
      <w:r/>
      <w:hyperlink r:id="rId11">
        <w:r>
          <w:rPr>
            <w:color w:val="0000EE"/>
            <w:u w:val="single"/>
          </w:rPr>
          <w:t>https://www.therichmondexperience.com/happenings/va-pridefest-2026</w:t>
        </w:r>
      </w:hyperlink>
      <w:r>
        <w:t xml:space="preserve"> - The Richmond Experience's page for VA Pridefest 2026 offers comprehensive details about the festival, including its date, time, location, and entertainment lineup. The festival is set for Saturday, September 12, 2026, from 12:00 PM to 8:00 PM at Midtown Green, 2401 West Leigh Street, Richmond, VA. The page highlights the event as Virginia's largest celebration of the LGBTQ community, featuring star-studded entertainment, nearly 200 vendors, food, and fun. The entertainment lineup includes headliner David Archuleta, country musician Chris Housman, pop performer Madison Rose, RuPaul’s Drag Race alum A’keria Davenport, and regional artists such as rapper Trio, hip-hop artist Young Shiloh, reggaeton artist Nat, and dream pop artist Ari Voxx.</w:t>
      </w:r>
      <w:r/>
    </w:p>
    <w:p>
      <w:pPr>
        <w:pStyle w:val="ListNumber"/>
        <w:spacing w:line="240" w:lineRule="auto"/>
        <w:ind w:left="720"/>
      </w:pPr>
      <w:r/>
      <w:hyperlink r:id="rId12">
        <w:r>
          <w:rPr>
            <w:color w:val="0000EE"/>
            <w:u w:val="single"/>
          </w:rPr>
          <w:t>https://nextuprva.org/events/pridefest-richmond-2026/</w:t>
        </w:r>
      </w:hyperlink>
      <w:r>
        <w:t xml:space="preserve"> - NextUp RVA's page for PrideFest Richmond 2026 provides essential information about the event, including its date, time, location, and description. The festival is scheduled for September 12, 2026, from 12:00 PM to 8:00 PM at Midtown Green, 2401 W Leigh St, Richmond, VA 23220. The page describes the event as bringing tens of thousands of people together to celebrate the LGBTQ+ community with daylong entertainment, food, and activities. It is a free, all-ages event that offers a welcoming space for youth and families to celebrate identity and community. The page also mentions that more information, including the full entertainment lineup and activity schedule, can be found on the Virginia Pride website as the date approaches.</w:t>
      </w:r>
      <w:r/>
    </w:p>
    <w:p>
      <w:pPr>
        <w:pStyle w:val="ListNumber"/>
        <w:spacing w:line="240" w:lineRule="auto"/>
        <w:ind w:left="720"/>
      </w:pPr>
      <w:r/>
      <w:hyperlink r:id="rId13">
        <w:r>
          <w:rPr>
            <w:color w:val="0000EE"/>
            <w:u w:val="single"/>
          </w:rPr>
          <w:t>https://www.diversityrichmond.org/virginia-pride</w:t>
        </w:r>
      </w:hyperlink>
      <w:r>
        <w:t xml:space="preserve"> - Diversity Richmond's page for Virginia Pride provides information about the organisation's mission and the upcoming Pridefest 2026. The page states that Virginia Pride, a program of Diversity Richmond, works to ensure that LGBTQ people across the Richmond region feel safe, seen, and celebrated in all aspects of community life. Through community partnerships, advocacy, and events—including the Commonwealth’s largest Pridefest—it fosters visibility, belonging, and connection in RVA and beyond. The page mentions that Pridefest 2026 will take place on September 12 from 12 PM to 8 PM at Midtown Green in Richmond, VA. The event will feature incredible mainstage entertainment, around 200 queer, community-focused, and engaging vendors, food trucks, and excellent selfie opportunities. LGBTQ youth, their friends, and families can celebrate with age-appropriate entertainment and activities at the Allianz Youth Pride Pavilion.</w:t>
      </w:r>
      <w:r/>
    </w:p>
    <w:p>
      <w:pPr>
        <w:pStyle w:val="ListNumber"/>
        <w:spacing w:line="240" w:lineRule="auto"/>
        <w:ind w:left="720"/>
      </w:pPr>
      <w:r/>
      <w:hyperlink r:id="rId14">
        <w:r>
          <w:rPr>
            <w:color w:val="0000EE"/>
            <w:u w:val="single"/>
          </w:rPr>
          <w:t>https://www.diversityrichmond.org/sponsor-pride</w:t>
        </w:r>
      </w:hyperlink>
      <w:r>
        <w:t xml:space="preserve"> - Diversity Richmond's sponsorship page for VA Pridefest 2026 outlines opportunities for businesses and individuals to support the event. The page highlights that VA Pridefest is one of the largest outdoor festival events in Richmond and the biggest celebration of the LGBTQ community in Virginia. It mentions that the event is scheduled for Saturday, September 12 at Midtown Green (formerly Bon Secours Training Center). The page provides contact information for James Millner, the director of the event's organiser, Virginia Pride, including email and phone number. It also emphasises the importance of supporting the LGBTQ community, noting that many companies have reduced or eliminated funding for LGBTQ organisations and events, and that Pridefest and other VA Pride events demonstrate a company's commitment to LGBTQ and allied employees, their friends, families, and loved ones.</w:t>
      </w:r>
      <w:r/>
    </w:p>
    <w:p>
      <w:pPr>
        <w:pStyle w:val="ListNumber"/>
        <w:spacing w:line="240" w:lineRule="auto"/>
        <w:ind w:left="720"/>
      </w:pPr>
      <w:r/>
      <w:hyperlink r:id="rId15">
        <w:r>
          <w:rPr>
            <w:color w:val="0000EE"/>
            <w:u w:val="single"/>
          </w:rPr>
          <w:t>https://diversity-richmond.squarespace.com/pridefest-faq</w:t>
        </w:r>
      </w:hyperlink>
      <w:r>
        <w:t xml:space="preserve"> - Diversity Richmond's FAQ page for PrideFest provides essential information for attendees of VA Pridefest 2026. The page includes details about the event's date, time, location, and what to expect. VA Pridefest 2026 is scheduled for Saturday, September 12 from 12-8 PM at Midtown Green at 2401 W. Leigh Street. The event will feature more than 200 vendors and exhibitors selling merchandise, sharing information, and offering fun activities. Youth-friendly vendors and activities will be available in the Allianz Youth Pride Pavilion. Entertainment will be on two stages: The Kroger Pridefest Mainstage and age-appropriate acts on the Allianz Youth Pride Pavilion stage. The page also provides information about parking, transportation, and other logistics to help attendees plan their visit.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richmondmagazine.com/arts-entertainment/richmond-events/virginia-pridefest-2026/" TargetMode="External"/><Relationship Id="rId10" Type="http://schemas.openxmlformats.org/officeDocument/2006/relationships/hyperlink" Target="https://outrva.com/events/pridefest-2026" TargetMode="External"/><Relationship Id="rId11" Type="http://schemas.openxmlformats.org/officeDocument/2006/relationships/hyperlink" Target="https://www.therichmondexperience.com/happenings/va-pridefest-2026" TargetMode="External"/><Relationship Id="rId12" Type="http://schemas.openxmlformats.org/officeDocument/2006/relationships/hyperlink" Target="https://nextuprva.org/events/pridefest-richmond-2026/" TargetMode="External"/><Relationship Id="rId13" Type="http://schemas.openxmlformats.org/officeDocument/2006/relationships/hyperlink" Target="https://www.diversityrichmond.org/virginia-pride" TargetMode="External"/><Relationship Id="rId14" Type="http://schemas.openxmlformats.org/officeDocument/2006/relationships/hyperlink" Target="https://www.diversityrichmond.org/sponsor-pride" TargetMode="External"/><Relationship Id="rId15" Type="http://schemas.openxmlformats.org/officeDocument/2006/relationships/hyperlink" Target="https://diversity-richmond.squarespace.com/pridefest-faq"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