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September LGBTQ+ calendar mixes queer nightlife, fandom, dance and community fundraising, with restaurant deals adding an easy way to make a day of it. From a free nerd convention at Pearl Bar to Houston Ballet's colourful Pecos Bill, here's what deserves a place in your diary.</w:t>
      </w:r>
      <w:r/>
    </w:p>
    <w:p>
      <w:pPr>
        <w:pStyle w:val="Heading2"/>
      </w:pPr>
      <w:r>
        <w:t>Essential Takeaways</w:t>
      </w:r>
      <w:r/>
      <w:r/>
    </w:p>
    <w:p>
      <w:pPr>
        <w:pStyle w:val="ListBullet"/>
        <w:spacing w:line="240" w:lineRule="auto"/>
        <w:ind w:left="720"/>
      </w:pPr>
      <w:r/>
      <w:r>
        <w:rPr>
          <w:b/>
        </w:rPr>
        <w:t>Restaurant weeks:</w:t>
      </w:r>
      <w:r>
        <w:t xml:space="preserve"> Around 350 Houston restaurants are serving special prix fixe menus, with proceeds supporting the Houston Food Bank.</w:t>
      </w:r>
      <w:r/>
    </w:p>
    <w:p>
      <w:pPr>
        <w:pStyle w:val="ListBullet"/>
        <w:spacing w:line="240" w:lineRule="auto"/>
        <w:ind w:left="720"/>
      </w:pPr>
      <w:r/>
      <w:r>
        <w:rPr>
          <w:b/>
        </w:rPr>
        <w:t>A free fandom meet-up:</w:t>
      </w:r>
      <w:r>
        <w:t xml:space="preserve"> Pearl Bar's LGBTQ+ Nerd Convention offers a relaxed afternoon of collectibles, trading and queer community.</w:t>
      </w:r>
      <w:r/>
    </w:p>
    <w:p>
      <w:pPr>
        <w:pStyle w:val="ListBullet"/>
        <w:spacing w:line="240" w:lineRule="auto"/>
        <w:ind w:left="720"/>
      </w:pPr>
      <w:r/>
      <w:r>
        <w:rPr>
          <w:b/>
        </w:rPr>
        <w:t>Performance with purpose:</w:t>
      </w:r>
      <w:r>
        <w:t xml:space="preserve"> Harrison Guy's Dear Prairie View explores Black history, education and legacy through dance and spoken word.</w:t>
      </w:r>
      <w:r/>
    </w:p>
    <w:p>
      <w:pPr>
        <w:pStyle w:val="ListBullet"/>
        <w:spacing w:line="240" w:lineRule="auto"/>
        <w:ind w:left="720"/>
      </w:pPr>
      <w:r/>
      <w:r>
        <w:rPr>
          <w:b/>
        </w:rPr>
        <w:t>Big September dates:</w:t>
      </w:r>
      <w:r>
        <w:t xml:space="preserve"> Equality brunches, drag brunch, political fundraising and Pride events continue throughout the month.</w:t>
      </w:r>
      <w:r/>
    </w:p>
    <w:p>
      <w:pPr>
        <w:pStyle w:val="ListBullet"/>
        <w:spacing w:line="240" w:lineRule="auto"/>
        <w:ind w:left="720"/>
      </w:pPr>
      <w:r/>
      <w:r>
        <w:rPr>
          <w:b/>
        </w:rPr>
        <w:t>A Texas-flavoured finale:</w:t>
      </w:r>
      <w:r>
        <w:t xml:space="preserve"> Houston Ballet's Pecos Bill brings playful Western folklore to the Wortham Theater Center.</w:t>
      </w:r>
      <w:r/>
      <w:r/>
    </w:p>
    <w:p>
      <w:pPr>
        <w:pStyle w:val="Heading2"/>
      </w:pPr>
      <w:r>
        <w:t>Houston Restaurant Weeks makes dining part of the good work</w:t>
      </w:r>
      <w:r/>
    </w:p>
    <w:p>
      <w:r/>
      <w:r>
        <w:t>The easiest way to join Houston's September buzz may be over a table. Houston Restaurant Weeks runs from 1 August to 7 September, bringing roughly 350 participating restaurants into a city-wide fundraising effort for the Houston Food Bank.</w:t>
      </w:r>
      <w:r/>
    </w:p>
    <w:p>
      <w:r/>
      <w:r>
        <w:t>The appeal is straightforward: restaurants offer specially priced multi-course menus, while diners get a chance to try somewhere new without the usual guesswork. Houston Restaurant Weeks' official listings show the breadth of the programme, from casual spots to more polished dining rooms, so there's plenty of room to tailor the experience to your budget and appetite.</w:t>
      </w:r>
      <w:r/>
    </w:p>
    <w:p>
      <w:r/>
      <w:r>
        <w:t>It's worth checking each restaurant's menu and booking policy before setting off. Some venues may have limited service times or different menu formats, but the overall idea remains pleasingly simple: eat well, support local hospitality and help stock the food bank. Industry coverage, including Axios Houston, has also highlighted the scale of this year's participation.</w:t>
      </w:r>
      <w:r/>
    </w:p>
    <w:p>
      <w:pPr>
        <w:pStyle w:val="Heading2"/>
      </w:pPr>
      <w:r>
        <w:t>Thursday night offers dancing, games and low-pressure mingling</w:t>
      </w:r>
      <w:r/>
    </w:p>
    <w:p>
      <w:r/>
      <w:r>
        <w:t>For singles, Bumpy Pickle's free mixer on 3 September takes the pressure out of the traditional bar meet-up. Pickleball, ping-pong and cornhole give guests something to do with their hands, which is often a useful improvement on standing around clutching a drink and hoping someone says hello.</w:t>
      </w:r>
      <w:r/>
    </w:p>
    <w:p>
      <w:r/>
      <w:r>
        <w:t>The 21-plus event welcomes gay, bisexual, queer, trans, straight and curious singles. Three reserved pickleball courts should make it easier to join in, whether you're competitive or simply willing to chase a ball with moderate enthusiasm. According to the event listing, it runs from 6pm to 10pm at 554 Lockwood Drive.</w:t>
      </w:r>
      <w:r/>
    </w:p>
    <w:p>
      <w:r/>
      <w:r>
        <w:t>Later, South Beach shifts the mood towards salsa, bachata and Latin pop at Café con Leche. DJ Zema is set to lead the dance floor from 9pm, so comfortable shoes are the only serious wardrobe advice. Houston's nightlife calendar, as reflected in local listings, continues to favour events that combine socialising with a clear activity or musical identity.</w:t>
      </w:r>
      <w:r/>
    </w:p>
    <w:p>
      <w:pPr>
        <w:pStyle w:val="Heading2"/>
      </w:pPr>
      <w:r>
        <w:t>Dance and cabaret put Houston stories centre stage</w:t>
      </w:r>
      <w:r/>
    </w:p>
    <w:p>
      <w:r/>
      <w:r>
        <w:t>Harrison Guy's Dear Prairie View arrives at the Cullen Theater on 3 and 4 September as a world premiere commissioned for Prairie View A&amp;M University's 150th anniversary. The work draws on the university's history through choreography, spoken word and visual art, creating an evening that feels both celebratory and reflective.</w:t>
      </w:r>
      <w:r/>
    </w:p>
    <w:p>
      <w:r/>
      <w:r>
        <w:t>The focus on education, community and Black achievement gives the production weight, but it isn't framed as a history lecture. Instead, the story moves through bodies, voices and images, which can make a long legacy feel immediate. Tickets start at $29, according to the event information.</w:t>
      </w:r>
      <w:r/>
    </w:p>
    <w:p>
      <w:r/>
      <w:r>
        <w:t>For something more intimate, Modern Nostalgia at Michael's Outpost offers cabaret-style entertainment in one of Houston's established LGBTQ+ piano-bar settings. The performance runs from 7.30pm to 9.30pm, followed by pianist Jerry Atwood at the keys. It's the sort of evening where the room itself does some of the work: close, lively and just a little bit theatrical.</w:t>
      </w:r>
      <w:r/>
    </w:p>
    <w:p>
      <w:pPr>
        <w:pStyle w:val="Heading2"/>
      </w:pPr>
      <w:r>
        <w:t>Pearl Bar's nerd convention is a refreshing change of pace</w:t>
      </w:r>
      <w:r/>
    </w:p>
    <w:p>
      <w:r/>
      <w:r>
        <w:t>Not every queer gathering needs a dance floor. Pearl Bar's free LGBTQ+ Nerd Convention on Sunday 6 September gives fans a low-key way to meet, browse and trade, with collectibles and wider nerd culture providing the common ground.</w:t>
      </w:r>
      <w:r/>
    </w:p>
    <w:p>
      <w:r/>
      <w:r>
        <w:t>The buy-sell-trade format should suit anyone who'd rather discuss a favourite game, card set or fictional universe than make small talk from scratch. It also offers a welcome reminder that queer community isn't one fixed nightlife template. Sometimes the best connection begins with a shared obsession and a very specific opinion about a fictional character.</w:t>
      </w:r>
      <w:r/>
    </w:p>
    <w:p>
      <w:r/>
      <w:r>
        <w:t>The convention starts at 1pm at Pearl Bar on Washington Avenue. If you're bringing collectibles, pack them securely and decide in advance what you're willing to trade. The event is free, but a little preparation could stop a prized item from disappearing into the wrong backpack.</w:t>
      </w:r>
      <w:r/>
    </w:p>
    <w:p>
      <w:pPr>
        <w:pStyle w:val="Heading2"/>
      </w:pPr>
      <w:r>
        <w:t>Garden parties, brunches and after-hours plans fill the month</w:t>
      </w:r>
      <w:r/>
    </w:p>
    <w:p>
      <w:r/>
      <w:r>
        <w:t>Equality Texas's Barbara Jordan Garden Party on 5 September takes its cues from high tea and the Kentucky Derby, with hats, gloves, cocktails, food, music and awards. The event honours Joelle Bayaa-Uzuri Espeut and state Senator Rep. Senfronia Thompson, and the private Houston venue is shared with ticket holders.</w:t>
      </w:r>
      <w:r/>
    </w:p>
    <w:p>
      <w:r/>
      <w:r>
        <w:t>Later in the month, the Houston LGBTQ+ Political Caucus holds its 17th Annual Equality Brunch on 13 September at POST Houston. The LGBTQ+ Victory Fund's Houston Brunch follows on 20 September at Hilton Americas-Houston, combining a social meal with support for LGBTQ+ candidates across Texas and the South.</w:t>
      </w:r>
      <w:r/>
    </w:p>
    <w:p>
      <w:r/>
      <w:r>
        <w:t>If your ideal Saturday ends long after midnight, The Avenew's after-hours party keeps the music going into Sunday morning. Meanwhile, Crocker Bar's Tequila Sundays begin at noon, proving that Houston's weekend timetable can be surprisingly elastic. For a softer daytime option, Cynthia Lee Fontaine Presents: Drag Brunch arrives at Punch Line Houston on 19 September with performances, games, brunch food and cocktails.</w:t>
      </w:r>
      <w:r/>
    </w:p>
    <w:p>
      <w:pPr>
        <w:pStyle w:val="Heading2"/>
      </w:pPr>
      <w:r>
        <w:t>Pecos Bill brings big Texas energy to Houston Ballet</w:t>
      </w:r>
      <w:r/>
    </w:p>
    <w:p>
      <w:r/>
      <w:r>
        <w:t>Houston Ballet's Pecos Bill runs from 11 to 20 September, offering a playful take on the legendary cowboy and his romance with Sluefoot Sue. Expect broad Texas character, comic touches and choreography with plenty of room for spectacle.</w:t>
      </w:r>
      <w:r/>
    </w:p>
    <w:p>
      <w:r/>
      <w:r>
        <w:t>OutSmart's Out@The Ballet night is scheduled for 18 September, with a pre-show gathering at 6.30pm before the 7.30pm performance. It's a smart pick for anyone who wants a cultural evening with a built-in LGBTQ+ social element, rather than arriving at the theatre and immediately hunting for the nearest familiar face.</w:t>
      </w:r>
      <w:r/>
    </w:p>
    <w:p>
      <w:r/>
      <w:r>
        <w:t>The month also includes the Pink Tee Pride Golf Classic and Garden Party on 20 September, presented by Pride Houston 365. Between the ballet, brunches and community fundraisers, Houston's September programme feels less like a single scene and more like a broad invitation. There's room for the committed night owl, the curious newcomer and anyone who'd simply like a good meal with a little meaning attached.</w:t>
      </w:r>
      <w:r/>
    </w:p>
    <w:p>
      <w:r/>
      <w:r>
        <w:t>Check dates, ticket availability and venue details before travelling, as event information can change.</w:t>
      </w:r>
      <w:r/>
    </w:p>
    <w:p>
      <w:r/>
      <w:r>
        <w:t>It's a busy month, so pick the events that feel most like your kind of Houston.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Paragraph 5: </w:t>
      </w:r>
      <w:hyperlink r:id="rId9">
        <w:r>
          <w:rPr>
            <w:color w:val="0000EE"/>
            <w:u w:val="single"/>
          </w:rPr>
          <w:t>[5]</w:t>
        </w:r>
      </w:hyperlink>
      <w:r>
        <w:t xml:space="preserve">- Paragraph 6: </w:t>
      </w:r>
      <w:hyperlink r:id="rId9">
        <w:r>
          <w:rPr>
            <w:color w:val="0000EE"/>
            <w:u w:val="single"/>
          </w:rPr>
          <w:t>[5]</w:t>
        </w:r>
      </w:hyperlink>
      <w:r>
        <w:t xml:space="preserve">- Paragraph 7: </w:t>
      </w:r>
      <w:hyperlink r:id="rId9">
        <w:r>
          <w:rPr>
            <w:color w:val="0000EE"/>
            <w:u w:val="single"/>
          </w:rPr>
          <w:t>[5]</w:t>
        </w:r>
      </w:hyperlink>
      <w:r>
        <w:t xml:space="preserve">- Paragraph 8: </w:t>
      </w:r>
      <w:hyperlink r:id="rId9">
        <w:r>
          <w:rPr>
            <w:color w:val="0000EE"/>
            <w:u w:val="single"/>
          </w:rPr>
          <w:t>[5]</w:t>
        </w:r>
      </w:hyperlink>
      <w:r>
        <w:t xml:space="preserve">- Paragraph 9: </w:t>
      </w:r>
      <w:hyperlink r:id="rId9">
        <w:r>
          <w:rPr>
            <w:color w:val="0000EE"/>
            <w:u w:val="single"/>
          </w:rPr>
          <w:t>[5]</w:t>
        </w:r>
      </w:hyperlink>
      <w:r>
        <w:t xml:space="preserve">- Paragraph 10: </w:t>
      </w:r>
      <w:hyperlink r:id="rId9">
        <w:r>
          <w:rPr>
            <w:color w:val="0000EE"/>
            <w:u w:val="single"/>
          </w:rPr>
          <w:t>[5]</w:t>
        </w:r>
      </w:hyperlink>
      <w:r>
        <w:t xml:space="preserve">- Paragraph 11: </w:t>
      </w:r>
      <w:hyperlink r:id="rId9">
        <w:r>
          <w:rPr>
            <w:color w:val="0000EE"/>
            <w:u w:val="single"/>
          </w:rPr>
          <w:t>[5]</w:t>
        </w:r>
      </w:hyperlink>
      <w:r>
        <w:t xml:space="preserve">- Paragraph 12: </w:t>
      </w:r>
      <w:hyperlink r:id="rId9">
        <w:r>
          <w:rPr>
            <w:color w:val="0000EE"/>
            <w:u w:val="single"/>
          </w:rPr>
          <w:t>[5]</w:t>
        </w:r>
      </w:hyperlink>
      <w:r>
        <w:t xml:space="preserve">- Paragraph 13: </w:t>
      </w:r>
      <w:hyperlink r:id="rId9">
        <w:r>
          <w:rPr>
            <w:color w:val="0000EE"/>
            <w:u w:val="single"/>
          </w:rPr>
          <w:t>[5]</w:t>
        </w:r>
      </w:hyperlink>
      <w:r>
        <w:t xml:space="preserve">- Paragraph 14: </w:t>
      </w:r>
      <w:hyperlink r:id="rId9">
        <w:r>
          <w:rPr>
            <w:color w:val="0000EE"/>
            <w:u w:val="single"/>
          </w:rPr>
          <w:t>[5]</w:t>
        </w:r>
      </w:hyperlink>
      <w:r>
        <w:t xml:space="preserve">- Paragraph 15: </w:t>
      </w:r>
      <w:hyperlink r:id="rId9">
        <w:r>
          <w:rPr>
            <w:color w:val="0000EE"/>
            <w:u w:val="single"/>
          </w:rPr>
          <w:t>[5]</w:t>
        </w:r>
      </w:hyperlink>
      <w:r>
        <w:t xml:space="preserve">- Paragraph 16: </w:t>
      </w:r>
      <w:hyperlink r:id="rId9">
        <w:r>
          <w:rPr>
            <w:color w:val="0000EE"/>
            <w:u w:val="single"/>
          </w:rPr>
          <w:t>[5]</w:t>
        </w:r>
      </w:hyperlink>
      <w:r>
        <w:t xml:space="preserve">- Paragraph 17: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https://www.outsmartmagazine.com/2026/09/queer-things-to-do-pearl-bar-nerd-convention-houston-ballet-pecos-bill/</w:t>
        </w:r>
      </w:hyperlink>
      <w:r>
        <w:t xml:space="preserve"> - Please view link - unable to able to access data</w:t>
      </w:r>
      <w:r/>
    </w:p>
    <w:p>
      <w:pPr>
        <w:pStyle w:val="ListNumber"/>
        <w:spacing w:line="240" w:lineRule="auto"/>
        <w:ind w:left="720"/>
      </w:pPr>
      <w:r/>
      <w:hyperlink r:id="rId10">
        <w:r>
          <w:rPr>
            <w:color w:val="0000EE"/>
            <w:u w:val="single"/>
          </w:rPr>
          <w:t>https://houstonrestaurantweeks.com/edhtx/</w:t>
        </w:r>
      </w:hyperlink>
      <w:r>
        <w:t xml:space="preserve"> - Eat Drink HTX is a two-week charity dining event running from February 15 to 28, 2026, benefiting the Houston Food Bank. It offers casual and fast-casual restaurants, bakeries, coffee shops, and food trucks the opportunity to participate with $15 and $25 prix fixe menus for brunch, lunch, and dinner. The event aims to make dining out accessible while supporting a good cause. Participants can find a list of restaurants, choose their preferred meal times, and reserve tables through the official website.</w:t>
      </w:r>
      <w:r/>
    </w:p>
    <w:p>
      <w:pPr>
        <w:pStyle w:val="ListNumber"/>
        <w:spacing w:line="240" w:lineRule="auto"/>
        <w:ind w:left="720"/>
      </w:pPr>
      <w:r/>
      <w:hyperlink r:id="rId11">
        <w:r>
          <w:rPr>
            <w:color w:val="0000EE"/>
            <w:u w:val="single"/>
          </w:rPr>
          <w:t>https://houstonrestaurantweeks.com/restaurants-list/</w:t>
        </w:r>
      </w:hyperlink>
      <w:r>
        <w:t xml:space="preserve"> - The Houston Restaurant Weeks 2026 event is currently ongoing and will conclude on September 7, 2026. This annual event features nearly 400 restaurants across Greater Houston, Galveston, and The Woodlands, offering prix fixe menus priced at $25, $39, and $55. The initiative aims to support the Houston Food Bank by encouraging diners to enjoy meals at participating establishments. A comprehensive list of participating restaurants is available on the official website, allowing patrons to explore and choose from a wide range of dining options.</w:t>
      </w:r>
      <w:r/>
    </w:p>
    <w:p>
      <w:pPr>
        <w:pStyle w:val="ListNumber"/>
        <w:spacing w:line="240" w:lineRule="auto"/>
        <w:ind w:left="720"/>
      </w:pPr>
      <w:r/>
      <w:hyperlink r:id="rId12">
        <w:r>
          <w:rPr>
            <w:color w:val="0000EE"/>
            <w:u w:val="single"/>
          </w:rPr>
          <w:t>https://www.bistromistralhouston.com/events/houston-restaurant-weeks-2026/</w:t>
        </w:r>
      </w:hyperlink>
      <w:r>
        <w:t xml:space="preserve"> - Bistro Mistral is participating in Houston Restaurant Weeks 2026, offering two prix fixe menus at both their Bellaire and Memorial locations. The $25 two-course lunch is available Tuesday to Friday from 11 AM to 2 PM, featuring a choice of main course plus a starter or dessert. The $55 three-course dinner is offered at lunch and dinner from Tuesday to Saturday, including a starter, main course, and dessert. These menus are served alongside the full à la carte menu, providing diners with a variety of options.</w:t>
      </w:r>
      <w:r/>
    </w:p>
    <w:p>
      <w:pPr>
        <w:pStyle w:val="ListNumber"/>
        <w:spacing w:line="240" w:lineRule="auto"/>
        <w:ind w:left="720"/>
      </w:pPr>
      <w:r/>
      <w:hyperlink r:id="rId9">
        <w:r>
          <w:rPr>
            <w:color w:val="0000EE"/>
            <w:u w:val="single"/>
          </w:rPr>
          <w:t>https://www.outsmartmagazine.com/2026/09/queer-things-to-do-pearl-bar-nerd-convention-houston-ballet-pecos-bill/</w:t>
        </w:r>
      </w:hyperlink>
      <w:r>
        <w:t xml:space="preserve"> - OutSmart Magazine's article 'Queer Things to Do in Houston, Sept 3-6' highlights various LGBTQ+ events in Houston during the specified dates. The events include a Free Singles Mixer at Bumpy Pickle, Café con Leche Dance Party at South Beach, Harrison Guy's 'Dear Prairie View' performance, Modern Nostalgia at Michael’s Outpost, Equality Texas' Barbara Jordan Garden Party, and the LGBTQ+ Nerd Convention at Pearl Bar. Each event offers unique experiences, from social mixers and dance parties to performances and community gatherings.</w:t>
      </w:r>
      <w:r/>
    </w:p>
    <w:p>
      <w:pPr>
        <w:pStyle w:val="ListNumber"/>
        <w:spacing w:line="240" w:lineRule="auto"/>
        <w:ind w:left="720"/>
      </w:pPr>
      <w:r/>
      <w:hyperlink r:id="rId14">
        <w:r>
          <w:rPr>
            <w:color w:val="0000EE"/>
            <w:u w:val="single"/>
          </w:rPr>
          <w:t>https://www.gayout.com/es/usa-canada/united-states/houston/events/free-spirits-2026-09-04</w:t>
        </w:r>
      </w:hyperlink>
      <w:r>
        <w:t xml:space="preserve"> - The 'Free Spirits' event is scheduled for Friday, September 4, 2026, at lambdahouston.org in Houston, United States. The event is set to begin at 6:30 PM and conclude at 7:30 PM. While specific details about the event are limited, it is listed as an LGBTQ+ event in Houston for that date. For more information, attendees are encouraged to visit the provided link or contact the organisers directly.</w:t>
      </w:r>
      <w:r/>
    </w:p>
    <w:p>
      <w:pPr>
        <w:pStyle w:val="ListNumber"/>
        <w:spacing w:line="240" w:lineRule="auto"/>
        <w:ind w:left="720"/>
      </w:pPr>
      <w:r/>
      <w:hyperlink r:id="rId13">
        <w:r>
          <w:rPr>
            <w:color w:val="0000EE"/>
            <w:u w:val="single"/>
          </w:rPr>
          <w:t>https://www.axios.com/local/houston/2026/08/05/houston-restaurant-weeks-2026-food-bank-participating-restaurants</w:t>
        </w:r>
      </w:hyperlink>
      <w:r>
        <w:t xml:space="preserve"> - Houston Restaurant Weeks 2026 has officially commenced and will run through September 7, 2026. This major annual event benefits the Houston Food Bank and offers diners fixed-price meals: $25 for a two-course brunch or lunch, and $39 or $55 for a three-course dinner. Since its inception in 2003, the fundraiser has generated over $22 million, helping to provide more than 65 million meals to those in need throughout the city. A comprehensive list of participating restaurants is available on the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queer-things-to-do-pearl-bar-nerd-convention-houston-ballet-pecos-bill/" TargetMode="External"/><Relationship Id="rId10" Type="http://schemas.openxmlformats.org/officeDocument/2006/relationships/hyperlink" Target="https://houstonrestaurantweeks.com/edhtx/" TargetMode="External"/><Relationship Id="rId11" Type="http://schemas.openxmlformats.org/officeDocument/2006/relationships/hyperlink" Target="https://houstonrestaurantweeks.com/restaurants-list/" TargetMode="External"/><Relationship Id="rId12" Type="http://schemas.openxmlformats.org/officeDocument/2006/relationships/hyperlink" Target="https://www.bistromistralhouston.com/events/houston-restaurant-weeks-2026/" TargetMode="External"/><Relationship Id="rId13" Type="http://schemas.openxmlformats.org/officeDocument/2006/relationships/hyperlink" Target="https://www.axios.com/local/houston/2026/08/05/houston-restaurant-weeks-2026-food-bank-participating-restaurants" TargetMode="External"/><Relationship Id="rId14" Type="http://schemas.openxmlformats.org/officeDocument/2006/relationships/hyperlink" Target="https://www.gayout.com/es/usa-canada/united-states/houston/events/free-spirits-2026-09-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