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Dallas on Labor Day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is stretching the Labor Day weekend into a lively run of wigs, jazz, beachwear, club nights and tea-dance energy. From Oak Lawn favourites to a Broadway Dallas booking for later in September, these LGBTQ-friendly picks offer easy ways to make the most of a long weekend.</w:t>
      </w:r>
      <w:r/>
    </w:p>
    <w:p>
      <w:pPr>
        <w:pStyle w:val="Heading2"/>
      </w:pPr>
      <w:r>
        <w:t>Essential Takeaways</w:t>
      </w:r>
      <w:r/>
      <w:r/>
    </w:p>
    <w:p>
      <w:pPr>
        <w:pStyle w:val="ListBullet"/>
        <w:spacing w:line="240" w:lineRule="auto"/>
        <w:ind w:left="720"/>
      </w:pPr>
      <w:r/>
      <w:r>
        <w:rPr>
          <w:b/>
        </w:rPr>
        <w:t>Friday starts playful:</w:t>
      </w:r>
      <w:r>
        <w:t xml:space="preserve"> Dallas Eagle is leaning into a wig-themed night with plenty of room for camp and creativity.</w:t>
      </w:r>
      <w:r/>
    </w:p>
    <w:p>
      <w:pPr>
        <w:pStyle w:val="ListBullet"/>
        <w:spacing w:line="240" w:lineRule="auto"/>
        <w:ind w:left="720"/>
      </w:pPr>
      <w:r/>
      <w:r>
        <w:rPr>
          <w:b/>
        </w:rPr>
        <w:t>Saturday offers two moods:</w:t>
      </w:r>
      <w:r>
        <w:t xml:space="preserve"> TMC brings an end-of-summer party, while Alexandre's serves up live jazz.</w:t>
      </w:r>
      <w:r/>
    </w:p>
    <w:p>
      <w:pPr>
        <w:pStyle w:val="ListBullet"/>
        <w:spacing w:line="240" w:lineRule="auto"/>
        <w:ind w:left="720"/>
      </w:pPr>
      <w:r/>
      <w:r>
        <w:rPr>
          <w:b/>
        </w:rPr>
        <w:t>Sunday keeps dancing:</w:t>
      </w:r>
      <w:r>
        <w:t xml:space="preserve"> Station 4 hosts Clubland, and ReView Lounge returns with a grown-and-sexy tea dance.</w:t>
      </w:r>
      <w:r/>
    </w:p>
    <w:p>
      <w:pPr>
        <w:pStyle w:val="ListBullet"/>
        <w:spacing w:line="240" w:lineRule="auto"/>
        <w:ind w:left="720"/>
      </w:pPr>
      <w:r/>
      <w:r>
        <w:rPr>
          <w:b/>
        </w:rPr>
        <w:t>Plan ahead:</w:t>
      </w:r>
      <w:r>
        <w:t xml:space="preserve"> Broadway Dallas has </w:t>
      </w:r>
      <w:r>
        <w:rPr>
          <w:i/>
        </w:rPr>
        <w:t>The Sound of Music</w:t>
      </w:r>
      <w:r>
        <w:t xml:space="preserve"> running from 8 to 20 September, with a discount available through Resource Center.</w:t>
      </w:r>
      <w:r/>
    </w:p>
    <w:p>
      <w:pPr>
        <w:pStyle w:val="ListBullet"/>
        <w:spacing w:line="240" w:lineRule="auto"/>
        <w:ind w:left="720"/>
      </w:pPr>
      <w:r/>
      <w:r>
        <w:rPr>
          <w:b/>
        </w:rPr>
        <w:t>Check before heading out:</w:t>
      </w:r>
      <w:r>
        <w:t xml:space="preserve"> Event times, entry details and ticket availability can change, so confirm with each venue.</w:t>
      </w:r>
      <w:r/>
      <w:r/>
    </w:p>
    <w:p>
      <w:pPr>
        <w:pStyle w:val="Heading2"/>
      </w:pPr>
      <w:r>
        <w:t>Dallas is ready for a long weekend</w:t>
      </w:r>
      <w:r/>
    </w:p>
    <w:p>
      <w:r/>
      <w:r>
        <w:t>The best thing about a holiday weekend in Dallas is that it doesn't need to be over-planned. You can start with a drink at a familiar LGBTQ+ venue, add one headline event, then see where the evening takes you. This line-up makes that especially easy, with options spread across Friday, Saturday and Sunday.</w:t>
      </w:r>
      <w:r/>
    </w:p>
    <w:p>
      <w:r/>
      <w:r>
        <w:t>According to Dallas Eagle, Friday's Wig Out Wig Night is built around bold hair, playful styling and the venue's familiar leather-and-gear atmosphere. Whether your look is glossy, outrageous or clearly bought five minutes before leaving home, the point is to have fun with it.</w:t>
      </w:r>
      <w:r/>
    </w:p>
    <w:p>
      <w:pPr>
        <w:pStyle w:val="Heading2"/>
      </w:pPr>
      <w:r>
        <w:t>Friday brings camp, colour and a little theatre</w:t>
      </w:r>
      <w:r/>
    </w:p>
    <w:p>
      <w:r/>
      <w:r>
        <w:t>A wig night is a useful reminder that Dallas nightlife doesn't always take itself too seriously. Synthetic hair is perfectly acceptable, human hair is there if you're feeling extravagant, and the evening's dress-up element gives newcomers an easy conversation starter.</w:t>
      </w:r>
      <w:r/>
    </w:p>
    <w:p>
      <w:r/>
      <w:r>
        <w:t>The Dallas Eagle remains one of the city's best-known LGBTQ nightlife destinations, so it's worth checking its official listings for the latest timing and entry information. A quick look before setting off can save you from turning up with the wrong expectations, particularly if the event includes a specific dress theme.</w:t>
      </w:r>
      <w:r/>
    </w:p>
    <w:p>
      <w:pPr>
        <w:pStyle w:val="Heading2"/>
      </w:pPr>
      <w:r>
        <w:t>Saturday splits the mood between beachwear and jazz</w:t>
      </w:r>
      <w:r/>
    </w:p>
    <w:p>
      <w:r/>
      <w:r>
        <w:t>Saturday offers a neat choice. TMC's End of Summer Party is the louder, more carefree option, with guests encouraged to arrive in their best beach look and stay from 9pm until close. Expect the visual language of late summer: bright outfits, holiday energy and the slightly bittersweet feeling that warm evenings won't last for ever.</w:t>
      </w:r>
      <w:r/>
    </w:p>
    <w:p>
      <w:r/>
      <w:r>
        <w:t>For something smoother, Alexandre's First Saturday Jazz Night begins at 8pm with the Bobby Falk Group. The line-up includes Stefon Landers, Jeff Plant and David Bustos, giving the evening a live-music focus rather than a full club-night rush. Alexandre's official events page is the best place to check the current programme before you go.</w:t>
      </w:r>
      <w:r/>
    </w:p>
    <w:p>
      <w:pPr>
        <w:pStyle w:val="Heading2"/>
      </w:pPr>
      <w:r>
        <w:t>Sunday keeps the energy moving</w:t>
      </w:r>
      <w:r/>
    </w:p>
    <w:p>
      <w:r/>
      <w:r>
        <w:t>Sunday doesn't have to mean an early night. Station 4's Clubland event runs from 5pm to 10pm, with Allan Natal and Josh Sanders providing the soundtrack for a proper holiday-weekend dance session. The earlier finish also makes it easier to enjoy the night without sacrificing Monday entirely.</w:t>
      </w:r>
      <w:r/>
    </w:p>
    <w:p>
      <w:r/>
      <w:r>
        <w:t>Over at ReView Lounge, DJ Amy H Graves returns for the Aun'Tea' Sessions, themed "Grown &amp; Sexy", with happy-hour prices from 5pm to 9pm. ReView Lounge shares updates through its social channels, so checking the latest post is sensible for any changes to timings, prices or performers.</w:t>
      </w:r>
      <w:r/>
    </w:p>
    <w:p>
      <w:pPr>
        <w:pStyle w:val="Heading2"/>
      </w:pPr>
      <w:r>
        <w:t>Save room for a Broadway-sized encore</w:t>
      </w:r>
      <w:r/>
    </w:p>
    <w:p>
      <w:r/>
      <w:r>
        <w:t xml:space="preserve">Once the weekend's cocktails, music and dancing have settled, there's a quieter plan to put in the diary. Broadway Dallas is presenting </w:t>
      </w:r>
      <w:r>
        <w:rPr>
          <w:i/>
        </w:rPr>
        <w:t>The Sound of Music</w:t>
      </w:r>
      <w:r>
        <w:t xml:space="preserve"> from 8 to 20 September, offering a classic musical-theatre option when the holiday crowds have moved on.</w:t>
      </w:r>
      <w:r/>
    </w:p>
    <w:p>
      <w:r/>
      <w:r>
        <w:t>Resource Center is offering a 25 per cent discount with the code 25DELWEISS when tickets are booked through Broadway Dallas. Check the booking terms and availability before committing, but it's a pleasing way to extend the weekend spirit into the following week. Sometimes the smartest long-weekend plan is the one that gives you something to look forward to afterwards.</w:t>
      </w:r>
      <w:r/>
    </w:p>
    <w:p>
      <w:r/>
      <w:r>
        <w:t>A little planning helps, especially for popular events, but don't feel obliged to fill every hour. One good night, the right outfit and a favourite local venue can be more than enough.</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0">
        <w:r>
          <w:rPr>
            <w:color w:val="0000EE"/>
            <w:u w:val="single"/>
          </w:rPr>
          <w:t>[7]</w:t>
        </w:r>
      </w:hyperlink>
      <w:r>
        <w:t xml:space="preserve">- Paragraph 3: </w:t>
      </w:r>
      <w:hyperlink r:id="rId10">
        <w:r>
          <w:rPr>
            <w:color w:val="0000EE"/>
            <w:u w:val="single"/>
          </w:rPr>
          <w:t>[2]</w:t>
        </w:r>
      </w:hyperlink>
      <w:r>
        <w:t xml:space="preserve">, </w:t>
      </w:r>
      <w:hyperlink r:id="rId10">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[6]</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Paragraph 10: </w:t>
      </w:r>
      <w:hyperlink r:id="rId13">
        <w:r>
          <w:rPr>
            <w:color w:val="0000EE"/>
            <w:u w:val="single"/>
          </w:rPr>
          <w:t>[6]</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https://hesaiddallas.com/2026/09/04/you-like-your-weekends-looooong-here-are-5-ways-to-fill-it/</w:t>
        </w:r>
      </w:hyperlink>
      <w:r>
        <w:t xml:space="preserve"> - Please view link - unable to able to access data</w:t>
      </w:r>
      <w:r/>
    </w:p>
    <w:p>
      <w:pPr>
        <w:pStyle w:val="ListNumber"/>
        <w:spacing w:line="240" w:lineRule="auto"/>
        <w:ind w:left="720"/>
      </w:pPr>
      <w:r/>
      <w:hyperlink r:id="rId10">
        <w:r>
          <w:rPr>
            <w:color w:val="0000EE"/>
            <w:u w:val="single"/>
          </w:rPr>
          <w:t>https://www.thedallaseagle.com</w:t>
        </w:r>
      </w:hyperlink>
      <w:r>
        <w:t xml:space="preserve"> - The Dallas Eagle is a prominent LGBTQ+ bar in Dallas, Texas, known for its vibrant nightlife and themed events. It offers a welcoming environment for the community, featuring drag shows, dance floors, and themed nights. The venue is a staple in the Dallas LGBTQ+ scene, providing a space for socialising, entertainment, and community gatherings. Its central location on Cedar Springs Road makes it easily accessible for both locals and visitors seeking an inclusive and lively atmosphere.</w:t>
      </w:r>
      <w:r/>
    </w:p>
    <w:p>
      <w:pPr>
        <w:pStyle w:val="ListNumber"/>
        <w:spacing w:line="240" w:lineRule="auto"/>
        <w:ind w:left="720"/>
      </w:pPr>
      <w:r/>
      <w:hyperlink r:id="rId11">
        <w:r>
          <w:rPr>
            <w:color w:val="0000EE"/>
            <w:u w:val="single"/>
          </w:rPr>
          <w:t>https://tmcdallas.com</w:t>
        </w:r>
      </w:hyperlink>
      <w:r>
        <w:t xml:space="preserve"> - TMC (The Mining Company) is a high-energy, inclusive LGBTQ+ nightclub located in the heart of Dallas's Gayborhood. Open daily from 2 PM to 2 AM, TMC offers a no-cover charge policy and features resident DJs, drag performances, and themed nights. The venue is known for its welcoming atmosphere, catering to a diverse crowd and hosting various events that celebrate the LGBTQ+ community. Its central location on Cedar Springs Road makes it a popular destination for nightlife enthusiasts.</w:t>
      </w:r>
      <w:r/>
    </w:p>
    <w:p>
      <w:pPr>
        <w:pStyle w:val="ListNumber"/>
        <w:spacing w:line="240" w:lineRule="auto"/>
        <w:ind w:left="720"/>
      </w:pPr>
      <w:r/>
      <w:hyperlink r:id="rId12">
        <w:r>
          <w:rPr>
            <w:color w:val="0000EE"/>
            <w:u w:val="single"/>
          </w:rPr>
          <w:t>https://alexandres.com/dallas-oak-lawn-alexandre-s-events</w:t>
        </w:r>
      </w:hyperlink>
      <w:r>
        <w:t xml:space="preserve"> - Alexandre's is a vibrant LGBTQ+ bar and restaurant in Dallas, offering a mix of live music, karaoke, and themed events. Located in the Oak Lawn area, it provides a welcoming space for the community to enjoy performances, dine, and socialise. The venue hosts various events throughout the week, including jazz nights, karaoke sessions, and special performances. Its central location on Cedar Springs Road makes it a popular destination for both locals and visitors seeking entertainment and community engagement.</w:t>
      </w:r>
      <w:r/>
    </w:p>
    <w:p>
      <w:pPr>
        <w:pStyle w:val="ListNumber"/>
        <w:spacing w:line="240" w:lineRule="auto"/>
        <w:ind w:left="720"/>
      </w:pPr>
      <w:r/>
      <w:hyperlink r:id="rId14">
        <w:r>
          <w:rPr>
            <w:color w:val="0000EE"/>
            <w:u w:val="single"/>
          </w:rPr>
          <w:t>https://www.instagram.com/rloungedallas</w:t>
        </w:r>
      </w:hyperlink>
      <w:r>
        <w:t xml:space="preserve"> - ReView Lounge is a popular LGBTQ+ bar in Dallas, known for its 'Grown &amp; Sexy' themed tea dances and happy hour specials. The venue offers a relaxed atmosphere with a focus on community engagement and entertainment. It hosts various events throughout the week, including themed parties, live music, and drag performances. Located in the Oak Lawn area, ReView Lounge provides a welcoming space for the LGBTQ+ community to socialise, dance, and enjoy diverse entertainment options.</w:t>
      </w:r>
      <w:r/>
    </w:p>
    <w:p>
      <w:pPr>
        <w:pStyle w:val="ListNumber"/>
        <w:spacing w:line="240" w:lineRule="auto"/>
        <w:ind w:left="720"/>
      </w:pPr>
      <w:r/>
      <w:hyperlink r:id="rId13">
        <w:r>
          <w:rPr>
            <w:color w:val="0000EE"/>
            <w:u w:val="single"/>
          </w:rPr>
          <w:t>https://broadwaydallas.org</w:t>
        </w:r>
      </w:hyperlink>
      <w:r>
        <w:t xml:space="preserve"> - Broadway Dallas is a premier performing arts organisation in Dallas, Texas, dedicated to bringing high-quality theatrical productions to the community. The organisation hosts a variety of shows, including Broadway tours, local performances, and special events. With a commitment to cultural enrichment and entertainment, Broadway Dallas provides a platform for diverse artistic expressions and fosters a love for the performing arts. Its productions attract audiences from across the region, contributing to the vibrant cultural scene in Dallas.</w:t>
      </w:r>
      <w:r/>
    </w:p>
    <w:p>
      <w:pPr>
        <w:pStyle w:val="ListNumber"/>
        <w:spacing w:line="240" w:lineRule="auto"/>
        <w:ind w:left="720"/>
      </w:pPr>
      <w:r/>
      <w:hyperlink r:id="rId10">
        <w:r>
          <w:rPr>
            <w:color w:val="0000EE"/>
            <w:u w:val="single"/>
          </w:rPr>
          <w:t>https://www.thedallaseagle.com</w:t>
        </w:r>
      </w:hyperlink>
      <w:r>
        <w:t xml:space="preserve"> - The Dallas Eagle is a prominent LGBTQ+ bar in Dallas, Texas, known for its vibrant nightlife and themed events. It offers a welcoming environment for the community, featuring drag shows, dance floors, and themed nights. The venue is a staple in the Dallas LGBTQ+ scene, providing a space for socialising, entertainment, and community gatherings. Its central location on Cedar Springs Road makes it easily accessible for both locals and visitors seeking an inclusive and lively atmosphere.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09/04/you-like-your-weekends-looooong-here-are-5-ways-to-fill-it/" TargetMode="External"/><Relationship Id="rId10" Type="http://schemas.openxmlformats.org/officeDocument/2006/relationships/hyperlink" Target="https://www.thedallaseagle.com" TargetMode="External"/><Relationship Id="rId11" Type="http://schemas.openxmlformats.org/officeDocument/2006/relationships/hyperlink" Target="https://tmcdallas.com" TargetMode="External"/><Relationship Id="rId12" Type="http://schemas.openxmlformats.org/officeDocument/2006/relationships/hyperlink" Target="https://alexandres.com/dallas-oak-lawn-alexandre-s-events" TargetMode="External"/><Relationship Id="rId13" Type="http://schemas.openxmlformats.org/officeDocument/2006/relationships/hyperlink" Target="https://broadwaydallas.org" TargetMode="External"/><Relationship Id="rId14" Type="http://schemas.openxmlformats.org/officeDocument/2006/relationships/hyperlink" Target="https://www.instagram.com/rloungedall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