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LGBTQ-friendly rodeo in Palm Springs for 2027</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and rodeo fans are already looking ahead to Palm Springs Hot Rodeo 2027, a colourful California weekend where western sport, LGBTQ+ pride and poolside parties share the same stage. From Banning's arena action to Palm Springs nightlife, it's a welcoming alternative to the traditional rodeo circuit.</w:t>
      </w:r>
      <w:r/>
    </w:p>
    <w:p>
      <w:pPr>
        <w:pStyle w:val="Heading2"/>
      </w:pPr>
      <w:r>
        <w:t>Essential Takeaways</w:t>
      </w:r>
      <w:r/>
      <w:r/>
    </w:p>
    <w:p>
      <w:pPr>
        <w:pStyle w:val="ListBullet"/>
        <w:spacing w:line="240" w:lineRule="auto"/>
        <w:ind w:left="720"/>
      </w:pPr>
      <w:r/>
      <w:r>
        <w:rPr>
          <w:b/>
        </w:rPr>
        <w:t>A standout event:</w:t>
      </w:r>
      <w:r>
        <w:t xml:space="preserve"> Palm Springs Hot Rodeo was recognised as a leading West Coast rodeo in the 2026 USA Today Readers' Choice Awards.</w:t>
      </w:r>
      <w:r/>
    </w:p>
    <w:p>
      <w:pPr>
        <w:pStyle w:val="ListBullet"/>
        <w:spacing w:line="240" w:lineRule="auto"/>
        <w:ind w:left="720"/>
      </w:pPr>
      <w:r/>
      <w:r>
        <w:rPr>
          <w:b/>
        </w:rPr>
        <w:t>Open competition:</w:t>
      </w:r>
      <w:r>
        <w:t xml:space="preserve"> Participants of any gender can enter events including bull riding, barrel racing and roping.</w:t>
      </w:r>
      <w:r/>
    </w:p>
    <w:p>
      <w:pPr>
        <w:pStyle w:val="ListBullet"/>
        <w:spacing w:line="240" w:lineRule="auto"/>
        <w:ind w:left="720"/>
      </w:pPr>
      <w:r/>
      <w:r>
        <w:rPr>
          <w:b/>
        </w:rPr>
        <w:t>Two-location weekend:</w:t>
      </w:r>
      <w:r>
        <w:t xml:space="preserve"> Main competitions take place at Dysart Equestrian Park in Banning, while social events happen around Palm Springs.</w:t>
      </w:r>
      <w:r/>
    </w:p>
    <w:p>
      <w:pPr>
        <w:pStyle w:val="ListBullet"/>
        <w:spacing w:line="240" w:lineRule="auto"/>
        <w:ind w:left="720"/>
      </w:pPr>
      <w:r/>
      <w:r>
        <w:rPr>
          <w:b/>
        </w:rPr>
        <w:t>More than a rodeo:</w:t>
      </w:r>
      <w:r>
        <w:t xml:space="preserve"> Expect a pride parade, pool parties, dancing, themed nights and a lively awards celebration.</w:t>
      </w:r>
      <w:r/>
    </w:p>
    <w:p>
      <w:pPr>
        <w:pStyle w:val="ListBullet"/>
        <w:spacing w:line="240" w:lineRule="auto"/>
        <w:ind w:left="720"/>
      </w:pPr>
      <w:r/>
      <w:r>
        <w:rPr>
          <w:b/>
        </w:rPr>
        <w:t>Plan early:</w:t>
      </w:r>
      <w:r>
        <w:t xml:space="preserve"> Check the official Palm Springs Rodeo website for 2027 dates, tickets and venue updates.</w:t>
      </w:r>
      <w:r/>
      <w:r/>
    </w:p>
    <w:p>
      <w:pPr>
        <w:pStyle w:val="Heading2"/>
      </w:pPr>
      <w:r>
        <w:t>Why Palm Springs Hot Rodeo feels different</w:t>
      </w:r>
      <w:r/>
    </w:p>
    <w:p>
      <w:r/>
      <w:r>
        <w:t>The most striking thing about Palm Springs Hot Rodeo is the atmosphere. There are horses, dust and serious competition, but also sequins, broad smiles and a sense that nobody has to leave part of themselves at the gate. The official rodeo organisation presents the event as a celebration of western sport and LGBTQ+ community, rather than a niche add-on to a conventional rodeo. (Palm Springs Rodeo)</w:t>
      </w:r>
      <w:r/>
    </w:p>
    <w:p>
      <w:r/>
      <w:r>
        <w:t>That distinction matters. Gay rodeo associations have created space for competitors and spectators who haven't always felt comfortable in traditional western settings. Gay Desert Guide's coverage of the event highlights the community spirit behind the competition, with the rodeo offering both athletic challenge and a social home for queer western fans. (Gay Desert Guide)</w:t>
      </w:r>
      <w:r/>
    </w:p>
    <w:p>
      <w:pPr>
        <w:pStyle w:val="Heading2"/>
      </w:pPr>
      <w:r>
        <w:t>A half-century of western sport, with a modern welcome</w:t>
      </w:r>
      <w:r/>
    </w:p>
    <w:p>
      <w:r/>
      <w:r>
        <w:t>Palm Springs Hot Rodeo has roots stretching back roughly five decades, while the Greater Palm Springs chapter of the Golden State Gay Rodeo Association was formally established in 2000. That history gives the weekend more weight than a glossy party label might suggest. It's an established fixture with a loyal following, not a pop-up attraction chasing a trend. (Palm Springs Rodeo)</w:t>
      </w:r>
      <w:r/>
    </w:p>
    <w:p>
      <w:r/>
      <w:r>
        <w:t>The format also challenges assumptions about who gets to compete. Events can include bull riding, barrel racing, calf roping, steer wrestling and wild drag racing, with competitors able to enter regardless of gender. That mixture of traditional skills and playful spectacle is part of the charm. As the rodeo's official chapter information shows, community participation extends beyond the arena and into its wider programme. (Palm Springs Rodeo)</w:t>
      </w:r>
      <w:r/>
    </w:p>
    <w:p>
      <w:pPr>
        <w:pStyle w:val="Heading2"/>
      </w:pPr>
      <w:r>
        <w:t>What to expect at the 2027 event</w:t>
      </w:r>
      <w:r/>
    </w:p>
    <w:p>
      <w:r/>
      <w:r>
        <w:t>The rodeo itself is held at Dysart Equestrian Park in Banning, around 30 miles from Palm Springs. Away from the arena, the weekend expands into the city, with celebrations such as a pride parade, pool gatherings, cowgirl-themed evenings, dancing and an awards ceremony. Gay Travel 4u describes the event as a full weekend experience rather than a single sporting session. (Gay Travel 4u)</w:t>
      </w:r>
      <w:r/>
    </w:p>
    <w:p>
      <w:r/>
      <w:r>
        <w:t>That split is useful for visitors. You can spend the day watching fast, dusty competition, then return to Palm Springs for a cooler, more glamorous evening. Palm Springs Life's event guide similarly frames the rodeo as a combination of athletic contests, community activities and desert-city entertainment. (Palm Springs Life)</w:t>
      </w:r>
      <w:r/>
    </w:p>
    <w:p>
      <w:pPr>
        <w:pStyle w:val="Heading2"/>
      </w:pPr>
      <w:r>
        <w:t>How to plan a Palm Springs rodeo weekend</w:t>
      </w:r>
      <w:r/>
    </w:p>
    <w:p>
      <w:r/>
      <w:r>
        <w:t>Start with the official website, because dates, ticket details and individual event arrangements can change. The Palm Springs Rodeo site is the best place to look for announcements, schedules and information about the chapter's wider activities. (Palm Springs Rodeo)</w:t>
      </w:r>
      <w:r/>
    </w:p>
    <w:p>
      <w:r/>
      <w:r>
        <w:t>If you're staying in Palm Springs, allow extra time for the drive to Banning and check transport arrangements before the competition day. Comfortable shoes, sun protection and plenty of water are sensible choices for the daytime arena, while a change of clothes will come in handy if your plans include pool parties or dancing later. The Tool Shed is among the local venues associated with the area's LGBTQ+ nightlife, so it's worth checking current listings before travelling. (Alt Bars)</w:t>
      </w:r>
      <w:r/>
    </w:p>
    <w:p>
      <w:pPr>
        <w:pStyle w:val="Heading2"/>
      </w:pPr>
      <w:r>
        <w:t>Why the event is attracting wider attention</w:t>
      </w:r>
      <w:r/>
    </w:p>
    <w:p>
      <w:r/>
      <w:r>
        <w:t>Palm Springs Hot Rodeo's growing profile reflects a broader appetite for travel experiences that combine sport, identity and genuine community. Recognition in the USA Today Readers' Choice Awards has helped put the event on the radar of visitors who might not otherwise plan a rodeo holiday, while its long-standing local following gives the weekend an authentic base. (Palm Springs Life)</w:t>
      </w:r>
      <w:r/>
    </w:p>
    <w:p>
      <w:r/>
      <w:r>
        <w:t>There is also a refreshing lack of neat categories here. It's competitive but camp, traditional but progressive, and proudly western without insisting that western culture belongs to one kind of person. For many visitors, that may be the real draw: a place where the hats are big, the welcome is warm and everyone gets to join the dance.</w:t>
      </w:r>
      <w:r/>
    </w:p>
    <w:p>
      <w:r/>
      <w:r>
        <w:t>It's a colourful, welcoming rodeo weekend worth putting on the 2027 calendar.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[4]</w:t>
        </w:r>
      </w:hyperlink>
      <w:r>
        <w:t xml:space="preserve">- Paragraph 3: </w:t>
      </w:r>
      <w:hyperlink r:id="rId10">
        <w:r>
          <w:rPr>
            <w:color w:val="0000EE"/>
            <w:u w:val="single"/>
          </w:rPr>
          <w:t>[2]</w:t>
        </w:r>
      </w:hyperlink>
      <w:r>
        <w:t xml:space="preserve">, </w:t>
      </w:r>
      <w:hyperlink r:id="rId14">
        <w:r>
          <w:rPr>
            <w:color w:val="0000EE"/>
            <w:u w:val="single"/>
          </w:rPr>
          <w:t>[7]</w:t>
        </w:r>
      </w:hyperlink>
      <w:r>
        <w:t xml:space="preserve">- Paragraph 4: </w:t>
      </w:r>
      <w:hyperlink r:id="rId13">
        <w:r>
          <w:rPr>
            <w:color w:val="0000EE"/>
            <w:u w:val="single"/>
          </w:rPr>
          <w:t>[4]</w:t>
        </w:r>
      </w:hyperlink>
      <w:r>
        <w:t xml:space="preserve">, </w:t>
      </w:r>
      <w:hyperlink r:id="rId11">
        <w:r>
          <w:rPr>
            <w:color w:val="0000EE"/>
            <w:u w:val="single"/>
          </w:rPr>
          <w:t>[3]</w:t>
        </w:r>
      </w:hyperlink>
      <w:r>
        <w:t xml:space="preserve">- Paragraph 5: </w:t>
      </w:r>
      <w:hyperlink r:id="rId10">
        <w:r>
          <w:rPr>
            <w:color w:val="0000EE"/>
            <w:u w:val="single"/>
          </w:rPr>
          <w:t>[2]</w:t>
        </w:r>
      </w:hyperlink>
      <w:r>
        <w:t xml:space="preserve">, </w:t>
      </w:r>
      <w:hyperlink r:id="rId15">
        <w:r>
          <w:rPr>
            <w:color w:val="0000EE"/>
            <w:u w:val="single"/>
          </w:rPr>
          <w:t>[6]</w:t>
        </w:r>
      </w:hyperlink>
      <w:r>
        <w:t xml:space="preserve">- Paragraph 6: </w:t>
      </w:r>
      <w:hyperlink r:id="rId11">
        <w:r>
          <w:rPr>
            <w:color w:val="0000EE"/>
            <w:u w:val="single"/>
          </w:rPr>
          <w:t>[3]</w:t>
        </w:r>
      </w:hyperlink>
      <w:r>
        <w:t xml:space="preserve">, </w:t>
      </w:r>
      <w:hyperlink r:id="rId10">
        <w:r>
          <w:rPr>
            <w:color w:val="0000EE"/>
            <w:u w:val="single"/>
          </w:rPr>
          <w:t>[2]</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5">
        <w:r>
          <w:rPr>
            <w:color w:val="0000EE"/>
            <w:u w:val="single"/>
          </w:rPr>
          <w:t>[6]</w:t>
        </w:r>
      </w:hyperlink>
      <w:r>
        <w:t xml:space="preserve">, </w:t>
      </w:r>
      <w:hyperlink r:id="rId10">
        <w:r>
          <w:rPr>
            <w:color w:val="0000EE"/>
            <w:u w:val="single"/>
          </w:rPr>
          <w:t>[2]</w:t>
        </w:r>
      </w:hyperlink>
      <w:r>
        <w:t xml:space="preserve">- Paragraph 9: </w:t>
      </w:r>
      <w:hyperlink r:id="rId11">
        <w:r>
          <w:rPr>
            <w:color w:val="0000EE"/>
            <w:u w:val="single"/>
          </w:rPr>
          <w:t>[3]</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https://www.islands.com/2248024/palm-springs-hot-rodeo-west-coast-best-2027-lgbtq-friendly-gem-shows-pool-parties-dancing/</w:t>
        </w:r>
      </w:hyperlink>
      <w:r>
        <w:t xml:space="preserve"> - Please view link - unable to able to access data</w:t>
      </w:r>
      <w:r/>
    </w:p>
    <w:p>
      <w:pPr>
        <w:pStyle w:val="ListNumber"/>
        <w:spacing w:line="240" w:lineRule="auto"/>
        <w:ind w:left="720"/>
      </w:pPr>
      <w:r/>
      <w:hyperlink r:id="rId10">
        <w:r>
          <w:rPr>
            <w:color w:val="0000EE"/>
            <w:u w:val="single"/>
          </w:rPr>
          <w:t>https://www.psrodeo.org/</w:t>
        </w:r>
      </w:hyperlink>
      <w:r>
        <w:t xml:space="preserve"> - The official website of the Palm Springs Hot Rodeo, produced by the Greater Palm Springs Chapter of the Golden State Gay Rodeo Association and approved by the International Gay Rodeo Association. The site provides information about the event, including dates, location, and ticket details. It also offers insights into the chapter's history and mission, highlighting its dedication to promoting the western lifestyle and rodeo culture within the LGBTQ+ community. The website serves as a central hub for updates and announcements related to the rodeo and associated events.</w:t>
      </w:r>
      <w:r/>
    </w:p>
    <w:p>
      <w:pPr>
        <w:pStyle w:val="ListNumber"/>
        <w:spacing w:line="240" w:lineRule="auto"/>
        <w:ind w:left="720"/>
      </w:pPr>
      <w:r/>
      <w:hyperlink r:id="rId11">
        <w:r>
          <w:rPr>
            <w:color w:val="0000EE"/>
            <w:u w:val="single"/>
          </w:rPr>
          <w:t>https://www.palmspringslife.com/the-guide/things-to-do/the-palm-springs-hot-rodeo-returns-may-1-3-2026-heres-what-to-expect/</w:t>
        </w:r>
      </w:hyperlink>
      <w:r>
        <w:t xml:space="preserve"> - An article detailing the Palm Springs Hot Rodeo event held from May 1–3, 2026. It describes the rodeo competitions, LGBTQ+ events, parties, and charity fundraisers across the Coachella Valley. The piece highlights the Rodeo School on Friday, the main events on Saturday and Sunday, and the various festivities in Palm Springs, including pool parties, Cowgirl Night, and line dancing. Proceeds from the event support local nonprofits, emphasizing the community-focused nature of the rodeo.</w:t>
      </w:r>
      <w:r/>
    </w:p>
    <w:p>
      <w:pPr>
        <w:pStyle w:val="ListNumber"/>
        <w:spacing w:line="240" w:lineRule="auto"/>
        <w:ind w:left="720"/>
      </w:pPr>
      <w:r/>
      <w:hyperlink r:id="rId13">
        <w:r>
          <w:rPr>
            <w:color w:val="0000EE"/>
            <w:u w:val="single"/>
          </w:rPr>
          <w:t>https://www.gaytravel4u.com/event/hot-rodeo-palm-springs/</w:t>
        </w:r>
      </w:hyperlink>
      <w:r>
        <w:t xml:space="preserve"> - A comprehensive overview of the Hot Rodeo Palm Springs event scheduled for May 7–9, 2027. The article outlines the key highlights of the rodeo, including calf roping, bull riding, the Mr. Hot Rodeo competition, pool parties, dance contests, and steer riding. It provides logistical details such as the venue at A.C. Dysart Equestrian Park in Banning, event timings, and the schedule of activities from Thursday to Sunday. The piece also offers recommendations for accommodations in Palm Springs, emphasizing proximity to the event and quality amenities.</w:t>
      </w:r>
      <w:r/>
    </w:p>
    <w:p>
      <w:pPr>
        <w:pStyle w:val="ListNumber"/>
        <w:spacing w:line="240" w:lineRule="auto"/>
        <w:ind w:left="720"/>
      </w:pPr>
      <w:r/>
      <w:hyperlink r:id="rId12">
        <w:r>
          <w:rPr>
            <w:color w:val="0000EE"/>
            <w:u w:val="single"/>
          </w:rPr>
          <w:t>https://www.gaydesertguide.com/inside-palm-springs-queer-rodeo/</w:t>
        </w:r>
      </w:hyperlink>
      <w:r>
        <w:t xml:space="preserve"> - An in-depth look at the Palm Springs Hot Rodeo, highlighting its history and significance within the LGBTQ+ community. The article discusses the event's origins, its role as an official stop on the International Gay Rodeo Association circuit, and the unique blend of traditional rodeo events with more whimsical activities like the wild drag race and goat dressing. It features insights from participants, such as contestant Savannah Smith, who emphasizes the inclusive and supportive environment of the rodeo. The piece also touches on the broader cultural context and the importance of such events in the face of increasing challenges to queer rights.</w:t>
      </w:r>
      <w:r/>
    </w:p>
    <w:p>
      <w:pPr>
        <w:pStyle w:val="ListNumber"/>
        <w:spacing w:line="240" w:lineRule="auto"/>
        <w:ind w:left="720"/>
      </w:pPr>
      <w:r/>
      <w:hyperlink r:id="rId15">
        <w:r>
          <w:rPr>
            <w:color w:val="0000EE"/>
            <w:u w:val="single"/>
          </w:rPr>
          <w:t>https://www.altbars.com/tool-shed.html</w:t>
        </w:r>
      </w:hyperlink>
      <w:r>
        <w:t xml:space="preserve"> - A profile of Tool Shed, a gay-friendly bar located at 600 E Sunny Dunes Rd, Palm Springs, CA 92264. The article provides details about the bar's operating hours, contact information, and a brief description of its offerings, including drinks, DJs, go-go dancers, and special events in a laid-back setting. It also includes links to the bar's social media profiles on Facebook, Instagram, and Twitter, offering readers avenues to engage with the venue online and stay updated on upcoming events and promotions.</w:t>
      </w:r>
      <w:r/>
    </w:p>
    <w:p>
      <w:pPr>
        <w:pStyle w:val="ListNumber"/>
        <w:spacing w:line="240" w:lineRule="auto"/>
        <w:ind w:left="720"/>
      </w:pPr>
      <w:r/>
      <w:hyperlink r:id="rId14">
        <w:r>
          <w:rPr>
            <w:color w:val="0000EE"/>
            <w:u w:val="single"/>
          </w:rPr>
          <w:t>https://www.psrodeo.org/chapter-info/royalty-contest</w:t>
        </w:r>
      </w:hyperlink>
      <w:r>
        <w:t xml:space="preserve"> - Information about the Palm Springs Hot Rodeo Royalty Contest, detailing the roles and expectations of the crowned royalty, including serving for one year, fundraising, representing the rodeo at various events, and participating in the Palm Springs Pride Parade and Cathedral City LGBT Days. The page outlines the requirements to compete, emphasizing the importance of community involvement and the responsibilities associated with the title. It also provides details about the event's date, location, and ticketing information, encouraging community participation and support.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islands.com/2248024/palm-springs-hot-rodeo-west-coast-best-2027-lgbtq-friendly-gem-shows-pool-parties-dancing/" TargetMode="External"/><Relationship Id="rId10" Type="http://schemas.openxmlformats.org/officeDocument/2006/relationships/hyperlink" Target="https://www.psrodeo.org/" TargetMode="External"/><Relationship Id="rId11" Type="http://schemas.openxmlformats.org/officeDocument/2006/relationships/hyperlink" Target="https://www.palmspringslife.com/the-guide/things-to-do/the-palm-springs-hot-rodeo-returns-may-1-3-2026-heres-what-to-expect/" TargetMode="External"/><Relationship Id="rId12" Type="http://schemas.openxmlformats.org/officeDocument/2006/relationships/hyperlink" Target="https://www.gaydesertguide.com/inside-palm-springs-queer-rodeo/" TargetMode="External"/><Relationship Id="rId13" Type="http://schemas.openxmlformats.org/officeDocument/2006/relationships/hyperlink" Target="https://www.gaytravel4u.com/event/hot-rodeo-palm-springs/" TargetMode="External"/><Relationship Id="rId14" Type="http://schemas.openxmlformats.org/officeDocument/2006/relationships/hyperlink" Target="https://www.psrodeo.org/chapter-info/royalty-contest" TargetMode="External"/><Relationship Id="rId15" Type="http://schemas.openxmlformats.org/officeDocument/2006/relationships/hyperlink" Target="https://www.altbars.com/tool-shed.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