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community and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Washington DC area are lining up a lively week of LGBTQ+ events, from relaxed happy hours and brunches to drag performances and supportive online discussion groups. With free meet-ups, ticketed entertainment and welcoming spaces for allies, the calendar offers an easy way to find community without overplanning your week.</w:t>
      </w:r>
      <w:r/>
    </w:p>
    <w:p>
      <w:pPr>
        <w:pStyle w:val="Heading2"/>
      </w:pPr>
      <w:r>
        <w:t>Essential Takeaways</w:t>
      </w:r>
      <w:r/>
      <w:r/>
    </w:p>
    <w:p>
      <w:pPr>
        <w:pStyle w:val="ListBullet"/>
        <w:spacing w:line="240" w:lineRule="auto"/>
        <w:ind w:left="720"/>
      </w:pPr>
      <w:r/>
      <w:r>
        <w:rPr>
          <w:b/>
        </w:rPr>
        <w:t>A sociable start:</w:t>
      </w:r>
      <w:r>
        <w:t xml:space="preserve"> Go Gay DC’s happy hour offers a relaxed setting for conversation and new connections.</w:t>
      </w:r>
      <w:r/>
    </w:p>
    <w:p>
      <w:pPr>
        <w:pStyle w:val="ListBullet"/>
        <w:spacing w:line="240" w:lineRule="auto"/>
        <w:ind w:left="720"/>
      </w:pPr>
      <w:r/>
      <w:r>
        <w:rPr>
          <w:b/>
        </w:rPr>
        <w:t>Brunch is a recurring favourite:</w:t>
      </w:r>
      <w:r>
        <w:t xml:space="preserve"> Community brunches bring LGBTQ+ locals and allies together over food.</w:t>
      </w:r>
      <w:r/>
    </w:p>
    <w:p>
      <w:pPr>
        <w:pStyle w:val="ListBullet"/>
        <w:spacing w:line="240" w:lineRule="auto"/>
        <w:ind w:left="720"/>
      </w:pPr>
      <w:r/>
      <w:r>
        <w:rPr>
          <w:b/>
        </w:rPr>
        <w:t>Drag takes centre stage:</w:t>
      </w:r>
      <w:r>
        <w:t xml:space="preserve"> Nellie’s Sunday brunch features Sapphire Blue, Deja Diamond and fellow performers.</w:t>
      </w:r>
      <w:r/>
    </w:p>
    <w:p>
      <w:pPr>
        <w:pStyle w:val="ListBullet"/>
        <w:spacing w:line="240" w:lineRule="auto"/>
        <w:ind w:left="720"/>
      </w:pPr>
      <w:r/>
      <w:r>
        <w:rPr>
          <w:b/>
        </w:rPr>
        <w:t>Online support is available:</w:t>
      </w:r>
      <w:r>
        <w:t xml:space="preserve"> Coming-out and trans discussion groups provide confidential spaces to share experiences.</w:t>
      </w:r>
      <w:r/>
    </w:p>
    <w:p>
      <w:pPr>
        <w:pStyle w:val="ListBullet"/>
        <w:spacing w:line="240" w:lineRule="auto"/>
        <w:ind w:left="720"/>
      </w:pPr>
      <w:r/>
      <w:r>
        <w:rPr>
          <w:b/>
        </w:rPr>
        <w:t>Check before travelling:</w:t>
      </w:r>
      <w:r>
        <w:t xml:space="preserve"> Event times, prices and availability can change, so confirm details with organisers.</w:t>
      </w:r>
      <w:r/>
      <w:r/>
    </w:p>
    <w:p>
      <w:pPr>
        <w:pStyle w:val="Heading2"/>
      </w:pPr>
      <w:r>
        <w:t>The week begins with an easygoing community welcome</w:t>
      </w:r>
      <w:r/>
    </w:p>
    <w:p>
      <w:r/>
      <w:r>
        <w:t>The strongest feature of this LGBTQ+ events calendar is its low-pressure variety. Friday’s community happy hour at Freddie’s Beach Bar and Restaurant is designed for people who want to meet others, enjoy a drink and settle into the weekend without needing a complicated plan.</w:t>
      </w:r>
      <w:r/>
    </w:p>
    <w:p>
      <w:r/>
      <w:r>
        <w:t>That welcoming mood continues into Saturday morning, when Go Gay DC’s community brunch returns to the same venue. According to Go Gay DC, its gatherings are open to members of the DMV LGBTQ+ community as well as allies, making brunch a particularly approachable option for anyone attending alone.</w:t>
      </w:r>
      <w:r/>
    </w:p>
    <w:p>
      <w:pPr>
        <w:pStyle w:val="Heading2"/>
      </w:pPr>
      <w:r>
        <w:t>Why community brunch remains such a draw</w:t>
      </w:r>
      <w:r/>
    </w:p>
    <w:p>
      <w:r/>
      <w:r>
        <w:t>There’s something reassuring about a regular brunch: it gives newcomers a clear starting point, while familiar faces can return without ceremony. Food does some of the social heavy lifting, too, turning an introduction into a longer, more natural conversation.</w:t>
      </w:r>
      <w:r/>
    </w:p>
    <w:p>
      <w:r/>
      <w:r>
        <w:t>For first-time attendees, arriving a little early and checking in with the organisers can make the room feel less daunting. Go Gay DC’s event listings and social channels are the best places to confirm the latest arrangements before setting off.</w:t>
      </w:r>
      <w:r/>
    </w:p>
    <w:p>
      <w:pPr>
        <w:pStyle w:val="Heading2"/>
      </w:pPr>
      <w:r>
        <w:t>Sunday brings sequins, laughs and a full drag brunch</w:t>
      </w:r>
      <w:r/>
    </w:p>
    <w:p>
      <w:r/>
      <w:r>
        <w:t>Nellie’s DC Drag Brunch supplies the weekend’s biggest burst of spectacle. The ticketed event promises performances from Sapphire Blue, Deja Diamond and their team, alongside brunch in the lively atmosphere of Nellie’s Sports Bar.</w:t>
      </w:r>
      <w:r/>
    </w:p>
    <w:p>
      <w:r/>
      <w:r>
        <w:t>Event listings put admission at around $58.51, although prices and availability should be checked before booking. Nellie’s own drag brunch information is also worth consulting, particularly if you’re comparing dates, seating details or the latest performer line-up.</w:t>
      </w:r>
      <w:r/>
    </w:p>
    <w:p>
      <w:r/>
      <w:r>
        <w:t>It’s the sort of outing that suits groups, celebrations and anyone who likes their Sunday with a generous side of glamour. Bring an appetite, but don’t expect the room to stay quiet for long.</w:t>
      </w:r>
      <w:r/>
    </w:p>
    <w:p>
      <w:pPr>
        <w:pStyle w:val="Heading2"/>
      </w:pPr>
      <w:r>
        <w:t>A Monday social keeps the momentum going</w:t>
      </w:r>
      <w:r/>
    </w:p>
    <w:p>
      <w:r/>
      <w:r>
        <w:t>The calendar doesn’t stop when the weekend does. Go Gay DC’s Out in Rosslyn social moves the conversation to Hyatt Centric Arlington, where attendees can gather in a reserved lounge area and meet members of the organisation’s leadership team.</w:t>
      </w:r>
      <w:r/>
    </w:p>
    <w:p>
      <w:r/>
      <w:r>
        <w:t>Name tags and a casual dress code make the format feel deliberately accessible. That matters for anyone arriving without a ready-made group, because a simple introduction can be the difference between hovering at the edge and joining in.</w:t>
      </w:r>
      <w:r/>
    </w:p>
    <w:p>
      <w:pPr>
        <w:pStyle w:val="Heading2"/>
      </w:pPr>
      <w:r>
        <w:t>Online groups offer a quieter kind of support</w:t>
      </w:r>
      <w:r/>
    </w:p>
    <w:p>
      <w:r/>
      <w:r>
        <w:t>Tuesday’s online discussion groups provide a change of pace from bars, brunches and performance venues. The coming-out group gives participants room to talk through personal experiences, challenges and milestones, while the trans discussion group is intended as a safe space for trans people and those questioning their gender.</w:t>
      </w:r>
      <w:r/>
    </w:p>
    <w:p>
      <w:r/>
      <w:r>
        <w:t>Virtual meetings can be especially useful when travel, anxiety or privacy makes an in-person gathering harder. Participants should check the relevant Facebook or community listing for joining instructions and any updated ground rules before logging on.</w:t>
      </w:r>
      <w:r/>
    </w:p>
    <w:p>
      <w:r/>
      <w:r>
        <w:t>From a buzzing drag brunch to a quieter conversation online, the week offers several ways to find connection on your own terms.</w:t>
      </w:r>
      <w:r/>
    </w:p>
    <w:p>
      <w:r/>
      <w:r>
        <w:t>Explore the listings, check the details and choose the gathering that feels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https://meaws.com/news/calendar-september-4-10/105164</w:t>
        </w:r>
      </w:hyperlink>
      <w:r>
        <w:t xml:space="preserve"> - Please view link - unable to able to access data</w:t>
      </w:r>
      <w:r/>
    </w:p>
    <w:p>
      <w:pPr>
        <w:pStyle w:val="ListNumber"/>
        <w:spacing w:line="240" w:lineRule="auto"/>
        <w:ind w:left="720"/>
      </w:pPr>
      <w:r/>
      <w:hyperlink r:id="rId10">
        <w:r>
          <w:rPr>
            <w:color w:val="0000EE"/>
            <w:u w:val="single"/>
          </w:rPr>
          <w:t>https://www.gogaydc.com/</w:t>
        </w:r>
      </w:hyperlink>
      <w:r>
        <w:t xml:space="preserve"> - Go Gay DC is a community organisation dedicated to bringing together the LGBTQ+ community in the Washington, D.C. area. They host various events, including the 'First Friday Social' at Freddie's Beach Bar &amp; Restaurant, and the 'Community Brunch' every Saturday at the same venue. Their website provides detailed information about these events and other community activities.</w:t>
      </w:r>
      <w:r/>
    </w:p>
    <w:p>
      <w:pPr>
        <w:pStyle w:val="ListNumber"/>
        <w:spacing w:line="240" w:lineRule="auto"/>
        <w:ind w:left="720"/>
      </w:pPr>
      <w:r/>
      <w:hyperlink r:id="rId12">
        <w:r>
          <w:rPr>
            <w:color w:val="0000EE"/>
            <w:u w:val="single"/>
          </w:rPr>
          <w:t>https://www.eventbrite.com/e/nellies-dc-drag-brunch-tickets-1999046040520</w:t>
        </w:r>
      </w:hyperlink>
      <w:r>
        <w:t xml:space="preserve"> - Nellie's DC Drag Brunch is a popular event held at Nellie's Sports Bar in Washington, D.C. The event features a two-hour spectacular drag performance by artists Sapphire Blue and Deja Diamond, accompanied by an all-you-can-eat brunch buffet. Tickets include a complimentary Mimosa or Bloody Mary. The event is scheduled for Saturday, November 7, 2026, at 12 PM.</w:t>
      </w:r>
      <w:r/>
    </w:p>
    <w:p>
      <w:pPr>
        <w:pStyle w:val="ListNumber"/>
        <w:spacing w:line="240" w:lineRule="auto"/>
        <w:ind w:left="720"/>
      </w:pPr>
      <w:r/>
      <w:hyperlink r:id="rId13">
        <w:r>
          <w:rPr>
            <w:color w:val="0000EE"/>
            <w:u w:val="single"/>
          </w:rPr>
          <w:t>https://www.nelliessportsbar.com/drag-brunch/</w:t>
        </w:r>
      </w:hyperlink>
      <w:r>
        <w:t xml:space="preserve"> - Nellie's Sports Bar offers a renowned Drag Brunch experience in Washington, D.C. The event includes a two-hour drag performance by Sapphire Blue and Deja Diamond, an extensive brunch buffet, and a complimentary Mimosa or Bloody Mary. The venue provides details on the event schedule and ticket information on their official website.</w:t>
      </w:r>
      <w:r/>
    </w:p>
    <w:p>
      <w:pPr>
        <w:pStyle w:val="ListNumber"/>
        <w:spacing w:line="240" w:lineRule="auto"/>
        <w:ind w:left="720"/>
      </w:pPr>
      <w:r/>
      <w:hyperlink r:id="rId11">
        <w:r>
          <w:rPr>
            <w:color w:val="0000EE"/>
            <w:u w:val="single"/>
          </w:rPr>
          <w:t>https://www.meetup.com/gogaydc/events/316164937/?eventOrigin=group_upcoming_events</w:t>
        </w:r>
      </w:hyperlink>
      <w:r>
        <w:t xml:space="preserve"> - Go Gay DC hosts the 'First Friday LGBTQ+ Community Happy Hour' at Freddie's Beach Bar &amp; Restaurant in Arlington, VA. The event is free to attend and offers happy hour drink specials until 7 PM. Attendees gather inside at the purple booth to the left upon entering. The event is scheduled for Friday, September 4, 2026, from 6:00 PM to 8:00 PM EDT.</w:t>
      </w:r>
      <w:r/>
    </w:p>
    <w:p>
      <w:pPr>
        <w:pStyle w:val="ListNumber"/>
        <w:spacing w:line="240" w:lineRule="auto"/>
        <w:ind w:left="720"/>
      </w:pPr>
      <w:r/>
      <w:hyperlink r:id="rId14">
        <w:r>
          <w:rPr>
            <w:color w:val="0000EE"/>
            <w:u w:val="single"/>
          </w:rPr>
          <w:t>https://www.eventbrite.com/e/nellies-dc-drag-brunch-tickets-1984640836166</w:t>
        </w:r>
      </w:hyperlink>
      <w:r>
        <w:t xml:space="preserve"> - Nellie's DC Drag Brunch is a celebrated event at Nellie's Sports Bar in Washington, D.C. The event features a two-hour drag performance by Sapphire Blue and Deja Diamond, an all-you-can-eat brunch buffet, and a complimentary Mimosa or Bloody Mary. The event is scheduled for Saturday, July 18, 2026, at 12 PM.</w:t>
      </w:r>
      <w:r/>
    </w:p>
    <w:p>
      <w:pPr>
        <w:pStyle w:val="ListNumber"/>
        <w:spacing w:line="240" w:lineRule="auto"/>
        <w:ind w:left="720"/>
      </w:pPr>
      <w:r/>
      <w:hyperlink r:id="rId15">
        <w:r>
          <w:rPr>
            <w:color w:val="0000EE"/>
            <w:u w:val="single"/>
          </w:rPr>
          <w:t>https://www.eventbrite.com/e/nellies-dc-drag-brunch-tickets-1984642121009</w:t>
        </w:r>
      </w:hyperlink>
      <w:r>
        <w:t xml:space="preserve"> - Nellie's DC Drag Brunch is a popular event held at Nellie's Sports Bar in Washington, D.C. The event includes a two-hour drag performance by Sapphire Blue and Deja Diamond, an extensive brunch buffet, and a complimentary Mimosa or Bloody Mary. The event is scheduled for Saturday, August 1, 2026, at 12 PM.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lendar-september-4-10/105164" TargetMode="External"/><Relationship Id="rId10" Type="http://schemas.openxmlformats.org/officeDocument/2006/relationships/hyperlink" Target="https://www.gogaydc.com/" TargetMode="External"/><Relationship Id="rId11" Type="http://schemas.openxmlformats.org/officeDocument/2006/relationships/hyperlink" Target="https://www.meetup.com/gogaydc/events/316164937/?eventOrigin=group_upcoming_events" TargetMode="External"/><Relationship Id="rId12" Type="http://schemas.openxmlformats.org/officeDocument/2006/relationships/hyperlink" Target="https://www.eventbrite.com/e/nellies-dc-drag-brunch-tickets-1999046040520" TargetMode="External"/><Relationship Id="rId13" Type="http://schemas.openxmlformats.org/officeDocument/2006/relationships/hyperlink" Target="https://www.nelliessportsbar.com/drag-brunch/" TargetMode="External"/><Relationship Id="rId14" Type="http://schemas.openxmlformats.org/officeDocument/2006/relationships/hyperlink" Target="https://www.eventbrite.com/e/nellies-dc-drag-brunch-tickets-1984640836166" TargetMode="External"/><Relationship Id="rId15" Type="http://schemas.openxmlformats.org/officeDocument/2006/relationships/hyperlink" Target="https://www.eventbrite.com/e/nellies-dc-drag-brunch-tickets-19846421210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