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Events in Dallas This September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Dallas is lining up a lively September programme of LGBTQ+ culture, history and community events, with a book talk, Pride revival, museum tour and drag brunch among the highlights. The biggest gathering arrives at Cathedral of Hope on 5 September, where visitors can mix local history, music, food and plenty of welcoming energy.</w:t>
      </w:r>
      <w:r/>
    </w:p>
    <w:p>
      <w:pPr>
        <w:pStyle w:val="Heading2"/>
      </w:pPr>
      <w:r>
        <w:t>Essential Takeaways</w:t>
      </w:r>
      <w:r/>
      <w:r/>
    </w:p>
    <w:p>
      <w:pPr>
        <w:pStyle w:val="ListBullet"/>
        <w:spacing w:line="240" w:lineRule="auto"/>
        <w:ind w:left="720"/>
      </w:pPr>
      <w:r/>
      <w:r>
        <w:rPr>
          <w:b/>
        </w:rPr>
        <w:t>Book signing:</w:t>
      </w:r>
      <w:r>
        <w:t xml:space="preserve"> Dr M. Rhys Dotson will discuss and sign copies of </w:t>
      </w:r>
      <w:r>
        <w:rPr>
          <w:i/>
        </w:rPr>
        <w:t>The Dallas Way</w:t>
      </w:r>
      <w:r>
        <w:t xml:space="preserve"> at Cathedral of Hope on 5 September.</w:t>
      </w:r>
      <w:r/>
    </w:p>
    <w:p>
      <w:pPr>
        <w:pStyle w:val="ListBullet"/>
        <w:spacing w:line="240" w:lineRule="auto"/>
        <w:ind w:left="720"/>
      </w:pPr>
      <w:r/>
      <w:r>
        <w:rPr>
          <w:b/>
        </w:rPr>
        <w:t>Pride revival:</w:t>
      </w:r>
      <w:r>
        <w:t xml:space="preserve"> REVIVE promises an afternoon focused on healing, liberation, joy and spiritual renewal, with food and vendors.</w:t>
      </w:r>
      <w:r/>
    </w:p>
    <w:p>
      <w:pPr>
        <w:pStyle w:val="ListBullet"/>
        <w:spacing w:line="240" w:lineRule="auto"/>
        <w:ind w:left="720"/>
      </w:pPr>
      <w:r/>
      <w:r>
        <w:rPr>
          <w:b/>
        </w:rPr>
        <w:t>History in focus:</w:t>
      </w:r>
      <w:r>
        <w:t xml:space="preserve"> The Dallas Holocaust and Human Rights Museum will offer a themed tour exploring Jewish upstanders.</w:t>
      </w:r>
      <w:r/>
    </w:p>
    <w:p>
      <w:pPr>
        <w:pStyle w:val="ListBullet"/>
        <w:spacing w:line="240" w:lineRule="auto"/>
        <w:ind w:left="720"/>
      </w:pPr>
      <w:r/>
      <w:r>
        <w:rPr>
          <w:b/>
        </w:rPr>
        <w:t>A colourful brunch:</w:t>
      </w:r>
      <w:r>
        <w:t xml:space="preserve"> Asia O'Hara presents </w:t>
      </w:r>
      <w:r>
        <w:rPr>
          <w:i/>
        </w:rPr>
        <w:t>Brunch Royale</w:t>
      </w:r>
      <w:r>
        <w:t>, hosted by Layla Larue at The Rose Room.</w:t>
      </w:r>
      <w:r/>
    </w:p>
    <w:p>
      <w:pPr>
        <w:pStyle w:val="ListBullet"/>
        <w:spacing w:line="240" w:lineRule="auto"/>
        <w:ind w:left="720"/>
      </w:pPr>
      <w:r/>
      <w:r>
        <w:rPr>
          <w:b/>
        </w:rPr>
        <w:t>Plan ahead:</w:t>
      </w:r>
      <w:r>
        <w:t xml:space="preserve"> Preordering the book is recommended, while event tickets and vendor details should be checked before travelling.</w:t>
      </w:r>
      <w:r/>
      <w:r/>
    </w:p>
    <w:p>
      <w:pPr>
        <w:pStyle w:val="Heading2"/>
      </w:pPr>
      <w:r>
        <w:t>Dallas' LGBTQ+ history takes centre stage</w:t>
      </w:r>
      <w:r/>
    </w:p>
    <w:p>
      <w:r/>
      <w:r>
        <w:t xml:space="preserve">The weekend's most compelling stop may be Dr M. Rhys Dotson's presentation on </w:t>
      </w:r>
      <w:r>
        <w:rPr>
          <w:i/>
        </w:rPr>
        <w:t>The Dallas Way</w:t>
      </w:r>
      <w:r>
        <w:t>, a book tracing the evolution of Dallas' LGBTQ+ community. The short talk begins at 2.15pm on Saturday, 5 September, at Cathedral of Hope, followed by a signing hosted by Sources of Hope bookstore.</w:t>
      </w:r>
      <w:r/>
    </w:p>
    <w:p>
      <w:r/>
      <w:r>
        <w:t>The event offers more than a chance to pick up a signed book. It gives visitors a doorway into the people, places and turning points that shaped queer life in a city often described through its politics, nightlife and contradictions. Texas Standard has also highlighted the book's wider importance in documenting LGBTQ+ rights and community history in a conservative setting.</w:t>
      </w:r>
      <w:r/>
    </w:p>
    <w:p>
      <w:r/>
      <w:r>
        <w:t>If you want a signed copy, ordering ahead is the sensible move. Sources of Hope is handling the signing, and the event listing recommends preorders, which could save a disappointed trip if demand is strong.</w:t>
      </w:r>
      <w:r/>
    </w:p>
    <w:p>
      <w:pPr>
        <w:pStyle w:val="Heading2"/>
      </w:pPr>
      <w:r>
        <w:t>REVIVE brings Pride energy back to sacred space</w:t>
      </w:r>
      <w:r/>
    </w:p>
    <w:p>
      <w:r/>
      <w:r>
        <w:t>Running from 1pm to 6pm on the same day, REVIVE is designed as a Pride revival with a distinctly spiritual pulse. Pride in Dallas describes the gathering around healing, liberation, joy and renewal, while the event promises an affirming atmosphere for LGBTQ+ people, allies, families and anyone looking for connection.</w:t>
      </w:r>
      <w:r/>
    </w:p>
    <w:p>
      <w:r/>
      <w:r>
        <w:t>There should be plenty to keep the afternoon moving, including vendors and food. The tone is intended to be vibrant and gospel-rooted rather than formal, so expect a gathering that feels more like a shared celebration than a conventional service.</w:t>
      </w:r>
      <w:r/>
    </w:p>
    <w:p>
      <w:r/>
      <w:r>
        <w:t>Cathedral of Hope is the natural setting for that message. The church has long been associated with LGBTQ+ inclusion, and its Cedar Springs Road location makes it an easy anchor for a full day of nearby activities. Vendor applications are available through Eventeny, according to the event information.</w:t>
      </w:r>
      <w:r/>
    </w:p>
    <w:p>
      <w:pPr>
        <w:pStyle w:val="Heading2"/>
      </w:pPr>
      <w:r>
        <w:t>A weekend of stories, memory and performance</w:t>
      </w:r>
      <w:r/>
    </w:p>
    <w:p>
      <w:r/>
      <w:r>
        <w:t>Sunday brings a quieter but no less meaningful option at the Dallas Holocaust and Human Rights Museum. A special tour of the permanent exhibition will examine its stories through the lens of Jewish upstanders, led by a museum docent at 1.30pm.</w:t>
      </w:r>
      <w:r/>
    </w:p>
    <w:p>
      <w:r/>
      <w:r>
        <w:t>Tickets are listed at $12 to $19, making this one of the more accessible cultural outings in the programme. It also adds useful historical weight to a weekend otherwise filled with celebration. Pride is at its best when joy and remembrance share the same calendar, rather than being treated as separate worlds.</w:t>
      </w:r>
      <w:r/>
    </w:p>
    <w:p>
      <w:r/>
      <w:r>
        <w:t xml:space="preserve">For something more theatrical, </w:t>
      </w:r>
      <w:r>
        <w:rPr>
          <w:i/>
        </w:rPr>
        <w:t>Brunch Royale</w:t>
      </w:r>
      <w:r>
        <w:t xml:space="preserve"> takes over The Rose Room inside S4 from noon to 2pm on 6 September. Asia O'Hara presents the event, with Layla Larue hosting, so guests can expect a polished drag brunch with the usual combination of food, glamour and quick-fire laughs.</w:t>
      </w:r>
      <w:r/>
    </w:p>
    <w:p>
      <w:pPr>
        <w:pStyle w:val="Heading2"/>
      </w:pPr>
      <w:r>
        <w:t>How to plan the best Dallas LGBTQ+ weekend</w:t>
      </w:r>
      <w:r/>
    </w:p>
    <w:p>
      <w:r/>
      <w:r>
        <w:t>The simplest strategy is to make Saturday your Cathedral of Hope day. REVIVE runs from 1pm, while Dotson's presentation begins at 2.15pm, so visitors should check the precise running order before arriving if they want to catch both without a hurried dash between rooms.</w:t>
      </w:r>
      <w:r/>
    </w:p>
    <w:p>
      <w:r/>
      <w:r>
        <w:t xml:space="preserve">On Sunday, the museum tour and </w:t>
      </w:r>
      <w:r>
        <w:rPr>
          <w:i/>
        </w:rPr>
        <w:t>Brunch Royale</w:t>
      </w:r>
      <w:r>
        <w:t xml:space="preserve"> overlap slightly, with the tour starting at 1.30pm and brunch finishing at 2pm. That means choosing one is probably wiser than attempting both, unless you're happy to miss part of either event. Tickets for the brunch are available through Octo Entertainment, while museum admission is handled by the Dallas Holocaust and Human Rights Museum.</w:t>
      </w:r>
      <w:r/>
    </w:p>
    <w:p>
      <w:r/>
      <w:r>
        <w:t>Comfortable shoes are a quietly good idea, especially if you're planning to browse vendors, queue for food or spend time standing during the revival. And, as ever, check official listings shortly before setting out, since times, ticket availability and venue arrangements can change.</w:t>
      </w:r>
      <w:r/>
    </w:p>
    <w:p>
      <w:pPr>
        <w:pStyle w:val="Heading2"/>
      </w:pPr>
      <w:r>
        <w:t>Why this September calendar feels especially strong</w:t>
      </w:r>
      <w:r/>
    </w:p>
    <w:p>
      <w:r/>
      <w:r>
        <w:t>Taken together, these events show the breadth of Dallas' LGBTQ+ scene. There is local scholarship, faith-led community work, museum education, drag performance and tabletop gaming, all sitting within the same wider weekend.</w:t>
      </w:r>
      <w:r/>
    </w:p>
    <w:p>
      <w:r/>
      <w:r>
        <w:t>That variety matters. Some visitors will want the warmth and noise of a Pride gathering, while others may prefer a book talk or a carefully guided museum visit. The best calendars leave room for both, because community isn't one single mood.</w:t>
      </w:r>
      <w:r/>
    </w:p>
    <w:p>
      <w:r/>
      <w:r>
        <w:t>For anyone visiting Dallas in early September, this is a particularly easy weekend to build around. Start with history, stay for the joy, and leave a little room for an unexpected conversation along the way.</w:t>
      </w:r>
      <w:r/>
    </w:p>
    <w:p>
      <w:r/>
      <w:r>
        <w:t>It's a small but sparkling snapshot of Dallas LGBTQ+ life, with something to suit both curious newcomers and longtime locals.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[4]</w:t>
        </w:r>
      </w:hyperlink>
      <w:r>
        <w:t xml:space="preserve">, </w:t>
      </w:r>
      <w:hyperlink r:id="rId11">
        <w:r>
          <w:rPr>
            <w:color w:val="0000EE"/>
            <w:u w:val="single"/>
          </w:rPr>
          <w:t>[5]</w:t>
        </w:r>
      </w:hyperlink>
      <w:r>
        <w:t xml:space="preserve">- Paragraph 2: </w:t>
      </w:r>
      <w:hyperlink r:id="rId12">
        <w:r>
          <w:rPr>
            <w:color w:val="0000EE"/>
            <w:u w:val="single"/>
          </w:rPr>
          <w:t>[2]</w:t>
        </w:r>
      </w:hyperlink>
      <w:r>
        <w:t xml:space="preserve">, </w:t>
      </w:r>
      <w:hyperlink r:id="rId10">
        <w:r>
          <w:rPr>
            <w:color w:val="0000EE"/>
            <w:u w:val="single"/>
          </w:rPr>
          <w:t>[4]</w:t>
        </w:r>
      </w:hyperlink>
      <w:r>
        <w:t xml:space="preserve">- Paragraph 3: </w:t>
      </w:r>
      <w:hyperlink r:id="rId10">
        <w:r>
          <w:rPr>
            <w:color w:val="0000EE"/>
            <w:u w:val="single"/>
          </w:rPr>
          <w:t>[4]</w:t>
        </w:r>
      </w:hyperlink>
      <w:r>
        <w:t xml:space="preserve">, </w:t>
      </w:r>
      <w:hyperlink r:id="rId11">
        <w:r>
          <w:rPr>
            <w:color w:val="0000EE"/>
            <w:u w:val="single"/>
          </w:rPr>
          <w:t>[5]</w:t>
        </w:r>
      </w:hyperlink>
      <w:r>
        <w:t xml:space="preserve">- Paragraph 4: </w:t>
      </w:r>
      <w:hyperlink r:id="rId13">
        <w:r>
          <w:rPr>
            <w:color w:val="0000EE"/>
            <w:u w:val="single"/>
          </w:rPr>
          <w:t>[6]</w:t>
        </w:r>
      </w:hyperlink>
      <w:r>
        <w:t xml:space="preserve">, </w:t>
      </w:r>
      <w:hyperlink r:id="rId14">
        <w:r>
          <w:rPr>
            <w:color w:val="0000EE"/>
            <w:u w:val="single"/>
          </w:rPr>
          <w:t>[7]</w:t>
        </w:r>
      </w:hyperlink>
      <w:r>
        <w:t xml:space="preserve">- Paragraph 5: </w:t>
      </w:r>
      <w:hyperlink r:id="rId15">
        <w:r>
          <w:rPr>
            <w:color w:val="0000EE"/>
            <w:u w:val="single"/>
          </w:rPr>
          <w:t>[3]</w:t>
        </w:r>
      </w:hyperlink>
      <w:r>
        <w:t xml:space="preserve">, </w:t>
      </w:r>
      <w:hyperlink r:id="rId13">
        <w:r>
          <w:rPr>
            <w:color w:val="0000EE"/>
            <w:u w:val="single"/>
          </w:rPr>
          <w:t>[6]</w:t>
        </w:r>
      </w:hyperlink>
      <w:r>
        <w:t xml:space="preserve">- Paragraph 6: </w:t>
      </w:r>
      <w:hyperlink r:id="rId12">
        <w:r>
          <w:rPr>
            <w:color w:val="0000EE"/>
            <w:u w:val="single"/>
          </w:rPr>
          <w:t>[2]</w:t>
        </w:r>
      </w:hyperlink>
      <w:r>
        <w:t xml:space="preserve">, </w:t>
      </w:r>
      <w:hyperlink r:id="rId14">
        <w:r>
          <w:rPr>
            <w:color w:val="0000EE"/>
            <w:u w:val="single"/>
          </w:rPr>
          <w:t>[7]</w:t>
        </w:r>
      </w:hyperlink>
      <w:r>
        <w:t xml:space="preserve">- Paragraph 7: </w:t>
      </w:r>
      <w:hyperlink r:id="rId10">
        <w:r>
          <w:rPr>
            <w:color w:val="0000EE"/>
            <w:u w:val="single"/>
          </w:rPr>
          <w:t>[4]</w:t>
        </w:r>
      </w:hyperlink>
      <w:r>
        <w:t xml:space="preserve">, </w:t>
      </w:r>
      <w:hyperlink r:id="rId11">
        <w:r>
          <w:rPr>
            <w:color w:val="0000EE"/>
            <w:u w:val="single"/>
          </w:rPr>
          <w:t>[5]</w:t>
        </w:r>
      </w:hyperlink>
      <w:r>
        <w:t xml:space="preserve">- Paragraph 8: </w:t>
      </w:r>
      <w:hyperlink r:id="rId12">
        <w:r>
          <w:rPr>
            <w:color w:val="0000EE"/>
            <w:u w:val="single"/>
          </w:rPr>
          <w:t>[2]</w:t>
        </w:r>
      </w:hyperlink>
      <w:r>
        <w:t xml:space="preserve">, </w:t>
      </w:r>
      <w:hyperlink r:id="rId11">
        <w:r>
          <w:rPr>
            <w:color w:val="0000EE"/>
            <w:u w:val="single"/>
          </w:rPr>
          <w:t>[5]</w:t>
        </w:r>
      </w:hyperlink>
      <w:r>
        <w:t xml:space="preserve">- Paragraph 9: </w:t>
      </w:r>
      <w:hyperlink r:id="rId12">
        <w:r>
          <w:rPr>
            <w:color w:val="0000EE"/>
            <w:u w:val="single"/>
          </w:rPr>
          <w:t>[2]</w:t>
        </w:r>
      </w:hyperlink>
      <w:r>
        <w:t xml:space="preserve">, </w:t>
      </w:r>
      <w:hyperlink r:id="rId15">
        <w:r>
          <w:rPr>
            <w:color w:val="0000EE"/>
            <w:u w:val="single"/>
          </w:rPr>
          <w:t>[3]</w:t>
        </w:r>
      </w:hyperlink>
      <w:r>
        <w:t xml:space="preserve">- Paragraph 10: </w:t>
      </w:r>
      <w:hyperlink r:id="rId12">
        <w:r>
          <w:rPr>
            <w:color w:val="0000EE"/>
            <w:u w:val="single"/>
          </w:rPr>
          <w:t>[2]</w:t>
        </w:r>
      </w:hyperlink>
      <w:r>
        <w:t xml:space="preserve">, </w:t>
      </w:r>
      <w:hyperlink r:id="rId11">
        <w:r>
          <w:rPr>
            <w:color w:val="0000EE"/>
            <w:u w:val="single"/>
          </w:rPr>
          <w:t>[5]</w:t>
        </w:r>
      </w:hyperlink>
      <w:r>
        <w:t xml:space="preserve">- Paragraph 11: </w:t>
      </w:r>
      <w:hyperlink r:id="rId12">
        <w:r>
          <w:rPr>
            <w:color w:val="0000EE"/>
            <w:u w:val="single"/>
          </w:rPr>
          <w:t>[2]</w:t>
        </w:r>
      </w:hyperlink>
      <w:r>
        <w:t xml:space="preserve">, </w:t>
      </w:r>
      <w:hyperlink r:id="rId15">
        <w:r>
          <w:rPr>
            <w:color w:val="0000EE"/>
            <w:u w:val="single"/>
          </w:rPr>
          <w:t>[3]</w:t>
        </w:r>
      </w:hyperlink>
      <w:r>
        <w:t xml:space="preserve">- Paragraph 12: </w:t>
      </w:r>
      <w:hyperlink r:id="rId10">
        <w:r>
          <w:rPr>
            <w:color w:val="0000EE"/>
            <w:u w:val="single"/>
          </w:rPr>
          <w:t>[4]</w:t>
        </w:r>
      </w:hyperlink>
      <w:r>
        <w:t xml:space="preserve">, </w:t>
      </w:r>
      <w:hyperlink r:id="rId14">
        <w:r>
          <w:rPr>
            <w:color w:val="0000EE"/>
            <w:u w:val="single"/>
          </w:rPr>
          <w:t>[7]</w:t>
        </w:r>
      </w:hyperlink>
      <w:r>
        <w:t xml:space="preserve">- Paragraph 13: </w:t>
      </w:r>
      <w:hyperlink r:id="rId12">
        <w:r>
          <w:rPr>
            <w:color w:val="0000EE"/>
            <w:u w:val="single"/>
          </w:rPr>
          <w:t>[2]</w:t>
        </w:r>
      </w:hyperlink>
      <w:r>
        <w:t xml:space="preserve">, </w:t>
      </w:r>
      <w:hyperlink r:id="rId10">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https://meaws.com/news/best-bets-09-04-26/105146</w:t>
        </w:r>
      </w:hyperlink>
      <w:r>
        <w:t xml:space="preserve"> - Please view link - unable to able to access data</w:t>
      </w:r>
      <w:r/>
    </w:p>
    <w:p>
      <w:pPr>
        <w:pStyle w:val="ListNumber"/>
        <w:spacing w:line="240" w:lineRule="auto"/>
        <w:ind w:left="720"/>
      </w:pPr>
      <w:r/>
      <w:hyperlink r:id="rId12">
        <w:r>
          <w:rPr>
            <w:color w:val="0000EE"/>
            <w:u w:val="single"/>
          </w:rPr>
          <w:t>https://www.cathedralofhope.com/new-events-page</w:t>
        </w:r>
      </w:hyperlink>
      <w:r>
        <w:t xml:space="preserve"> - Cathedral of Hope in Dallas is hosting a book talk and signing event with Dr. M. Rhys Dotson, author of 'The Dallas Way: Gay Rights in a Conservative City'. The event is scheduled for Saturday, September 5, 2026, at 2:15 p.m. at the church located at 5910 Cedar Springs Road. Attendees can pre-order a signed copy of the book through the church's website.</w:t>
      </w:r>
      <w:r/>
    </w:p>
    <w:p>
      <w:pPr>
        <w:pStyle w:val="ListNumber"/>
        <w:spacing w:line="240" w:lineRule="auto"/>
        <w:ind w:left="720"/>
      </w:pPr>
      <w:r/>
      <w:hyperlink r:id="rId15">
        <w:r>
          <w:rPr>
            <w:color w:val="0000EE"/>
            <w:u w:val="single"/>
          </w:rPr>
          <w:t>https://www.eventeny.com/events/volunteer/application/?id=15386</w:t>
        </w:r>
      </w:hyperlink>
      <w:r>
        <w:t xml:space="preserve"> - Pride in Dallas is organising 'REVIVE: Faith. Freedom. Fierce Love.', a Pride revival event on September 5, 2026, from 1:00 p.m. to 6:00 p.m. at Cathedral of Hope, 5910 Cedar Springs Road. The event focuses on healing, liberation, joy, and spiritual renewal for the LGBTQ+ community and allies. Volunteers can apply through Eventeny's platform.</w:t>
      </w:r>
      <w:r/>
    </w:p>
    <w:p>
      <w:pPr>
        <w:pStyle w:val="ListNumber"/>
        <w:spacing w:line="240" w:lineRule="auto"/>
        <w:ind w:left="720"/>
      </w:pPr>
      <w:r/>
      <w:hyperlink r:id="rId10">
        <w:r>
          <w:rPr>
            <w:color w:val="0000EE"/>
            <w:u w:val="single"/>
          </w:rPr>
          <w:t>https://texasstandard.org/stories/the-dallas-way-book-lgbtq-gay-rights-conservative-city-dotson/</w:t>
        </w:r>
      </w:hyperlink>
      <w:r>
        <w:t xml:space="preserve"> - An article from Texas Standard discusses Dr. M. Rhys Dotson's book, 'The Dallas Way: Gay Rights in a Conservative City'. The book explores the history of the LGBTQ+ community in Dallas and how they navigated challenges in a conservative environment. Dotson, an associate professor at the University of Texas at Tyler, delves into the archives to highlight the people and organisations that advanced gay rights in North Texas.</w:t>
      </w:r>
      <w:r/>
    </w:p>
    <w:p>
      <w:pPr>
        <w:pStyle w:val="ListNumber"/>
        <w:spacing w:line="240" w:lineRule="auto"/>
        <w:ind w:left="720"/>
      </w:pPr>
      <w:r/>
      <w:hyperlink r:id="rId11">
        <w:r>
          <w:rPr>
            <w:color w:val="0000EE"/>
            <w:u w:val="single"/>
          </w:rPr>
          <w:t>https://www.gayout.com/usa-canada/united-states/dallas/events/the-dallas-way-book-talk-signing-2026-09-05</w:t>
        </w:r>
      </w:hyperlink>
      <w:r>
        <w:t xml:space="preserve"> - GayOut.com lists the 'The Dallas Way: Book Talk &amp; Signing' event featuring Dr. M. Rhys Dotson on September 5, 2026, in Dallas. The event offers attendees an opportunity to learn about the history of Dallas LGBTQ+ rights through an engaging conversation with the author. Dotson will also be available to sign copies of his book, making it a memorable occasion for those interested in social justice and local history.</w:t>
      </w:r>
      <w:r/>
    </w:p>
    <w:p>
      <w:pPr>
        <w:pStyle w:val="ListNumber"/>
        <w:spacing w:line="240" w:lineRule="auto"/>
        <w:ind w:left="720"/>
      </w:pPr>
      <w:r/>
      <w:hyperlink r:id="rId13">
        <w:r>
          <w:rPr>
            <w:color w:val="0000EE"/>
            <w:u w:val="single"/>
          </w:rPr>
          <w:t>https://happeningnext.com/event/revive-faith-freedom-fierce-love-eid3a0dupe1jc</w:t>
        </w:r>
      </w:hyperlink>
      <w:r>
        <w:t xml:space="preserve"> - HappeningNext.com provides details about the 'REVIVE: Faith. Freedom. Fierce Love.' event on September 5, 2026, at Cathedral of Hope, 5910 Cedar Springs Road, Dallas, TX. The Pride revival focuses on healing, liberation, joy, and spiritual renewal, reclaiming sacred space for LGBTQ+ people, allies, families, and seekers. The event features vendors, food trucks, a classic car show, music, and speakers.</w:t>
      </w:r>
      <w:r/>
    </w:p>
    <w:p>
      <w:pPr>
        <w:pStyle w:val="ListNumber"/>
        <w:spacing w:line="240" w:lineRule="auto"/>
        <w:ind w:left="720"/>
      </w:pPr>
      <w:r/>
      <w:hyperlink r:id="rId14">
        <w:r>
          <w:rPr>
            <w:color w:val="0000EE"/>
            <w:u w:val="single"/>
          </w:rPr>
          <w:t>https://prideindallas.org/</w:t>
        </w:r>
      </w:hyperlink>
      <w:r>
        <w:t xml:space="preserve"> - Pride in Dallas is a non-profit organisation dedicated to promoting and celebrating the LGBTQ+ community in Dallas. Their website provides information on upcoming events, including the 'REVIVE: Faith. Freedom. Fierce Love.' Pride revival at Cathedral of Hope on September 5, 2026. The event aims to reclaim sacred space for LGBTQ+ people, allies, families, and seekers, with a tone that is vibrant, gospel-rooted, affirming, and unapologetically hopeful.</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eaws.com/news/best-bets-09-04-26/105146" TargetMode="External"/><Relationship Id="rId10" Type="http://schemas.openxmlformats.org/officeDocument/2006/relationships/hyperlink" Target="https://texasstandard.org/stories/the-dallas-way-book-lgbtq-gay-rights-conservative-city-dotson/" TargetMode="External"/><Relationship Id="rId11" Type="http://schemas.openxmlformats.org/officeDocument/2006/relationships/hyperlink" Target="https://www.gayout.com/usa-canada/united-states/dallas/events/the-dallas-way-book-talk-signing-2026-09-05" TargetMode="External"/><Relationship Id="rId12" Type="http://schemas.openxmlformats.org/officeDocument/2006/relationships/hyperlink" Target="https://www.cathedralofhope.com/new-events-page" TargetMode="External"/><Relationship Id="rId13" Type="http://schemas.openxmlformats.org/officeDocument/2006/relationships/hyperlink" Target="https://happeningnext.com/event/revive-faith-freedom-fierce-love-eid3a0dupe1jc" TargetMode="External"/><Relationship Id="rId14" Type="http://schemas.openxmlformats.org/officeDocument/2006/relationships/hyperlink" Target="https://prideindallas.org/" TargetMode="External"/><Relationship Id="rId15" Type="http://schemas.openxmlformats.org/officeDocument/2006/relationships/hyperlink" Target="https://www.eventeny.com/events/volunteer/application/?id=1538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