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Duluth-Superior Pride Guide for Visitors and Locals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planning ahead this summer. Duluth-Superior Pride is drawing locals and visitors to the Twin Ports for celebration, history and community spirit, with its long-running Mayors' Reception offering a warm reminder of why visibility still matters. Here's what to know before joining the festivities.</w:t>
      </w:r>
      <w:r/>
    </w:p>
    <w:p>
      <w:pPr>
        <w:pStyle w:val="Heading2"/>
      </w:pPr>
      <w:r>
        <w:t>Essential Takeaways</w:t>
      </w:r>
      <w:r/>
      <w:r/>
    </w:p>
    <w:p>
      <w:pPr>
        <w:pStyle w:val="ListBullet"/>
        <w:spacing w:line="240" w:lineRule="auto"/>
        <w:ind w:left="720"/>
      </w:pPr>
      <w:r/>
      <w:r>
        <w:rPr>
          <w:b/>
        </w:rPr>
        <w:t>A long-running tradition:</w:t>
      </w:r>
      <w:r>
        <w:t xml:space="preserve"> The Mayors' Reception has brought Twin Ports leaders and residents together for roughly two decades.</w:t>
      </w:r>
      <w:r/>
    </w:p>
    <w:p>
      <w:pPr>
        <w:pStyle w:val="ListBullet"/>
        <w:spacing w:line="240" w:lineRule="auto"/>
        <w:ind w:left="720"/>
      </w:pPr>
      <w:r/>
      <w:r>
        <w:rPr>
          <w:b/>
        </w:rPr>
        <w:t>A historic setting:</w:t>
      </w:r>
      <w:r>
        <w:t xml:space="preserve"> The event takes place at Duluth's Historic Union Depot, a prominent gathering place near the heart of the community.</w:t>
      </w:r>
      <w:r/>
    </w:p>
    <w:p>
      <w:pPr>
        <w:pStyle w:val="ListBullet"/>
        <w:spacing w:line="240" w:lineRule="auto"/>
        <w:ind w:left="720"/>
      </w:pPr>
      <w:r/>
      <w:r>
        <w:rPr>
          <w:b/>
        </w:rPr>
        <w:t>Pride has deep roots:</w:t>
      </w:r>
      <w:r>
        <w:t xml:space="preserve"> Superior's festival is described by local leaders as Wisconsin's first Pride festival and one of the region's earliest.</w:t>
      </w:r>
      <w:r/>
    </w:p>
    <w:p>
      <w:pPr>
        <w:pStyle w:val="ListBullet"/>
        <w:spacing w:line="240" w:lineRule="auto"/>
        <w:ind w:left="720"/>
      </w:pPr>
      <w:r/>
      <w:r>
        <w:rPr>
          <w:b/>
        </w:rPr>
        <w:t>Celebration meets resistance:</w:t>
      </w:r>
      <w:r>
        <w:t xml:space="preserve"> Speakers acknowledged that support has grown, but hostility still appears in public debate and online comments.</w:t>
      </w:r>
      <w:r/>
    </w:p>
    <w:p>
      <w:pPr>
        <w:pStyle w:val="ListBullet"/>
        <w:spacing w:line="240" w:lineRule="auto"/>
        <w:ind w:left="720"/>
      </w:pPr>
      <w:r/>
      <w:r>
        <w:rPr>
          <w:b/>
        </w:rPr>
        <w:t>More than a festival:</w:t>
      </w:r>
      <w:r>
        <w:t xml:space="preserve"> Awards, speeches and community gatherings highlight the people who helped make LGBTQ+ visibility safer and more accepted.</w:t>
      </w:r>
      <w:r/>
      <w:r/>
    </w:p>
    <w:p>
      <w:pPr>
        <w:pStyle w:val="Heading2"/>
      </w:pPr>
      <w:r>
        <w:t>Why Duluth-Superior Pride Still Feels Personal</w:t>
      </w:r>
      <w:r/>
    </w:p>
    <w:p>
      <w:r/>
      <w:r>
        <w:t>The most striking thing about Duluth-Superior Pride isn't simply the rainbow bunting or the cheerful crowd. It's the sense that the gathering carries memory with it, from early political setbacks to the everyday victories that now feel possible.</w:t>
      </w:r>
      <w:r/>
    </w:p>
    <w:p>
      <w:r/>
      <w:r>
        <w:t xml:space="preserve">At the annual Mayors' Reception, community members gathered beneath a rainbow arch at the Historic Union Depot, sharing small bites and conversation before local leaders took the microphone. According to the Duluth Superior Pride website, the wider celebration remains a major annual fixture for the Twin Ports. </w:t>
      </w:r>
      <w:hyperlink r:id="rId9">
        <w:r>
          <w:rPr>
            <w:color w:val="0000EE"/>
            <w:u w:val="single"/>
          </w:rPr>
          <w:t>[2]</w:t>
        </w:r>
      </w:hyperlink>
      <w:r/>
    </w:p>
    <w:p>
      <w:r/>
      <w:r>
        <w:t>That setting matters. The depot has long been a visible meeting point, so opening Pride there gives the event a feeling of welcome rather than secrecy. It's a bright, public statement that LGBTQ+ residents belong in the centre of civic life.</w:t>
      </w:r>
      <w:r/>
    </w:p>
    <w:p>
      <w:pPr>
        <w:pStyle w:val="Heading2"/>
      </w:pPr>
      <w:r>
        <w:t>The Twin Ports' Pride History Runs Deep</w:t>
      </w:r>
      <w:r/>
    </w:p>
    <w:p>
      <w:r/>
      <w:r>
        <w:t>Duluth Mayor Roger Reinert used his speech to look back at the city's early attempts to formally support Pride. He said resolutions were proposed in 2001, 2002 and 2003, with the first two vetoed before the city council eventually overrode the third veto.</w:t>
      </w:r>
      <w:r/>
    </w:p>
    <w:p>
      <w:r/>
      <w:r>
        <w:t>The Mayors' Reception followed in 2005, when former mayor Herb Bergson helped establish the event. That history gives the reception more weight than a standard civic gathering. It's not just an annual photo opportunity; it's part of a longer story about institutions learning to stand publicly with their LGBTQ+ communities.</w:t>
      </w:r>
      <w:r/>
    </w:p>
    <w:p>
      <w:r/>
      <w:r>
        <w:t xml:space="preserve">Superior Mayor Jim Paine also put his city's role front and centre, describing Superior's Pride festival as the first in Wisconsin and the first in the Twin Ports. Regional visitor information similarly presents Duluth-Superior Pride as a key cultural event, making it useful for travellers who want to combine festival activities with a wider weekend in the area. </w:t>
      </w:r>
      <w:hyperlink r:id="rId10">
        <w:r>
          <w:rPr>
            <w:color w:val="0000EE"/>
            <w:u w:val="single"/>
          </w:rPr>
          <w:t>[3]</w:t>
        </w:r>
      </w:hyperlink>
      <w:r/>
    </w:p>
    <w:p>
      <w:pPr>
        <w:pStyle w:val="Heading2"/>
      </w:pPr>
      <w:r>
        <w:t>What Visitors Can Expect During Pride</w:t>
      </w:r>
      <w:r/>
    </w:p>
    <w:p>
      <w:r/>
      <w:r>
        <w:t>For newcomers, the appeal lies in the mix of formal and informal events. There are civic receptions and awards, but also the more relaxed pleasures of meeting people, exploring the waterfront and finding a busy local venue where the atmosphere feels easy-going.</w:t>
      </w:r>
      <w:r/>
    </w:p>
    <w:p>
      <w:r/>
      <w:r>
        <w:t xml:space="preserve">The official Pride organisation is the best place to check current dates, programme details and accessibility information. Plans can change, and popular events may have limited capacity, so checking ahead is particularly sensible if you're travelling from outside Duluth or Superior. </w:t>
      </w:r>
      <w:hyperlink r:id="rId9">
        <w:r>
          <w:rPr>
            <w:color w:val="0000EE"/>
            <w:u w:val="single"/>
          </w:rPr>
          <w:t>[2]</w:t>
        </w:r>
      </w:hyperlink>
      <w:r/>
    </w:p>
    <w:p>
      <w:r/>
      <w:r>
        <w:t xml:space="preserve">Visitors can also use local tourism guides to plan beyond the main celebrations. Duluth's food, lake views and walkable attractions make it easy to build a fuller itinerary, while the Twin Ports' close connection means you don't have to choose between the Minnesota and Wisconsin sides. </w:t>
      </w:r>
      <w:hyperlink r:id="rId10">
        <w:r>
          <w:rPr>
            <w:color w:val="0000EE"/>
            <w:u w:val="single"/>
          </w:rPr>
          <w:t>[3]</w:t>
        </w:r>
      </w:hyperlink>
      <w:r/>
    </w:p>
    <w:p>
      <w:pPr>
        <w:pStyle w:val="Heading2"/>
      </w:pPr>
      <w:r>
        <w:t>Pride Is Joyful, But It Hasn't Forgotten the Work</w:t>
      </w:r>
      <w:r/>
    </w:p>
    <w:p>
      <w:r/>
      <w:r>
        <w:t>The speeches at the reception struck a careful balance. Mayor Paine encouraged advocates to rest and recognise what they've achieved, while also acknowledging that hostile comments and anti-LGBTQ+ sentiment haven't disappeared.</w:t>
      </w:r>
      <w:r/>
    </w:p>
    <w:p>
      <w:r/>
      <w:r>
        <w:t xml:space="preserve">That combination is important. Pride can be colourful, noisy and wonderfully celebratory, but it also exists because earlier generations pushed for the right to live openly, attend school dances and bring partners into public life without hiding. The Pride Fund's work across the region reflects that continuing emphasis on community support and inclusion. </w:t>
      </w:r>
      <w:hyperlink r:id="rId11">
        <w:r>
          <w:rPr>
            <w:color w:val="0000EE"/>
            <w:u w:val="single"/>
          </w:rPr>
          <w:t>[4]</w:t>
        </w:r>
      </w:hyperlink>
      <w:r/>
    </w:p>
    <w:p>
      <w:r/>
      <w:r>
        <w:t xml:space="preserve">The wider history of Pride in Minnesota shows how public celebrations grew from activism into major civic and cultural events, although the organising work behind them remains just as relevant. CBS News Minnesota's account of Twin Cities Pride offers useful context for understanding how regional Pride movements developed over time. </w:t>
      </w:r>
      <w:hyperlink r:id="rId12">
        <w:r>
          <w:rPr>
            <w:color w:val="0000EE"/>
            <w:u w:val="single"/>
          </w:rPr>
          <w:t>[7]</w:t>
        </w:r>
      </w:hyperlink>
      <w:r/>
    </w:p>
    <w:p>
      <w:pPr>
        <w:pStyle w:val="Heading2"/>
      </w:pPr>
      <w:r>
        <w:t>The People Behind the Celebration Matter Most</w:t>
      </w:r>
      <w:r/>
    </w:p>
    <w:p>
      <w:r/>
      <w:r>
        <w:t>The reception also recognised two community figures, Fox 21 news anchor Dan Hanger and Main Club founder Bob Jansen. Those awards underline how Pride is sustained not only by official organisations, but by people who show up repeatedly, create welcoming spaces and keep local stories visible.</w:t>
      </w:r>
      <w:r/>
    </w:p>
    <w:p>
      <w:r/>
      <w:r>
        <w:t xml:space="preserve">That community focus has become especially important as Pride events across the region continue to combine celebration with advocacy. Northern News Now reported on the Duluth-Superior Pride community's sense that life is significantly easier for LGBTQ+ young people than it was for earlier generations, while still acknowledging that progress shouldn't be treated as complete. </w:t>
      </w:r>
      <w:hyperlink r:id="rId13">
        <w:r>
          <w:rPr>
            <w:color w:val="0000EE"/>
            <w:u w:val="single"/>
          </w:rPr>
          <w:t>[5]</w:t>
        </w:r>
      </w:hyperlink>
      <w:r/>
    </w:p>
    <w:p>
      <w:r/>
      <w:r>
        <w:t>For anyone attending, the simplest advice is also the most useful: arrive with curiosity, give yourself time to listen, and support local venues and organisations where you can. Pride is at its best when it feels less like a spectacle to watch and more like a community you're invited to join.</w:t>
      </w:r>
      <w:r/>
    </w:p>
    <w:p>
      <w:r/>
      <w:r>
        <w:t>It's a celebration with history in every bright flag and friendly hello.</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[7]</w:t>
        </w:r>
      </w:hyperlink>
      <w:r>
        <w:t xml:space="preserve">- Paragraph 4: </w:t>
      </w:r>
      <w:hyperlink r:id="rId13">
        <w:r>
          <w:rPr>
            <w:color w:val="0000EE"/>
            <w:u w:val="single"/>
          </w:rPr>
          <w:t>[5]</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2">
        <w:r>
          <w:rPr>
            <w:color w:val="0000EE"/>
            <w:u w:val="single"/>
          </w:rPr>
          <w:t>[7]</w:t>
        </w:r>
      </w:hyperlink>
      <w:r>
        <w:t xml:space="preserve">- Paragraph 7: </w:t>
      </w:r>
      <w:hyperlink r:id="rId13">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https://www.wdio.com/top-stories/twin-ports-mayors-congratulate-lgbtq-community-for-standing-strong/</w:t>
        </w:r>
      </w:hyperlink>
      <w:r>
        <w:t xml:space="preserve"> - Please view link - unable to able to access data</w:t>
      </w:r>
      <w:r/>
    </w:p>
    <w:p>
      <w:pPr>
        <w:pStyle w:val="ListNumber"/>
        <w:spacing w:line="240" w:lineRule="auto"/>
        <w:ind w:left="720"/>
      </w:pPr>
      <w:r/>
      <w:hyperlink r:id="rId9">
        <w:r>
          <w:rPr>
            <w:color w:val="0000EE"/>
            <w:u w:val="single"/>
          </w:rPr>
          <w:t>https://www.dspride.org/</w:t>
        </w:r>
      </w:hyperlink>
      <w:r>
        <w:t xml:space="preserve"> - Duluth-Superior Pride is a community-led organisation celebrating 40 years of Pride in the Twin Ports. The 2026 festival is scheduled for September 3–6, featuring events across Duluth and Superior, including the annual Mayors' Reception at the Historic Union Depot on September 3. The festival aims to promote diversity, understanding, and equality within the LGBTQIA+ community.</w:t>
      </w:r>
      <w:r/>
    </w:p>
    <w:p>
      <w:pPr>
        <w:pStyle w:val="ListNumber"/>
        <w:spacing w:line="240" w:lineRule="auto"/>
        <w:ind w:left="720"/>
      </w:pPr>
      <w:r/>
      <w:hyperlink r:id="rId10">
        <w:r>
          <w:rPr>
            <w:color w:val="0000EE"/>
            <w:u w:val="single"/>
          </w:rPr>
          <w:t>https://visitduluth.com/blog/your-complete-guide-to-the-duluth-superior-pride/</w:t>
        </w:r>
      </w:hyperlink>
      <w:r>
        <w:t xml:space="preserve"> - This comprehensive guide to Duluth Superior Pride, written by co-chair Kristy Johnson, highlights the festival's 40th anniversary in 2026. It details the evolution of the event from a community picnic in 1986 to a vibrant celebration at Bayfront Festival Park, featuring a parade in Superior. The guide provides insights into the festival's history, significance, and what attendees can expect during the four-day event.</w:t>
      </w:r>
      <w:r/>
    </w:p>
    <w:p>
      <w:pPr>
        <w:pStyle w:val="ListNumber"/>
        <w:spacing w:line="240" w:lineRule="auto"/>
        <w:ind w:left="720"/>
      </w:pPr>
      <w:r/>
      <w:hyperlink r:id="rId11">
        <w:r>
          <w:rPr>
            <w:color w:val="0000EE"/>
            <w:u w:val="single"/>
          </w:rPr>
          <w:t>https://pfundfoundation.org/event/duluth-superior-pride/</w:t>
        </w:r>
      </w:hyperlink>
      <w:r>
        <w:t xml:space="preserve"> - The PFund Foundation announces the Duluth-Superior Pride event, celebrating 40 years of Pride in the Twin Ports. Scheduled for September 3–6, 2026, the festival includes live queer performers, a booth fair for local queer and ally groups, and local queer artists at Bayfront Park in Duluth, followed by the parade on Tower Avenue in Superior. The event aims to promote diversity, understanding, and equality within the LGBTQIA+ community.</w:t>
      </w:r>
      <w:r/>
    </w:p>
    <w:p>
      <w:pPr>
        <w:pStyle w:val="ListNumber"/>
        <w:spacing w:line="240" w:lineRule="auto"/>
        <w:ind w:left="720"/>
      </w:pPr>
      <w:r/>
      <w:hyperlink r:id="rId13">
        <w:r>
          <w:rPr>
            <w:color w:val="0000EE"/>
            <w:u w:val="single"/>
          </w:rPr>
          <w:t>https://www.northernnewsnow.com/2024/08/30/things-are-significantly-easier-than-when-i-was-kid-duluth-superior-pride-begins/</w:t>
        </w:r>
      </w:hyperlink>
      <w:r>
        <w:t xml:space="preserve"> - The Duluth-Superior Pride Festival commenced with the annual Mayors' Reception at Duluth's historic Depot. Attendees, including David Rasmussen, highlighted the event's significance in marking the festival's 37th year. The festival's timing in late summer allows it to stand out from other June events, offering a unique celebration for the community.</w:t>
      </w:r>
      <w:r/>
    </w:p>
    <w:p>
      <w:pPr>
        <w:pStyle w:val="ListNumber"/>
        <w:spacing w:line="240" w:lineRule="auto"/>
        <w:ind w:left="720"/>
      </w:pPr>
      <w:r/>
      <w:hyperlink r:id="rId15">
        <w:r>
          <w:rPr>
            <w:color w:val="0000EE"/>
            <w:u w:val="single"/>
          </w:rPr>
          <w:t>https://www.minneapolis.org/things-to-do/itineraries/52-must-sees/twin-cities-pride/</w:t>
        </w:r>
      </w:hyperlink>
      <w:r>
        <w:t xml:space="preserve"> - Twin Cities Pride is an annual celebration held every June in Minneapolis, marking one of the nation's largest free Pride festivals. Originating in 1972 as a protest march down Nicollet Avenue, the event has evolved into a vibrant festival featuring a parade, entertainment, and community activities. The festival's growth reflects the increasing visibility and acceptance of the LGBTQIA+ community in the region.</w:t>
      </w:r>
      <w:r/>
    </w:p>
    <w:p>
      <w:pPr>
        <w:pStyle w:val="ListNumber"/>
        <w:spacing w:line="240" w:lineRule="auto"/>
        <w:ind w:left="720"/>
      </w:pPr>
      <w:r/>
      <w:hyperlink r:id="rId12">
        <w:r>
          <w:rPr>
            <w:color w:val="0000EE"/>
            <w:u w:val="single"/>
          </w:rPr>
          <w:t>https://www.cbsnews.com/minnesota/news/how-did-twin-cities-pride-get-started/</w:t>
        </w:r>
      </w:hyperlink>
      <w:r>
        <w:t xml:space="preserve"> - This article explores the origins of Twin Cities Pride, one of the nation's largest Pride celebrations. In 1972, a group of 25 individuals gathered in Loring Park to commemorate the third anniversary of the Stonewall riots. The event began as a protest march down Nicollet Avenue, with the intention of bailing out participants if arrested. To their surprise, no arrests occurred, leading to a celebratory picnic in the park. This marked the beginning of what has become a significant annual event for the LGBTQIA+ community in the Twin Cities.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spride.org/" TargetMode="External"/><Relationship Id="rId10" Type="http://schemas.openxmlformats.org/officeDocument/2006/relationships/hyperlink" Target="https://visitduluth.com/blog/your-complete-guide-to-the-duluth-superior-pride/" TargetMode="External"/><Relationship Id="rId11" Type="http://schemas.openxmlformats.org/officeDocument/2006/relationships/hyperlink" Target="https://pfundfoundation.org/event/duluth-superior-pride/" TargetMode="External"/><Relationship Id="rId12" Type="http://schemas.openxmlformats.org/officeDocument/2006/relationships/hyperlink" Target="https://www.cbsnews.com/minnesota/news/how-did-twin-cities-pride-get-started/" TargetMode="External"/><Relationship Id="rId13" Type="http://schemas.openxmlformats.org/officeDocument/2006/relationships/hyperlink" Target="https://www.northernnewsnow.com/2024/08/30/things-are-significantly-easier-than-when-i-was-kid-duluth-superior-pride-begins/" TargetMode="External"/><Relationship Id="rId14" Type="http://schemas.openxmlformats.org/officeDocument/2006/relationships/hyperlink" Target="https://www.wdio.com/top-stories/twin-ports-mayors-congratulate-lgbtq-community-for-standing-strong/" TargetMode="External"/><Relationship Id="rId15" Type="http://schemas.openxmlformats.org/officeDocument/2006/relationships/hyperlink" Target="https://www.minneapolis.org/things-to-do/itineraries/52-must-sees/twin-cities-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