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Brasília cultural events for a vibrant September weekend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of experiences and culture seekers have plenty to explore in Brasília this weekend, from free LGBTQIAPN+ celebrations and hip-hop in Ceilândia to opera, forró, gaming and live music. With events spread across the capital from 4 to 7 September, the city's cultural calendar offers an unusually rich mix for families, music fans and curious first-timers.</w:t>
      </w:r>
      <w:r/>
    </w:p>
    <w:p>
      <w:pPr>
        <w:pStyle w:val="Heading2"/>
      </w:pPr>
      <w:r>
        <w:t>Essential Takeaways</w:t>
      </w:r>
      <w:r/>
      <w:r/>
    </w:p>
    <w:p>
      <w:pPr>
        <w:pStyle w:val="ListBullet"/>
        <w:spacing w:line="240" w:lineRule="auto"/>
        <w:ind w:left="720"/>
      </w:pPr>
      <w:r/>
      <w:r>
        <w:rPr>
          <w:b/>
        </w:rPr>
        <w:t>Free outdoor highlights:</w:t>
      </w:r>
      <w:r>
        <w:t xml:space="preserve"> Eixão da Diversidade, ExpoForró and Festival Bailão no Cerrado bring music, food and community spirit to public spaces.</w:t>
      </w:r>
      <w:r/>
    </w:p>
    <w:p>
      <w:pPr>
        <w:pStyle w:val="ListBullet"/>
        <w:spacing w:line="240" w:lineRule="auto"/>
        <w:ind w:left="720"/>
      </w:pPr>
      <w:r/>
      <w:r>
        <w:rPr>
          <w:b/>
        </w:rPr>
        <w:t>Hip-hop takes centre stage:</w:t>
      </w:r>
      <w:r>
        <w:t xml:space="preserve"> Festival Elemento em Movimento combines rap, local talent, sport and entrepreneurship in Ceilândia.</w:t>
      </w:r>
      <w:r/>
    </w:p>
    <w:p>
      <w:pPr>
        <w:pStyle w:val="ListBullet"/>
        <w:spacing w:line="240" w:lineRule="auto"/>
        <w:ind w:left="720"/>
      </w:pPr>
      <w:r/>
      <w:r>
        <w:rPr>
          <w:b/>
        </w:rPr>
        <w:t>Something for every mood:</w:t>
      </w:r>
      <w:r>
        <w:t xml:space="preserve"> The weekend spans opera, stand-up comedy, dance, geek culture, romantic pop and Brazilian guitar.</w:t>
      </w:r>
      <w:r/>
    </w:p>
    <w:p>
      <w:pPr>
        <w:pStyle w:val="ListBullet"/>
        <w:spacing w:line="240" w:lineRule="auto"/>
        <w:ind w:left="720"/>
      </w:pPr>
      <w:r/>
      <w:r>
        <w:rPr>
          <w:b/>
        </w:rPr>
        <w:t>Plan ahead:</w:t>
      </w:r>
      <w:r>
        <w:t xml:space="preserve"> Several free events still require advance registration or ticket collection through Sympla.</w:t>
      </w:r>
      <w:r/>
    </w:p>
    <w:p>
      <w:pPr>
        <w:pStyle w:val="ListBullet"/>
        <w:spacing w:line="240" w:lineRule="auto"/>
        <w:ind w:left="720"/>
      </w:pPr>
      <w:r/>
      <w:r>
        <w:rPr>
          <w:b/>
        </w:rPr>
        <w:t>Allow for travel time:</w:t>
      </w:r>
      <w:r>
        <w:t xml:space="preserve"> Venues stretch from Águas Claras and Ceilândia to the Eixo Monumental, so a packed itinerary needs careful planning.</w:t>
      </w:r>
      <w:r/>
      <w:r/>
    </w:p>
    <w:p>
      <w:pPr>
        <w:pStyle w:val="Heading2"/>
      </w:pPr>
      <w:r>
        <w:t>Brasília's cultural calendar is anything but predictable</w:t>
      </w:r>
      <w:r/>
    </w:p>
    <w:p>
      <w:r/>
      <w:r>
        <w:t>The strongest feature of this weekend's agenda is its sheer range. One day can take you from the bright costumes and bass of an open-air celebration to the hushed drama of Gounod's opera, with a plate of Northeastern food somewhere in between.</w:t>
      </w:r>
      <w:r/>
    </w:p>
    <w:p>
      <w:r/>
      <w:r>
        <w:t>According to Jornal de Brasília, the programme brings together events across music, theatre, dance, literature and popular culture. That makes it particularly appealing for visitors who want more than a single concert, although Brasília's famously spread-out layout means you'll want to check routes before attempting a cultural marathon.</w:t>
      </w:r>
      <w:r/>
    </w:p>
    <w:p>
      <w:r/>
      <w:r>
        <w:t>The easiest approach is to choose one area for the afternoon and another for the evening. Ceilândia has the strongest urban-culture offer, while the central venues provide a broader mix of performances and exhibitions.</w:t>
      </w:r>
      <w:r/>
    </w:p>
    <w:p>
      <w:pPr>
        <w:pStyle w:val="Heading2"/>
      </w:pPr>
      <w:r>
        <w:t>Free events bring music and identity into public spaces</w:t>
      </w:r>
      <w:r/>
    </w:p>
    <w:p>
      <w:r/>
      <w:r>
        <w:t>The Eixão da Diversidade turns the Eixão Norte into a lively meeting point for LGBTQIAPN+ culture, with percussion, singers, DJ sets, drag performances and conversations about visibility and rights. It takes place on Sunday, 6 September, from 10am to 5.30pm, with free entry.</w:t>
      </w:r>
      <w:r/>
    </w:p>
    <w:p>
      <w:r/>
      <w:r>
        <w:t>Meanwhile, ExpoForró 2026 heads to Núcleo Bandeirante from 4 to 6 September. Alongside live pé de serra music, visitors can browse local crafts and sample Northeastern dishes, giving the event an easy, family-friendly feel. Jornal de Brasília reports that free admission is available, but registration is required.</w:t>
      </w:r>
      <w:r/>
    </w:p>
    <w:p>
      <w:r/>
      <w:r>
        <w:t>Festival Bailão no Cerrado adds workshops and live performances at Caixa Cultural Brasília and the Centro Tradicional de Invenção Cultural. Its blend of pife, coco, mamulengo and regional dance offers a useful reminder that Brasília's cultural identity isn't confined to contemporary pop or major concert halls.</w:t>
      </w:r>
      <w:r/>
    </w:p>
    <w:p>
      <w:pPr>
        <w:pStyle w:val="Heading2"/>
      </w:pPr>
      <w:r>
        <w:t>Festival Elemento puts Ceilândia in the spotlight</w:t>
      </w:r>
      <w:r/>
    </w:p>
    <w:p>
      <w:r/>
      <w:r>
        <w:t>For anyone searching for a long weekend hip-hop festival in Ceilândia, Festival Elemento em Movimento is the clear headline. The eighth edition combines music, sport, art and entrepreneurship across three stages at Praça do Trabalhador on 5 and 6 September.</w:t>
      </w:r>
      <w:r/>
    </w:p>
    <w:p>
      <w:r/>
      <w:r>
        <w:t>The bill includes Emicida, N.I.N.A., Don L, Ebony and KL Jay, alongside a meeting between Câmbio Negro, Thaíde and Zé Brown. Local names such as Puro Suco, Pacificadores, Dandara a Braba, Belladona, DJ Janna and Pratanes also underline the festival's commitment to the Federal District's own scene.</w:t>
      </w:r>
      <w:r/>
    </w:p>
    <w:p>
      <w:r/>
      <w:r>
        <w:t>Event listings from Sympla and Role Entretenimento confirm that admission is free, with tickets collected in advance. Brasil de Fato has also highlighted the festival's focus on peripheral culture and its wider artistic reach. In practical terms, arrive early, wear comfortable shoes and expect a full day rather than a quick visit.</w:t>
      </w:r>
      <w:r/>
    </w:p>
    <w:p>
      <w:pPr>
        <w:pStyle w:val="Heading2"/>
      </w:pPr>
      <w:r>
        <w:t>Opera, dance and comedy offer quieter alternatives</w:t>
      </w:r>
      <w:r/>
    </w:p>
    <w:p>
      <w:r/>
      <w:r>
        <w:t>The weekend's cultural menu isn't all outdoor crowds and heavy beats. A new production of Faust arrives at the Teatro da Caesb in Águas Claras on 6 and 7 September, bringing Goethe's famous pact with the devil to the stage through opera and dramatic performance. Entry is free, though advance collection is required.</w:t>
      </w:r>
      <w:r/>
    </w:p>
    <w:p>
      <w:r/>
      <w:r>
        <w:t>At the Teatro Plínio Marcos, Festival 8 Maratona da Dança runs for eight continuous hours on 5 September. That format makes it a good choice for audiences who like to dip in and out of performances rather than commit to one long show.</w:t>
      </w:r>
      <w:r/>
    </w:p>
    <w:p>
      <w:r/>
      <w:r>
        <w:t>For something lighter, Troca ou Não Troca explores marriage, temptation and modern relationship trouble through satire at Teatro dos Bancários. It's the sort of comedy that may appeal to couples who enjoy laughing at familiar domestic complications, preferably from a safe distance.</w:t>
      </w:r>
      <w:r/>
    </w:p>
    <w:p>
      <w:pPr>
        <w:pStyle w:val="Heading2"/>
      </w:pPr>
      <w:r>
        <w:t>Geek culture and nostalgic music round out the weekend</w:t>
      </w:r>
      <w:r/>
    </w:p>
    <w:p>
      <w:r/>
      <w:r>
        <w:t>House Geek takes over the Parque da Cidade exhibition pavilion from 4 to 6 September with cosplay, games, K-pop, comics and creator appearances. Panels featuring Brazilian dubbing voices, including Wellington Lima and Felipe Grinnan, add a nostalgic thread for fans who grew up recognising voices before faces.</w:t>
      </w:r>
      <w:r/>
    </w:p>
    <w:p>
      <w:r/>
      <w:r>
        <w:t>Music fans have several contrasting options. Maurício Manieri brings the romantic Classics - Tour Inesquecível to Ulysses Centro de Convenções on Saturday night, with piano-led moments, a live band and familiar songs from his catalogue.</w:t>
      </w:r>
      <w:r/>
    </w:p>
    <w:p>
      <w:r/>
      <w:r>
        <w:t>At Clube do Choro, the project Sob o Céu de Brasília marks 110 years since the birth of Dilermando Reis through concerts, research and archival work. The programme is expected to extend beyond the performances with a planned recording, DVD and unpublished sheet-music book, according to Jornal de Brasília.</w:t>
      </w:r>
      <w:r/>
    </w:p>
    <w:p>
      <w:pPr>
        <w:pStyle w:val="Heading2"/>
      </w:pPr>
      <w:r>
        <w:t>How to choose the right event for you</w:t>
      </w:r>
      <w:r/>
    </w:p>
    <w:p>
      <w:r/>
      <w:r>
        <w:t>Families may find ExpoForró or House Geek the simplest choices, thanks to food, daytime programming and activities that can suit different ages. Music devotees can choose between Manieri's polished nostalgia, the roots-focused Bailão no Cerrado and the guitar tradition celebrated at Clube do Choro.</w:t>
      </w:r>
      <w:r/>
    </w:p>
    <w:p>
      <w:r/>
      <w:r>
        <w:t>If you're looking for a socially engaged event, Eixão da Diversidade and Festival Elemento offer the strongest sense of community and public participation. For a more formal evening, Faust provides the most dramatic change of pace.</w:t>
      </w:r>
      <w:r/>
    </w:p>
    <w:p>
      <w:r/>
      <w:r>
        <w:t>Do check ticket requirements even when an event is advertised as free. Sympla registration, opening times and venue rules can change, and popular programmes may fill quickly. Brasília's cultural scene is generous, but it rewards people who plan the basics before setting off.</w:t>
      </w:r>
      <w:r/>
    </w:p>
    <w:p>
      <w:r/>
      <w:r>
        <w:t>A weekend this varied makes the capital feel less like a collection of separate neighbourhoods and more like one enormous stage.</w:t>
      </w:r>
      <w:r/>
    </w:p>
    <w:p>
      <w:r/>
      <w:r>
        <w:t>Explore the programme that best matches your mood, and leave room for an unexpected encore.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13">
        <w:r>
          <w:rPr>
            <w:color w:val="0000EE"/>
            <w:u w:val="single"/>
          </w:rPr>
          <w:t>[6]</w:t>
        </w:r>
      </w:hyperlink>
      <w:r>
        <w:t xml:space="preserve">- Paragraph 5: </w:t>
      </w:r>
      <w:hyperlink r:id="rId14">
        <w:r>
          <w:rPr>
            <w:color w:val="0000EE"/>
            <w:u w:val="single"/>
          </w:rPr>
          <w:t>[7]</w:t>
        </w:r>
      </w:hyperlink>
      <w:r>
        <w:t xml:space="preserve">, </w:t>
      </w:r>
      <w:hyperlink r:id="rId10">
        <w:r>
          <w:rPr>
            <w:color w:val="0000EE"/>
            <w:u w:val="single"/>
          </w:rPr>
          <w:t>[3]</w:t>
        </w:r>
      </w:hyperlink>
      <w:r>
        <w:t xml:space="preserve">- Paragraph 6: </w:t>
      </w:r>
      <w:hyperlink r:id="rId9">
        <w:r>
          <w:rPr>
            <w:color w:val="0000EE"/>
            <w:u w:val="single"/>
          </w:rPr>
          <w:t>[2]</w:t>
        </w:r>
      </w:hyperlink>
      <w:r>
        <w:t xml:space="preserve">, </w:t>
      </w:r>
      <w:hyperlink r:id="rId11">
        <w:r>
          <w:rPr>
            <w:color w:val="0000EE"/>
            <w:u w:val="single"/>
          </w:rPr>
          <w:t>[4]</w:t>
        </w:r>
      </w:hyperlink>
      <w:r>
        <w:t xml:space="preserve">- Paragraph 7: </w:t>
      </w:r>
      <w:hyperlink r:id="rId9">
        <w:r>
          <w:rPr>
            <w:color w:val="0000EE"/>
            <w:u w:val="single"/>
          </w:rPr>
          <w:t>[2]</w:t>
        </w:r>
      </w:hyperlink>
      <w:r>
        <w:t xml:space="preserve">, </w:t>
      </w:r>
      <w:hyperlink r:id="rId12">
        <w:r>
          <w:rPr>
            <w:color w:val="0000EE"/>
            <w:u w:val="single"/>
          </w:rPr>
          <w:t>[5]</w:t>
        </w:r>
      </w:hyperlink>
      <w:r>
        <w:t xml:space="preserve">- Paragraph 8: </w:t>
      </w:r>
      <w:hyperlink r:id="rId9">
        <w:r>
          <w:rPr>
            <w:color w:val="0000EE"/>
            <w:u w:val="single"/>
          </w:rPr>
          <w:t>[2]</w:t>
        </w:r>
      </w:hyperlink>
      <w:r>
        <w:t xml:space="preserve">, </w:t>
      </w:r>
      <w:hyperlink r:id="rId13">
        <w:r>
          <w:rPr>
            <w:color w:val="0000EE"/>
            <w:u w:val="single"/>
          </w:rPr>
          <w:t>[6]</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9">
        <w:r>
          <w:rPr>
            <w:color w:val="0000EE"/>
            <w:u w:val="single"/>
          </w:rPr>
          <w:t>[2]</w:t>
        </w:r>
      </w:hyperlink>
      <w:r>
        <w:t xml:space="preserve">, </w:t>
      </w:r>
      <w:hyperlink r:id="rId11">
        <w:r>
          <w:rPr>
            <w:color w:val="0000EE"/>
            <w:u w:val="single"/>
          </w:rPr>
          <w:t>[4]</w:t>
        </w:r>
      </w:hyperlink>
      <w:r>
        <w:t xml:space="preserve">- Paragraph 11: </w:t>
      </w:r>
      <w:hyperlink r:id="rId9">
        <w:r>
          <w:rPr>
            <w:color w:val="0000EE"/>
            <w:u w:val="single"/>
          </w:rPr>
          <w:t>[2]</w:t>
        </w:r>
      </w:hyperlink>
      <w:r>
        <w:t xml:space="preserve">, </w:t>
      </w:r>
      <w:hyperlink r:id="rId14">
        <w:r>
          <w:rPr>
            <w:color w:val="0000EE"/>
            <w:u w:val="single"/>
          </w:rPr>
          <w:t>[7]</w:t>
        </w:r>
      </w:hyperlink>
      <w:r>
        <w:t xml:space="preserve">- Paragraph 12: </w:t>
      </w:r>
      <w:hyperlink r:id="rId9">
        <w:r>
          <w:rPr>
            <w:color w:val="0000EE"/>
            <w:u w:val="single"/>
          </w:rPr>
          <w:t>[2]</w:t>
        </w:r>
      </w:hyperlink>
      <w:r>
        <w:t xml:space="preserve">, </w:t>
      </w:r>
      <w:hyperlink r:id="rId12">
        <w:r>
          <w:rPr>
            <w:color w:val="0000EE"/>
            <w:u w:val="single"/>
          </w:rPr>
          <w:t>[5]</w:t>
        </w:r>
      </w:hyperlink>
      <w:r>
        <w:t xml:space="preserve">- Paragraph 13: </w:t>
      </w:r>
      <w:hyperlink r:id="rId9">
        <w:r>
          <w:rPr>
            <w:color w:val="0000EE"/>
            <w:u w:val="single"/>
          </w:rPr>
          <w:t>[2]</w:t>
        </w:r>
      </w:hyperlink>
      <w:r>
        <w:t xml:space="preserve">, </w:t>
      </w:r>
      <w:hyperlink r:id="rId11">
        <w:r>
          <w:rPr>
            <w:color w:val="0000EE"/>
            <w:u w:val="single"/>
          </w:rPr>
          <w:t>[4]</w:t>
        </w:r>
      </w:hyperlink>
      <w:r>
        <w:t xml:space="preserve">- Paragraph 14: </w:t>
      </w:r>
      <w:hyperlink r:id="rId9">
        <w:r>
          <w:rPr>
            <w:color w:val="0000EE"/>
            <w:u w:val="single"/>
          </w:rPr>
          <w:t>[2]</w:t>
        </w:r>
      </w:hyperlink>
      <w:r>
        <w:t xml:space="preserve">, </w:t>
      </w:r>
      <w:hyperlink r:id="rId13">
        <w:r>
          <w:rPr>
            <w:color w:val="0000EE"/>
            <w:u w:val="single"/>
          </w:rPr>
          <w:t>[6]</w:t>
        </w:r>
      </w:hyperlink>
      <w:r>
        <w:t xml:space="preserve">- Paragraph 15: </w:t>
      </w:r>
      <w:hyperlink r:id="rId9">
        <w:r>
          <w:rPr>
            <w:color w:val="0000EE"/>
            <w:u w:val="single"/>
          </w:rPr>
          <w:t>[2]</w:t>
        </w:r>
      </w:hyperlink>
      <w:r>
        <w:t xml:space="preserve">, </w:t>
      </w:r>
      <w:hyperlink r:id="rId14">
        <w:r>
          <w:rPr>
            <w:color w:val="0000EE"/>
            <w:u w:val="single"/>
          </w:rPr>
          <w:t>[7]</w:t>
        </w:r>
      </w:hyperlink>
      <w:r>
        <w:t xml:space="preserve">- Paragraph 16: </w:t>
      </w:r>
      <w:hyperlink r:id="rId9">
        <w:r>
          <w:rPr>
            <w:color w:val="0000EE"/>
            <w:u w:val="single"/>
          </w:rPr>
          <w:t>[2]</w:t>
        </w:r>
      </w:hyperlink>
      <w:r>
        <w:t xml:space="preserve">, </w:t>
      </w:r>
      <w:hyperlink r:id="rId10">
        <w:r>
          <w:rPr>
            <w:color w:val="0000EE"/>
            <w:u w:val="single"/>
          </w:rPr>
          <w:t>[3]</w:t>
        </w:r>
      </w:hyperlink>
      <w:r>
        <w:t xml:space="preserve">- Paragraph 17: </w:t>
      </w:r>
      <w:hyperlink r:id="rId9">
        <w:r>
          <w:rPr>
            <w:color w:val="0000EE"/>
            <w:u w:val="single"/>
          </w:rPr>
          <w:t>[2]</w:t>
        </w:r>
      </w:hyperlink>
      <w:r>
        <w:t xml:space="preserve">, </w:t>
      </w:r>
      <w:hyperlink r:id="rId11">
        <w:r>
          <w:rPr>
            <w:color w:val="0000EE"/>
            <w:u w:val="single"/>
          </w:rPr>
          <w:t>[4]</w:t>
        </w:r>
      </w:hyperlink>
      <w:r>
        <w:t xml:space="preserve">- Paragraph 18: </w:t>
      </w:r>
      <w:hyperlink r:id="rId9">
        <w:r>
          <w:rPr>
            <w:color w:val="0000EE"/>
            <w:u w:val="single"/>
          </w:rPr>
          <w:t>[2]</w:t>
        </w:r>
      </w:hyperlink>
      <w:r>
        <w:t xml:space="preserve">, </w:t>
      </w:r>
      <w:hyperlink r:id="rId12">
        <w:r>
          <w:rPr>
            <w:color w:val="0000EE"/>
            <w:u w:val="single"/>
          </w:rPr>
          <w:t>[5]</w:t>
        </w:r>
      </w:hyperlink>
      <w:r>
        <w:t xml:space="preserve">- Paragraph 19: </w:t>
      </w:r>
      <w:hyperlink r:id="rId9">
        <w:r>
          <w:rPr>
            <w:color w:val="0000EE"/>
            <w:u w:val="single"/>
          </w:rPr>
          <w:t>[2]</w:t>
        </w:r>
      </w:hyperlink>
      <w:r>
        <w:t xml:space="preserve">, </w:t>
      </w:r>
      <w:hyperlink r:id="rId13">
        <w:r>
          <w:rPr>
            <w:color w:val="0000EE"/>
            <w:u w:val="single"/>
          </w:rPr>
          <w:t>[6]</w:t>
        </w:r>
      </w:hyperlink>
      <w:r>
        <w:t xml:space="preserve">- Paragraph 20: </w:t>
      </w:r>
      <w:hyperlink r:id="rId9">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https://jornaldebrasilia.com.br/viva/agenda-brasilia/eixao-da-diversidade-opera-faust-e-festivais-culturais-animam-o-final-de-semana/</w:t>
        </w:r>
      </w:hyperlink>
      <w:r>
        <w:t xml:space="preserve"> - Please view link - unable to able to access data</w:t>
      </w:r>
      <w:r/>
    </w:p>
    <w:p>
      <w:pPr>
        <w:pStyle w:val="ListNumber"/>
        <w:spacing w:line="240" w:lineRule="auto"/>
        <w:ind w:left="720"/>
      </w:pPr>
      <w:r/>
      <w:hyperlink r:id="rId9">
        <w:r>
          <w:rPr>
            <w:color w:val="0000EE"/>
            <w:u w:val="single"/>
          </w:rPr>
          <w:t>https://jornaldebrasilia.com.br/viva/agenda-brasilia/eixao-da-diversidade-opera-faust-e-festivais-culturais-animam-o-final-de-semana/</w:t>
        </w:r>
      </w:hyperlink>
      <w:r>
        <w:t xml:space="preserve"> - A agenda cultural deste fim de semana em Brasília oferece uma variedade de eventos vibrantes. O Eixão da Diversidade na Asa Norte celebra a comunidade LGBTQIAPN+ com apresentações musicais e performances artísticas. Em Ceilândia, a 8ª edição do Festival Elemento em Movimento destaca a cultura periférica com shows de artistas como Emicida e Don L. No Núcleo Bandeirante, a ExpoForró 2026 traz música e gastronomia nordestina. O Teatro dos Bancários apresenta a comédia 'Troca ou Não Troca', enquanto o Pavilhão do Parque da Cidade recebe o House Geek, reunindo fãs de cultura pop e digital. O Teatro Plínio Marcos sedia o Festival 8 Maratona da Dança, e o Clube do Choro homenageia Dilermando Reis com o projeto 'Sob o Céu de Brasília'. O Ulysses Centro de Convenções recebe Maurício Manieri, e a Caixa Cultural promove o Festival Bailão no Cerrado. O espetáculo 'Qualidade Etária' celebra os 76 anos de Carlos Jansen com apresentações musicais e literárias.</w:t>
      </w:r>
      <w:r/>
    </w:p>
    <w:p>
      <w:pPr>
        <w:pStyle w:val="ListNumber"/>
        <w:spacing w:line="240" w:lineRule="auto"/>
        <w:ind w:left="720"/>
      </w:pPr>
      <w:r/>
      <w:hyperlink r:id="rId10">
        <w:r>
          <w:rPr>
            <w:color w:val="0000EE"/>
            <w:u w:val="single"/>
          </w:rPr>
          <w:t>https://roleentretenimento.com/agenda/festival-elemento-em-movimento-2026</w:t>
        </w:r>
      </w:hyperlink>
      <w:r>
        <w:t xml:space="preserve"> - O Festival Elemento em Movimento 2026 ocorrerá nos dias 5 e 6 de setembro, das 15h às 23h, na Praça do Trabalhador em Brasília. Organizado pelo programa Jovem de Expressão, o evento é gratuito e transforma Ceilândia em um grande palco da cultura preta e periférica. A programação inclui shows de artistas locais e nacionais, além de atividades culturais e esportivas, celebrando a cultura das periferias.</w:t>
      </w:r>
      <w:r/>
    </w:p>
    <w:p>
      <w:pPr>
        <w:pStyle w:val="ListNumber"/>
        <w:spacing w:line="240" w:lineRule="auto"/>
        <w:ind w:left="720"/>
      </w:pPr>
      <w:r/>
      <w:hyperlink r:id="rId11">
        <w:r>
          <w:rPr>
            <w:color w:val="0000EE"/>
            <w:u w:val="single"/>
          </w:rPr>
          <w:t>https://www.sympla.com.br/evento/festival-elemento-em-movimento-2026/3505227</w:t>
        </w:r>
      </w:hyperlink>
      <w:r>
        <w:t xml:space="preserve"> - A 8ª edição do Festival Elemento em Movimento acontecerá nos dias 5 e 6 de setembro, das 15h às 23h45, na Praça do Trabalhador em Ceilândia, Brasília. O evento é gratuito e reúne artistas locais e nacionais em uma celebração da cultura das periferias. A programação inclui shows, palestras e atividades culturais, promovendo a cultura preta e periférica no Distrito Federal.</w:t>
      </w:r>
      <w:r/>
    </w:p>
    <w:p>
      <w:pPr>
        <w:pStyle w:val="ListNumber"/>
        <w:spacing w:line="240" w:lineRule="auto"/>
        <w:ind w:left="720"/>
      </w:pPr>
      <w:r/>
      <w:hyperlink r:id="rId12">
        <w:r>
          <w:rPr>
            <w:color w:val="0000EE"/>
            <w:u w:val="single"/>
          </w:rPr>
          <w:t>https://brasilia.deboa.com/brasilia/festa-show/festas-shows-em-brasilia/festival-elemento-em-movimento-em-brasilia/</w:t>
        </w:r>
      </w:hyperlink>
      <w:r>
        <w:t xml:space="preserve"> - O Festival Elemento em Movimento 2026 ocorrerá de 2 a 6 de setembro, com shows nos dias 5 e 6, na Praça do Trabalhador em Ceilândia, Brasília. O evento celebra a cultura periférica e negra, reunindo artistas locais e nacionais. A programação inclui apresentações musicais, palestras, rodas de conversa e atividades esportivas, promovendo a cultura das periferias no Distrito Federal.</w:t>
      </w:r>
      <w:r/>
    </w:p>
    <w:p>
      <w:pPr>
        <w:pStyle w:val="ListNumber"/>
        <w:spacing w:line="240" w:lineRule="auto"/>
        <w:ind w:left="720"/>
      </w:pPr>
      <w:r/>
      <w:hyperlink r:id="rId13">
        <w:r>
          <w:rPr>
            <w:color w:val="0000EE"/>
            <w:u w:val="single"/>
          </w:rPr>
          <w:t>https://elementomove.com.br/o-festival/</w:t>
        </w:r>
      </w:hyperlink>
      <w:r>
        <w:t xml:space="preserve"> - O Festival Elemento em Movimento 2026 acontecerá nos dias 5 e 6 de setembro, com shows gratuitos na Praça do Trabalhador em Ceilândia, Brasília. Organizado pelo programa Jovem de Expressão, o evento transforma Ceilândia em um grande palco da cultura preta e periférica. A programação inclui apresentações culturais, feira de arte autoral, tenda de apresentações culturais e praça de esportes, celebrando a cultura das periferias.</w:t>
      </w:r>
      <w:r/>
    </w:p>
    <w:p>
      <w:pPr>
        <w:pStyle w:val="ListNumber"/>
        <w:spacing w:line="240" w:lineRule="auto"/>
        <w:ind w:left="720"/>
      </w:pPr>
      <w:r/>
      <w:hyperlink r:id="rId14">
        <w:r>
          <w:rPr>
            <w:color w:val="0000EE"/>
            <w:u w:val="single"/>
          </w:rPr>
          <w:t>https://www.brasildefato.com.br/2026/08/24/festival-elemento-em-movimento-reune-cultura-periferica-e-artistas-internacionais-no-df/</w:t>
        </w:r>
      </w:hyperlink>
      <w:r>
        <w:t xml:space="preserve"> - A 8ª edição do Festival Elemento em Movimento ocorrerá em Ceilândia, Distrito Federal, entre 2 e 6 de setembro. O evento gratuito celebra a cultura negra e periférica, reunindo mais de 30 atrações musicais, espaços de esportes e rodas de conversa para produtores culturais. A programação inclui shows de artistas como Emicida, N.I.N.A., Don L, Ebony e KL Jay, além de debates e atividades esportivas.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jornaldebrasilia.com.br/viva/agenda-brasilia/eixao-da-diversidade-opera-faust-e-festivais-culturais-animam-o-final-de-semana/" TargetMode="External"/><Relationship Id="rId10" Type="http://schemas.openxmlformats.org/officeDocument/2006/relationships/hyperlink" Target="https://roleentretenimento.com/agenda/festival-elemento-em-movimento-2026" TargetMode="External"/><Relationship Id="rId11" Type="http://schemas.openxmlformats.org/officeDocument/2006/relationships/hyperlink" Target="https://www.sympla.com.br/evento/festival-elemento-em-movimento-2026/3505227" TargetMode="External"/><Relationship Id="rId12" Type="http://schemas.openxmlformats.org/officeDocument/2006/relationships/hyperlink" Target="https://brasilia.deboa.com/brasilia/festa-show/festas-shows-em-brasilia/festival-elemento-em-movimento-em-brasilia/" TargetMode="External"/><Relationship Id="rId13" Type="http://schemas.openxmlformats.org/officeDocument/2006/relationships/hyperlink" Target="https://elementomove.com.br/o-festival/" TargetMode="External"/><Relationship Id="rId14" Type="http://schemas.openxmlformats.org/officeDocument/2006/relationships/hyperlink" Target="https://www.brasildefato.com.br/2026/08/24/festival-elemento-em-movimento-reune-cultura-periferica-e-artistas-internacionais-no-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