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Big Queer Weekend events in Austin for LGBTQ+ culture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Austin is getting a lively new LGBTQ+ festival this September, bringing queer film, music, drag, art and networking together across four days. The Big Queer Weekend gives locals and visitors plenty to explore, while putting Austin's creative community firmly centre stage.</w:t>
      </w:r>
      <w:r/>
    </w:p>
    <w:p>
      <w:pPr>
        <w:pStyle w:val="Heading2"/>
      </w:pPr>
      <w:r>
        <w:t>Essential Takeaways</w:t>
      </w:r>
      <w:r/>
      <w:r/>
    </w:p>
    <w:p>
      <w:pPr>
        <w:pStyle w:val="ListBullet"/>
        <w:spacing w:line="240" w:lineRule="auto"/>
        <w:ind w:left="720"/>
      </w:pPr>
      <w:r/>
      <w:r>
        <w:rPr>
          <w:b/>
        </w:rPr>
        <w:t>Four days of culture:</w:t>
      </w:r>
      <w:r>
        <w:t xml:space="preserve"> The festival runs from 24 to 27 September across Austin venues.</w:t>
      </w:r>
      <w:r/>
    </w:p>
    <w:p>
      <w:pPr>
        <w:pStyle w:val="ListBullet"/>
        <w:spacing w:line="240" w:lineRule="auto"/>
        <w:ind w:left="720"/>
      </w:pPr>
      <w:r/>
      <w:r>
        <w:rPr>
          <w:b/>
        </w:rPr>
        <w:t>Film at the forefront:</w:t>
      </w:r>
      <w:r>
        <w:t xml:space="preserve"> Screenings include documentaries, features and a coming-of-age short at Galaxy Theatres Austin.</w:t>
      </w:r>
      <w:r/>
    </w:p>
    <w:p>
      <w:pPr>
        <w:pStyle w:val="ListBullet"/>
        <w:spacing w:line="240" w:lineRule="auto"/>
        <w:ind w:left="720"/>
      </w:pPr>
      <w:r/>
      <w:r>
        <w:rPr>
          <w:b/>
        </w:rPr>
        <w:t>Music meets drag:</w:t>
      </w:r>
      <w:r>
        <w:t xml:space="preserve"> The Pride In Local Music Showcase pairs live sets with performance and visual art.</w:t>
      </w:r>
      <w:r/>
    </w:p>
    <w:p>
      <w:pPr>
        <w:pStyle w:val="ListBullet"/>
        <w:spacing w:line="240" w:lineRule="auto"/>
        <w:ind w:left="720"/>
      </w:pPr>
      <w:r/>
      <w:r>
        <w:rPr>
          <w:b/>
        </w:rPr>
        <w:t>A creative finale:</w:t>
      </w:r>
      <w:r>
        <w:t xml:space="preserve"> Sunday's brunch offers networking, breakfast tacos and pool access for a suggested donation.</w:t>
      </w:r>
      <w:r/>
      <w:r/>
    </w:p>
    <w:p>
      <w:pPr>
        <w:pStyle w:val="Heading2"/>
      </w:pPr>
      <w:r>
        <w:t>Austin's queer calendar gets a major new weekend</w:t>
      </w:r>
      <w:r/>
    </w:p>
    <w:p>
      <w:r/>
      <w:r>
        <w:t>Austin's cultural calendar is about to become even more colourful. The Big Queer Weekend brings together the All Genders, Lifestyles and Identities Film Festival, the Austin LGBT Chamber of Commerce and SXSW for a city-wide celebration of LGBTQ+ creativity.</w:t>
      </w:r>
      <w:r/>
    </w:p>
    <w:p>
      <w:r/>
      <w:r>
        <w:t>The format is deliberately broad. Rather than focusing on one discipline, the programme moves between cinema, music, drag, art, parties and conversation, giving visitors the freedom to build a weekend around their own interests. The Austin Chronicle describes it as four days of queer film, music and art, which is a neat summary of its generous scope.</w:t>
      </w:r>
      <w:r/>
    </w:p>
    <w:p>
      <w:r/>
      <w:r>
        <w:t>That variety matters in a city already known for live performance and independent creativity. It also gives smaller local voices a platform alongside better-known festival names, making the weekend feel less like a single showcase and more like a meeting point for Austin's queer community.</w:t>
      </w:r>
      <w:r/>
    </w:p>
    <w:p>
      <w:pPr>
        <w:pStyle w:val="Heading2"/>
      </w:pPr>
      <w:r>
        <w:t>Queer film brings stars, stories and plenty of camp</w:t>
      </w:r>
      <w:r/>
    </w:p>
    <w:p>
      <w:r/>
      <w:r>
        <w:t>Cinema sits at the heart of the programme, with films presented by aGLIFF and SXSW Film screening at Galaxy Theatres Austin. The line-up ranges from documentaries and social stories to a flamboyant comedy sequel, so audiences can expect a mixture of thoughtful viewing and unapologetic fun.</w:t>
      </w:r>
      <w:r/>
    </w:p>
    <w:p>
      <w:r/>
      <w:r>
        <w:t>Among the announced titles are Lady Champagne, featuring Peaches Christ, Jackie Beat, Alaska and Varla Jean Merman, alongside documentaries including The Best Little Tiny Park in Texas, The Dads, Give Me the Ball, Out Laws, Assembly and Wicket. The coming-of-age short Aiden &amp; Dean Don't Fall in Love adds a more intimate note to the selection.</w:t>
      </w:r>
      <w:r/>
    </w:p>
    <w:p>
      <w:r/>
      <w:r>
        <w:t>For filmgoers, the practical appeal is simple: one venue makes it easier to plan screenings without trekking across the city between every title. It also creates the sort of shared, buzzy atmosphere that makes festival cinema more memorable than watching a film alone at home.</w:t>
      </w:r>
      <w:r/>
    </w:p>
    <w:p>
      <w:pPr>
        <w:pStyle w:val="Heading2"/>
      </w:pPr>
      <w:r>
        <w:t>A free music showcase turns up the volume</w:t>
      </w:r>
      <w:r/>
    </w:p>
    <w:p>
      <w:r/>
      <w:r>
        <w:t>The Pride In Local Music Showcase brings queer musicians, drag and art together at Drinks Backyard. Hosted by Maxine LaQueene, the event features Maru Haru, Painterly and headliner Melissa Carper, with DJ Gabriel "Bboy Wicket" Jaochico adding a dance-ready finish.</w:t>
      </w:r>
      <w:r/>
    </w:p>
    <w:p>
      <w:r/>
      <w:r>
        <w:t>The showcase is free to the public, which makes it one of the weekend's easiest entry points. According to the Austin LGBT Chamber of Commerce, the event is designed to spotlight local talent while connecting Austin's LGBTQ+ business and creative communities.</w:t>
      </w:r>
      <w:r/>
    </w:p>
    <w:p>
      <w:r/>
      <w:r>
        <w:t>There's a pleasing sense of crossover here. A music night becomes a drag event, an art gathering and a social occasion at once, rather than keeping each scene in its own tidy box. If you're choosing just one casual stop, this could be the most effortless way to sample the festival's energy.</w:t>
      </w:r>
      <w:r/>
    </w:p>
    <w:p>
      <w:pPr>
        <w:pStyle w:val="Heading2"/>
      </w:pPr>
      <w:r>
        <w:t>The final brunch is built for connections</w:t>
      </w:r>
      <w:r/>
    </w:p>
    <w:p>
      <w:r/>
      <w:r>
        <w:t>The weekend concludes with a networking brunch at Hotel Indigo in Downtown Austin, aimed at filmmakers, musicians, artists and other creatives. Entry is suggested at $10 and includes a breakfast taco buffet, while cocktails are available to buy.</w:t>
      </w:r>
      <w:r/>
    </w:p>
    <w:p>
      <w:r/>
      <w:r>
        <w:t>A guest pass for the hotel pool adds an unexpectedly relaxed touch. After several days of screenings, late-night events and performances, a slow brunch by the water sounds like a very Austin way to bring things to a close.</w:t>
      </w:r>
      <w:r/>
    </w:p>
    <w:p>
      <w:r/>
      <w:r>
        <w:t>It also gives the festival a useful purpose beyond entertainment. The Austin LGBT Chamber of Commerce's involvement places professional connections alongside the social programme, helping local creatives meet potential collaborators, supporters and audiences in a less formal setting.</w:t>
      </w:r>
      <w:r/>
    </w:p>
    <w:p>
      <w:pPr>
        <w:pStyle w:val="Heading2"/>
      </w:pPr>
      <w:r>
        <w:t>How to make the most of Big Queer Weekend</w:t>
      </w:r>
      <w:r/>
    </w:p>
    <w:p>
      <w:r/>
      <w:r>
        <w:t>Start with the film schedule, especially if there are particular documentaries or Q&amp;As you don't want to miss. Then leave room around those bookings for the music showcase, marketplace, parties and after-parties, because the best festival moments often happen between the headline events.</w:t>
      </w:r>
      <w:r/>
    </w:p>
    <w:p>
      <w:r/>
      <w:r>
        <w:t>Check the official aGLIFF, Austin LGBT Chamber and SXSW listings before travelling, as venue details, timings and access arrangements can change. A central plan also helps: Austin's venues are spread out, so allowing extra time between Galaxy Theatres, Drinks Backyard and Hotel Indigo will save a rushed dash across town.</w:t>
      </w:r>
      <w:r/>
    </w:p>
    <w:p>
      <w:r/>
      <w:r>
        <w:t>Most importantly, treat the weekend as a chance to discover rather than simply tick off events. The programme's real strength is its mix of established festival machinery and local personality. As Austin's queer arts scene continues to grow, that combination feels worth celebrating.</w:t>
      </w:r>
      <w:r/>
    </w:p>
    <w:p>
      <w:r/>
      <w:r>
        <w:t>A weekend this varied proves queer culture in Austin isn't one scene, but many vibrant ones sharing the same city.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2">
        <w:r>
          <w:rPr>
            <w:color w:val="0000EE"/>
            <w:u w:val="single"/>
          </w:rPr>
          <w:t>[4]</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4">
        <w:r>
          <w:rPr>
            <w:color w:val="0000EE"/>
            <w:u w:val="single"/>
          </w:rPr>
          <w:t>[6]</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2">
        <w:r>
          <w:rPr>
            <w:color w:val="0000EE"/>
            <w:u w:val="single"/>
          </w:rPr>
          <w:t>[4]</w:t>
        </w:r>
      </w:hyperlink>
      <w:r>
        <w:t xml:space="preserve">, </w:t>
      </w:r>
      <w:hyperlink r:id="rId14">
        <w:r>
          <w:rPr>
            <w:color w:val="0000EE"/>
            <w:u w:val="single"/>
          </w:rPr>
          <w:t>[6]</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1">
        <w:r>
          <w:rPr>
            <w:color w:val="0000EE"/>
            <w:u w:val="single"/>
          </w:rPr>
          <w:t>[3]</w:t>
        </w:r>
      </w:hyperlink>
      <w:r>
        <w:t xml:space="preserve">, </w:t>
      </w:r>
      <w:hyperlink r:id="rId14">
        <w:r>
          <w:rPr>
            <w:color w:val="0000EE"/>
            <w:u w:val="single"/>
          </w:rPr>
          <w:t>[6]</w:t>
        </w:r>
      </w:hyperlink>
      <w:r>
        <w:t xml:space="preserve">- Paragraph 15: </w:t>
      </w:r>
      <w:hyperlink r:id="rId10">
        <w:r>
          <w:rPr>
            <w:color w:val="0000EE"/>
            <w:u w:val="single"/>
          </w:rPr>
          <w:t>[2]</w:t>
        </w:r>
      </w:hyperlink>
      <w:r>
        <w:t xml:space="preserve">, </w:t>
      </w:r>
      <w:hyperlink r:id="rId12">
        <w:r>
          <w:rPr>
            <w:color w:val="0000EE"/>
            <w:u w:val="single"/>
          </w:rPr>
          <w:t>[4]</w:t>
        </w:r>
      </w:hyperlink>
      <w:r>
        <w:t xml:space="preserve">- Paragraph 16: </w:t>
      </w:r>
      <w:hyperlink r:id="rId11">
        <w:r>
          <w:rPr>
            <w:color w:val="0000EE"/>
            <w:u w:val="single"/>
          </w:rPr>
          <w:t>[3]</w:t>
        </w:r>
      </w:hyperlink>
      <w:r>
        <w:t xml:space="preserve">, </w:t>
      </w:r>
      <w:hyperlink r:id="rId12">
        <w:r>
          <w:rPr>
            <w:color w:val="0000EE"/>
            <w:u w:val="single"/>
          </w:rPr>
          <w:t>[4]</w:t>
        </w:r>
      </w:hyperlink>
      <w:r>
        <w:t xml:space="preserve">- Paragraph 17: </w:t>
      </w:r>
      <w:hyperlink r:id="rId10">
        <w:r>
          <w:rPr>
            <w:color w:val="0000EE"/>
            <w:u w:val="single"/>
          </w:rPr>
          <w:t>[2]</w:t>
        </w:r>
      </w:hyperlink>
      <w:r>
        <w:t xml:space="preserve">, </w:t>
      </w:r>
      <w:hyperlink r:id="rId13">
        <w:r>
          <w:rPr>
            <w:color w:val="0000EE"/>
            <w:u w:val="single"/>
          </w:rPr>
          <w:t>[5]</w:t>
        </w:r>
      </w:hyperlink>
      <w:r>
        <w:t xml:space="preserve">- Paragraph 18: </w:t>
      </w:r>
      <w:hyperlink r:id="rId11">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https://meaws.com/news/keep-austin-queer/105152</w:t>
        </w:r>
      </w:hyperlink>
      <w:r>
        <w:t xml:space="preserve"> - Please view link - unable to able to access data</w:t>
      </w:r>
      <w:r/>
    </w:p>
    <w:p>
      <w:pPr>
        <w:pStyle w:val="ListNumber"/>
        <w:spacing w:line="240" w:lineRule="auto"/>
        <w:ind w:left="720"/>
      </w:pPr>
      <w:r/>
      <w:hyperlink r:id="rId10">
        <w:r>
          <w:rPr>
            <w:color w:val="0000EE"/>
            <w:u w:val="single"/>
          </w:rPr>
          <w:t>https://www.agliff.org/</w:t>
        </w:r>
      </w:hyperlink>
      <w:r>
        <w:t xml:space="preserve"> - aGLIFF, Austin's LGBTQ+ Film Festival, is hosting The Big Queer Weekend from September 24–27, 2026. This four-day event celebrates queer film, music, art, and community across Austin. Attendees can expect award-winning independent films, visiting filmmakers, live conversations, queer music, drag performances, local artists, parties, brunch, and opportunities to connect with Austin's LGBTQ+ creative community. The festival aims to showcase the extraordinary depth of Austin's LGBTQ+ creative community. More information is available on their official website.</w:t>
      </w:r>
      <w:r/>
    </w:p>
    <w:p>
      <w:pPr>
        <w:pStyle w:val="ListNumber"/>
        <w:spacing w:line="240" w:lineRule="auto"/>
        <w:ind w:left="720"/>
      </w:pPr>
      <w:r/>
      <w:hyperlink r:id="rId11">
        <w:r>
          <w:rPr>
            <w:color w:val="0000EE"/>
            <w:u w:val="single"/>
          </w:rPr>
          <w:t>https://austinlgbtchamber.com/the-big-queer-weekend/?amp=1</w:t>
        </w:r>
      </w:hyperlink>
      <w:r>
        <w:t xml:space="preserve"> - The Austin LGBT Chamber of Commerce and aGLIFF have announced The Big Queer Weekend, a four-day celebration of queer creativity in Austin from September 24–27, 2026. The event will feature six acclaimed feature films from around the world, filmmaker conversations, live music, drag performances, a Queer Artist &amp; Artisan Marketplace, community discussions, and networking events. The festival aims to transform Austin into a destination for LGBTQ+ film, music, visual arts, and community. More details are available on the Austin LGBT Chamber's website.</w:t>
      </w:r>
      <w:r/>
    </w:p>
    <w:p>
      <w:pPr>
        <w:pStyle w:val="ListNumber"/>
        <w:spacing w:line="240" w:lineRule="auto"/>
        <w:ind w:left="720"/>
      </w:pPr>
      <w:r/>
      <w:hyperlink r:id="rId12">
        <w:r>
          <w:rPr>
            <w:color w:val="0000EE"/>
            <w:u w:val="single"/>
          </w:rPr>
          <w:t>https://calendar.austinchronicle.com/event/the-big-queer-weekend-4-days-of-queer-film-music-and-art-14288705</w:t>
        </w:r>
      </w:hyperlink>
      <w:r>
        <w:t xml:space="preserve"> - The Austin Chronicle has highlighted The Big Queer Weekend, a four-day event from September 24–27, 2026, celebrating queer film, music, art, and community across Austin. Presented by aGLIFF and the Austin LGBT Chamber of Commerce, the festival includes award-winning independent films, visiting filmmakers, live conversations, queer music, drag performances, local artists, parties, brunch, and opportunities to connect with Austin's LGBTQ+ creative community. The event aims to showcase the extraordinary depth of Austin's LGBTQ+ creative community. More information is available on the Austin Chronicle's website.</w:t>
      </w:r>
      <w:r/>
    </w:p>
    <w:p>
      <w:pPr>
        <w:pStyle w:val="ListNumber"/>
        <w:spacing w:line="240" w:lineRule="auto"/>
        <w:ind w:left="720"/>
      </w:pPr>
      <w:r/>
      <w:hyperlink r:id="rId13">
        <w:r>
          <w:rPr>
            <w:color w:val="0000EE"/>
            <w:u w:val="single"/>
          </w:rPr>
          <w:t>https://sxsw.com/news/2023/explore-lgbtq-programming-at-sxsw-2023/</w:t>
        </w:r>
      </w:hyperlink>
      <w:r>
        <w:t xml:space="preserve"> - SXSW 2023 featured a lineup abundant with LGBTQ+ programming, aiming to uplift queer creative voices and advance awareness of critical issues facing the community. The event included various sessions across multiple programming tracks, offering insights into important issues within the LGBTQ+ community. These sessions provided queer and allied creative community leaders an opportunity to educate and support each other, bring difficult conversations to the forefront, and discuss the future of the LGBTQ+ community. More details are available on SXSW's official website.</w:t>
      </w:r>
      <w:r/>
    </w:p>
    <w:p>
      <w:pPr>
        <w:pStyle w:val="ListNumber"/>
        <w:spacing w:line="240" w:lineRule="auto"/>
        <w:ind w:left="720"/>
      </w:pPr>
      <w:r/>
      <w:hyperlink r:id="rId14">
        <w:r>
          <w:rPr>
            <w:color w:val="0000EE"/>
            <w:u w:val="single"/>
          </w:rPr>
          <w:t>https://austinlgbtchamber.com/lgbtq-programming-at-sxsw-2023/</w:t>
        </w:r>
      </w:hyperlink>
      <w:r>
        <w:t xml:space="preserve"> - The Austin LGBT Chamber of Commerce highlighted LGBTQ+ programming at SXSW 2023, including the 10th Annual Big Queer Kickoff Party. This event, produced by the Austin LGBT Chamber of Commerce, celebrated the start of SXSW in a queer fashion at Rain on March 10. The party featured special surprises and aimed to bring together the queer community to celebrate Austin's queer culture during SXSW. More information is available on the Austin LGBT Chamber's website.</w:t>
      </w:r>
      <w:r/>
    </w:p>
    <w:p>
      <w:pPr>
        <w:pStyle w:val="ListNumber"/>
        <w:spacing w:line="240" w:lineRule="auto"/>
        <w:ind w:left="720"/>
      </w:pPr>
      <w:r/>
      <w:hyperlink r:id="rId15">
        <w:r>
          <w:rPr>
            <w:color w:val="0000EE"/>
            <w:u w:val="single"/>
          </w:rPr>
          <w:t>https://www.austinchronicle.com/columns/qmmunity-top-five-scene-shakers-12945128/</w:t>
        </w:r>
      </w:hyperlink>
      <w:r>
        <w:t xml:space="preserve"> - The Austin Chronicle's Qmmunity column highlighted five major queer scene shake-ups in 2023. These included significant changes in Austin's queer community, such as the relocation of The Little Gay Shop to a larger Eastside location, the move of Top Drawer Thrift to a new address, and the relocation of Package Menswear Austin to South First. The column also discussed legislative challenges, including the passing of Senate Bill 14, which banned gender-affirming care for minors. More details are available on the Austin Chronicle's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keep-austin-queer/105152" TargetMode="External"/><Relationship Id="rId10" Type="http://schemas.openxmlformats.org/officeDocument/2006/relationships/hyperlink" Target="https://www.agliff.org/" TargetMode="External"/><Relationship Id="rId11" Type="http://schemas.openxmlformats.org/officeDocument/2006/relationships/hyperlink" Target="https://austinlgbtchamber.com/the-big-queer-weekend/?amp=1" TargetMode="External"/><Relationship Id="rId12" Type="http://schemas.openxmlformats.org/officeDocument/2006/relationships/hyperlink" Target="https://calendar.austinchronicle.com/event/the-big-queer-weekend-4-days-of-queer-film-music-and-art-14288705" TargetMode="External"/><Relationship Id="rId13" Type="http://schemas.openxmlformats.org/officeDocument/2006/relationships/hyperlink" Target="https://sxsw.com/news/2023/explore-lgbtq-programming-at-sxsw-2023/" TargetMode="External"/><Relationship Id="rId14" Type="http://schemas.openxmlformats.org/officeDocument/2006/relationships/hyperlink" Target="https://austinlgbtchamber.com/lgbtq-programming-at-sxsw-2023/" TargetMode="External"/><Relationship Id="rId15" Type="http://schemas.openxmlformats.org/officeDocument/2006/relationships/hyperlink" Target="https://www.austinchronicle.com/columns/qmmunity-top-five-scene-shakers-1294512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