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Beartooth’s Caleb Shomo Shares Coming-Out Backlash and Recovery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Beartooth frontman Caleb Shomo has spoken about the homophobic backlash that followed his public coming out, describing a painful period of emotional exhaustion and online withdrawal. His candid account offers a sobering look at the pressure LGBTQ+ artists can face, while also pointing towards new music, support and taking recovery one small step at a time.</w:t>
      </w:r>
      <w:r/>
    </w:p>
    <w:p>
      <w:pPr>
        <w:pStyle w:val="Heading2"/>
      </w:pPr>
      <w:r>
        <w:t>Essential Takeaways</w:t>
      </w:r>
      <w:r/>
      <w:r/>
    </w:p>
    <w:p>
      <w:pPr>
        <w:pStyle w:val="ListBullet"/>
        <w:spacing w:line="240" w:lineRule="auto"/>
        <w:ind w:left="720"/>
      </w:pPr>
      <w:r/>
      <w:r>
        <w:rPr>
          <w:b/>
        </w:rPr>
        <w:t>Public coming out:</w:t>
      </w:r>
      <w:r>
        <w:t xml:space="preserve"> Shomo identified himself as a proudly gay man in May 2026, after telling friends and family privately the previous September.</w:t>
      </w:r>
      <w:r/>
    </w:p>
    <w:p>
      <w:pPr>
        <w:pStyle w:val="ListBullet"/>
        <w:spacing w:line="240" w:lineRule="auto"/>
        <w:ind w:left="720"/>
      </w:pPr>
      <w:r/>
      <w:r>
        <w:rPr>
          <w:b/>
        </w:rPr>
        <w:t>Backlash followed quickly:</w:t>
      </w:r>
      <w:r>
        <w:t xml:space="preserve"> He said hostile reactions left him emotionally overwhelmed and struggling to perform.</w:t>
      </w:r>
      <w:r/>
    </w:p>
    <w:p>
      <w:pPr>
        <w:pStyle w:val="ListBullet"/>
        <w:spacing w:line="240" w:lineRule="auto"/>
        <w:ind w:left="720"/>
      </w:pPr>
      <w:r/>
      <w:r>
        <w:rPr>
          <w:b/>
        </w:rPr>
        <w:t>A break from the internet:</w:t>
      </w:r>
      <w:r>
        <w:t xml:space="preserve"> The Beartooth singer temporarily stepped away from online spaces to protect his wellbeing.</w:t>
      </w:r>
      <w:r/>
    </w:p>
    <w:p>
      <w:pPr>
        <w:pStyle w:val="ListBullet"/>
        <w:spacing w:line="240" w:lineRule="auto"/>
        <w:ind w:left="720"/>
      </w:pPr>
      <w:r/>
      <w:r>
        <w:rPr>
          <w:b/>
        </w:rPr>
        <w:t>New music is coming:</w:t>
      </w:r>
      <w:r>
        <w:t xml:space="preserve"> Shomo plans to channel the experience into a forthcoming record.</w:t>
      </w:r>
      <w:r/>
    </w:p>
    <w:p>
      <w:pPr>
        <w:pStyle w:val="ListBullet"/>
        <w:spacing w:line="240" w:lineRule="auto"/>
        <w:ind w:left="720"/>
      </w:pPr>
      <w:r/>
      <w:r>
        <w:rPr>
          <w:b/>
        </w:rPr>
        <w:t>Support is available:</w:t>
      </w:r>
      <w:r>
        <w:t xml:space="preserve"> The Trevor Project offers help by phone at 1-866-488-7386 and by text on 678-678.</w:t>
      </w:r>
      <w:r/>
      <w:r/>
    </w:p>
    <w:p>
      <w:pPr>
        <w:pStyle w:val="Heading2"/>
      </w:pPr>
      <w:r>
        <w:t>Caleb Shomo says the backlash took a heavy emotional toll</w:t>
      </w:r>
      <w:r/>
    </w:p>
    <w:p>
      <w:r/>
      <w:r>
        <w:t xml:space="preserve">Coming out can be liberating, but for Shomo, the public aftermath was also bruising. Speaking on </w:t>
      </w:r>
      <w:r>
        <w:rPr>
          <w:i/>
        </w:rPr>
        <w:t>The Breakdown with Nath &amp; Johnny</w:t>
      </w:r>
      <w:r>
        <w:t xml:space="preserve"> podcast, the Beartooth singer said a loud wave of homophobia left him in a deeply difficult emotional state.</w:t>
      </w:r>
      <w:r/>
    </w:p>
    <w:p>
      <w:r/>
      <w:r>
        <w:t>The criticism wasn't limited to a few unpleasant comments. According to LGBTQ Nation, Shomo described the reaction as persistent and intense, with detractors objecting to how he dressed, looked and presented himself as an artist. That kind of hostility can turn ordinary online activity into a minefield, especially for someone whose work is performed in front of thousands of people.</w:t>
      </w:r>
      <w:r/>
    </w:p>
    <w:p>
      <w:r/>
      <w:r>
        <w:t>He said the experience sometimes made it hard to find the energy to perform. It's a stark reminder that public visibility can carry a real personal cost, even when the decision behind it feels honest and necessary.</w:t>
      </w:r>
      <w:r/>
    </w:p>
    <w:p>
      <w:pPr>
        <w:pStyle w:val="Heading2"/>
      </w:pPr>
      <w:r>
        <w:t>He chose authenticity rather than changing his image</w:t>
      </w:r>
      <w:r/>
    </w:p>
    <w:p>
      <w:r/>
      <w:r>
        <w:t>Shomo said he had decided not to soften or edit himself for other people's comfort. He wanted the freedom to wear what he liked, sing in his own way and enjoy being an artist without filtering his identity.</w:t>
      </w:r>
      <w:r/>
    </w:p>
    <w:p>
      <w:r/>
      <w:r>
        <w:t>That determination matters because coming out isn't a single, tidy announcement. As Parade reported, Shomo's public statement arrived alongside the end of his 14-year marriage to Fleur, with the divorce filing taking place in the same month. The timing brought several major life changes into the spotlight at once.</w:t>
      </w:r>
      <w:r/>
    </w:p>
    <w:p>
      <w:r/>
      <w:r>
        <w:t>His former spouse and Beartooth bandmates have expressed support, offering a steadier backdrop to an otherwise turbulent period. Still, public encouragement doesn't erase the sting of abuse, particularly when it arrives in waves from strangers online.</w:t>
      </w:r>
      <w:r/>
    </w:p>
    <w:p>
      <w:pPr>
        <w:pStyle w:val="Heading2"/>
      </w:pPr>
      <w:r>
        <w:t>Why stepping away from social media became necessary</w:t>
      </w:r>
      <w:r/>
    </w:p>
    <w:p>
      <w:r/>
      <w:r>
        <w:t>For musicians, social media is often part of the job. It promotes tours, new songs and merchandise, but it also creates a direct line for abuse. PinkNews reported that Shomo temporarily withdrew from the internet after the response became too difficult to manage.</w:t>
      </w:r>
      <w:r/>
    </w:p>
    <w:p>
      <w:r/>
      <w:r>
        <w:t>That decision isn't a sign of weakness. Sometimes logging off is the most practical boundary available, especially when comments are affecting sleep, mood or the ability to work. Turning off notifications, delegating accounts or taking a complete break can help reduce the feeling of being watched every minute.</w:t>
      </w:r>
      <w:r/>
    </w:p>
    <w:p>
      <w:r/>
      <w:r>
        <w:t>Fans can play a role here, too. Reporting abusive posts, avoiding pile-ons and supporting an artist's work without demanding constant personal access are small but meaningful gestures. A quiet, respectful message is often more helpful than a heated online battle.</w:t>
      </w:r>
      <w:r/>
    </w:p>
    <w:p>
      <w:pPr>
        <w:pStyle w:val="Heading2"/>
      </w:pPr>
      <w:r>
        <w:t>New Beartooth music could carry the story forward</w:t>
      </w:r>
      <w:r/>
    </w:p>
    <w:p>
      <w:r/>
      <w:r>
        <w:t>Shomo said he has plenty left to say and expects his experiences to shape a forthcoming record. The PRP reported on his initial public announcement, while later coverage has connected his coming-out journey with the themes he wants to explore in future music.</w:t>
      </w:r>
      <w:r/>
    </w:p>
    <w:p>
      <w:r/>
      <w:r>
        <w:t>That doesn't mean listeners should expect a neatly packaged confession. The most compelling records often leave room for contradiction, anger, relief and uncertainty. Shomo's reference to taking "baby steps", reported by Page Six and other outlets, suggests the next chapter may be less about instant resolution and more about gradual rebuilding.</w:t>
      </w:r>
      <w:r/>
    </w:p>
    <w:p>
      <w:r/>
      <w:r>
        <w:t>For fans, the prospect of new music adds a creative dimension to a difficult story. Art can provide a language when ordinary conversation feels too exposed, although no artist should be expected to turn pain into content on demand.</w:t>
      </w:r>
      <w:r/>
    </w:p>
    <w:p>
      <w:pPr>
        <w:pStyle w:val="Heading2"/>
      </w:pPr>
      <w:r>
        <w:t>Support matters when public pressure becomes overwhelming</w:t>
      </w:r>
      <w:r/>
    </w:p>
    <w:p>
      <w:r/>
      <w:r>
        <w:t>Anyone facing homophobia, isolation or a mental health crisis deserves support beyond the comment section. The Trevor Project can be contacted in the United States by calling 1-866-488-7386 or texting "START" to 678-678.</w:t>
      </w:r>
      <w:r/>
    </w:p>
    <w:p>
      <w:r/>
      <w:r>
        <w:t>Friends and family can help by listening without judgement, checking in regularly and respecting someone's need for privacy. Professional support may also offer a safer place to work through stress, grief or identity-related pressure.</w:t>
      </w:r>
      <w:r/>
    </w:p>
    <w:p>
      <w:r/>
      <w:r>
        <w:t>Shomo's experience shows why representation is powerful, but also why it mustn't be confused with invulnerability. Being open about who you are can feel joyful and frightening at the same time. Taking recovery slowly is still progress.</w:t>
      </w:r>
      <w:r/>
    </w:p>
    <w:p>
      <w:r/>
      <w:r>
        <w:t>It's a small step at a time, but choosing authenticity should never mean facing hatred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1">
        <w:r>
          <w:rPr>
            <w:color w:val="0000EE"/>
            <w:u w:val="single"/>
          </w:rPr>
          <w:t>[6]</w:t>
        </w:r>
      </w:hyperlink>
      <w:r>
        <w:t xml:space="preserve">, </w:t>
      </w:r>
      <w:hyperlink r:id="rId15">
        <w:r>
          <w:rPr>
            <w:color w:val="0000EE"/>
            <w:u w:val="single"/>
          </w:rPr>
          <w:t>[7]</w:t>
        </w:r>
      </w:hyperlink>
      <w:r>
        <w:t xml:space="preserve">- Paragraph 7: </w:t>
      </w:r>
      <w:hyperlink r:id="rId14">
        <w:r>
          <w:rPr>
            <w:color w:val="0000EE"/>
            <w:u w:val="single"/>
          </w:rPr>
          <w:t>[5]</w:t>
        </w:r>
      </w:hyperlink>
      <w:r>
        <w:t xml:space="preserve">, </w:t>
      </w:r>
      <w:hyperlink r:id="rId10">
        <w:r>
          <w:rPr>
            <w:color w:val="0000EE"/>
            <w:u w:val="single"/>
          </w:rPr>
          <w:t>[2]</w:t>
        </w:r>
      </w:hyperlink>
      <w:r>
        <w:t xml:space="preserve">- Paragraph 8: </w:t>
      </w:r>
      <w:hyperlink r:id="rId15">
        <w:r>
          <w:rPr>
            <w:color w:val="0000EE"/>
            <w:u w:val="single"/>
          </w:rPr>
          <w:t>[7]</w:t>
        </w:r>
      </w:hyperlink>
      <w:r>
        <w:t xml:space="preserve">, </w:t>
      </w:r>
      <w:hyperlink r:id="rId12">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4">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2">
        <w:r>
          <w:rPr>
            <w:color w:val="0000EE"/>
            <w:u w:val="single"/>
          </w:rPr>
          <w:t>[3]</w:t>
        </w:r>
      </w:hyperlink>
      <w:r>
        <w:t xml:space="preserve">, </w:t>
      </w:r>
      <w:hyperlink r:id="rId15">
        <w:r>
          <w:rPr>
            <w:color w:val="0000EE"/>
            <w:u w:val="single"/>
          </w:rPr>
          <w:t>[7]</w:t>
        </w:r>
      </w:hyperlink>
      <w:r>
        <w:t xml:space="preserve">- Paragraph 14: </w:t>
      </w:r>
      <w:hyperlink r:id="rId13">
        <w:r>
          <w:rPr>
            <w:color w:val="0000EE"/>
            <w:u w:val="single"/>
          </w:rPr>
          <w:t>[4]</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[6]</w:t>
        </w:r>
      </w:hyperlink>
      <w:r>
        <w:t xml:space="preserve">- Paragraph 16: </w:t>
      </w:r>
      <w:hyperlink r:id="rId12">
        <w:r>
          <w:rPr>
            <w:color w:val="0000EE"/>
            <w:u w:val="single"/>
          </w:rPr>
          <w:t>[3]</w:t>
        </w:r>
      </w:hyperlink>
      <w:r>
        <w:t xml:space="preserve">, </w:t>
      </w:r>
      <w:hyperlink r:id="rId15">
        <w:r>
          <w:rPr>
            <w:color w:val="0000EE"/>
            <w:u w:val="single"/>
          </w:rPr>
          <w:t>[7]</w:t>
        </w:r>
      </w:hyperlink>
      <w:r>
        <w:t xml:space="preserve">- Paragraph 17: </w:t>
      </w:r>
      <w:hyperlink r:id="rId13">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https://www.mlive.com/life/2026/08/rock-frontman-reveals-toll-of-homophobic-backlash-after-coming-out-as-gay.html</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https://www.lgbtqnation.com/2026/09/rockstar-caleb-shomo-says-he-was-in-a-really-really-bad-place-after-backlash-to-his-coming-out/</w:t>
        </w:r>
      </w:hyperlink>
      <w:r>
        <w:t xml:space="preserve"> - Caleb Shomo, frontman of Beartooth, discussed the homophobic backlash he faced after coming out as gay. He described the experience as emotionally draining, leading him to temporarily withdraw from the internet. Despite the criticism, Shomo is focusing on his forthcoming record to express his feelings. (</w:t>
      </w:r>
      <w:hyperlink r:id="rId16">
        <w:r>
          <w:rPr>
            <w:color w:val="0000EE"/>
            <w:u w:val="single"/>
          </w:rPr>
          <w:t>lgbtqnation.com</w:t>
        </w:r>
      </w:hyperlink>
      <w:r>
        <w:t>)</w:t>
      </w:r>
      <w:r/>
    </w:p>
    <w:p>
      <w:pPr>
        <w:pStyle w:val="ListNumber"/>
        <w:spacing w:line="240" w:lineRule="auto"/>
        <w:ind w:left="720"/>
      </w:pPr>
      <w:r/>
      <w:hyperlink r:id="rId12">
        <w:r>
          <w:rPr>
            <w:color w:val="0000EE"/>
            <w:u w:val="single"/>
          </w:rPr>
          <w:t>https://parade.com/entertainment/beartooth-caleb-shomo-faced-homophobia-coming-out-ending-marriage</w:t>
        </w:r>
      </w:hyperlink>
      <w:r>
        <w:t xml:space="preserve"> - Caleb Shomo revealed that after privately coming out to friends and family, he faced significant homophobia. He expressed his commitment to living authentically, despite the opposition. Additionally, Shomo and his wife, Fleur, filed for divorce in May 2026, ending their 14-year marriage. (</w:t>
      </w:r>
      <w:hyperlink r:id="rId17">
        <w:r>
          <w:rPr>
            <w:color w:val="0000EE"/>
            <w:u w:val="single"/>
          </w:rPr>
          <w:t>parade.com</w:t>
        </w:r>
      </w:hyperlink>
      <w:r>
        <w:t>)</w:t>
      </w:r>
      <w:r/>
    </w:p>
    <w:p>
      <w:pPr>
        <w:pStyle w:val="ListNumber"/>
        <w:spacing w:line="240" w:lineRule="auto"/>
        <w:ind w:left="720"/>
      </w:pPr>
      <w:r/>
      <w:hyperlink r:id="rId13">
        <w:r>
          <w:rPr>
            <w:color w:val="0000EE"/>
            <w:u w:val="single"/>
          </w:rPr>
          <w:t>https://www.out.com/celebs/caleb-shomo-gay</w:t>
        </w:r>
      </w:hyperlink>
      <w:r>
        <w:t xml:space="preserve"> - Caleb Shomo publicly came out as gay, stating he is a 'proudly gay man.' He acknowledged the challenges of navigating his feelings and the impact on his personal life. His wife, Fleur, also confirmed their separation and expressed support. (</w:t>
      </w:r>
      <w:hyperlink r:id="rId18">
        <w:r>
          <w:rPr>
            <w:color w:val="0000EE"/>
            <w:u w:val="single"/>
          </w:rPr>
          <w:t>out.com</w:t>
        </w:r>
      </w:hyperlink>
      <w:r>
        <w:t>)</w:t>
      </w:r>
      <w:r/>
    </w:p>
    <w:p>
      <w:pPr>
        <w:pStyle w:val="ListNumber"/>
        <w:spacing w:line="240" w:lineRule="auto"/>
        <w:ind w:left="720"/>
      </w:pPr>
      <w:r/>
      <w:hyperlink r:id="rId14">
        <w:r>
          <w:rPr>
            <w:color w:val="0000EE"/>
            <w:u w:val="single"/>
          </w:rPr>
          <w:t>https://www.theprp.com/2026/05/23/news/beartooths-caleb-shomo-comes-out-i-am-a-proudly-gay-man/</w:t>
        </w:r>
      </w:hyperlink>
      <w:r>
        <w:t xml:space="preserve"> - Caleb Shomo announced he is a 'proudly gay man,' addressing speculation about his personal life. He shared the difficulty of reconciling his identity and the impact on his art and personal relationships. (</w:t>
      </w:r>
      <w:hyperlink r:id="rId19">
        <w:r>
          <w:rPr>
            <w:color w:val="0000EE"/>
            <w:u w:val="single"/>
          </w:rPr>
          <w:t>theprp.com</w:t>
        </w:r>
      </w:hyperlink>
      <w:r>
        <w:t>)</w:t>
      </w:r>
      <w:r/>
    </w:p>
    <w:p>
      <w:pPr>
        <w:pStyle w:val="ListNumber"/>
        <w:spacing w:line="240" w:lineRule="auto"/>
        <w:ind w:left="720"/>
      </w:pPr>
      <w:r/>
      <w:hyperlink r:id="rId11">
        <w:r>
          <w:rPr>
            <w:color w:val="0000EE"/>
            <w:u w:val="single"/>
          </w:rPr>
          <w:t>https://www.thepinknews.com/2026/09/02/beartooth-caleb-shomo-coming-out-backlash/</w:t>
        </w:r>
      </w:hyperlink>
      <w:r>
        <w:t xml:space="preserve"> - Caleb Shomo discussed the backlash he received after coming out as gay, describing his life as 'exploding' and becoming very public. He had started coming out privately in September 2025 before making a public statement in May 2026. (</w:t>
      </w:r>
      <w:hyperlink r:id="rId20">
        <w:r>
          <w:rPr>
            <w:color w:val="0000EE"/>
            <w:u w:val="single"/>
          </w:rPr>
          <w:t>thepinknews.com</w:t>
        </w:r>
      </w:hyperlink>
      <w:r>
        <w:t>)</w:t>
      </w:r>
      <w:r/>
    </w:p>
    <w:p>
      <w:pPr>
        <w:pStyle w:val="ListNumber"/>
        <w:spacing w:line="240" w:lineRule="auto"/>
        <w:ind w:left="720"/>
      </w:pPr>
      <w:r/>
      <w:hyperlink r:id="rId15">
        <w:r>
          <w:rPr>
            <w:color w:val="0000EE"/>
            <w:u w:val="single"/>
          </w:rPr>
          <w:t>https://www.justjared.com/2026/08/31/beartooth-singer-caleb-shomo-talks-homophobic-backlash-after-coming-out-as-gay-reveals-how-he-coped/</w:t>
        </w:r>
      </w:hyperlink>
      <w:r>
        <w:t xml:space="preserve"> - Caleb Shomo spoke about the homophobic backlash he faced after coming out as gay, revealing how he coped with the criticism. He had privately come out to friends and family before making a public announcement in May 2026. (</w:t>
      </w:r>
      <w:hyperlink r:id="rId21">
        <w:r>
          <w:rPr>
            <w:color w:val="0000EE"/>
            <w:u w:val="single"/>
          </w:rPr>
          <w:t>justjared.com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live.com/life/2026/08/rock-frontman-reveals-toll-of-homophobic-backlash-after-coming-out-as-gay.html" TargetMode="External"/><Relationship Id="rId10" Type="http://schemas.openxmlformats.org/officeDocument/2006/relationships/hyperlink" Target="https://www.lgbtqnation.com/2026/09/rockstar-caleb-shomo-says-he-was-in-a-really-really-bad-place-after-backlash-to-his-coming-out/" TargetMode="External"/><Relationship Id="rId11" Type="http://schemas.openxmlformats.org/officeDocument/2006/relationships/hyperlink" Target="https://www.thepinknews.com/2026/09/02/beartooth-caleb-shomo-coming-out-backlash/" TargetMode="External"/><Relationship Id="rId12" Type="http://schemas.openxmlformats.org/officeDocument/2006/relationships/hyperlink" Target="https://parade.com/entertainment/beartooth-caleb-shomo-faced-homophobia-coming-out-ending-marriage" TargetMode="External"/><Relationship Id="rId13" Type="http://schemas.openxmlformats.org/officeDocument/2006/relationships/hyperlink" Target="https://www.out.com/celebs/caleb-shomo-gay" TargetMode="External"/><Relationship Id="rId14" Type="http://schemas.openxmlformats.org/officeDocument/2006/relationships/hyperlink" Target="https://www.theprp.com/2026/05/23/news/beartooths-caleb-shomo-comes-out-i-am-a-proudly-gay-man/" TargetMode="External"/><Relationship Id="rId15" Type="http://schemas.openxmlformats.org/officeDocument/2006/relationships/hyperlink" Target="https://www.justjared.com/2026/08/31/beartooth-singer-caleb-shomo-talks-homophobic-backlash-after-coming-out-as-gay-reveals-how-he-coped/" TargetMode="External"/><Relationship Id="rId16" Type="http://schemas.openxmlformats.org/officeDocument/2006/relationships/hyperlink" Target="https://www.lgbtqnation.com/2026/09/rockstar-caleb-shomo-says-he-was-in-a-really-really-bad-place-after-backlash-to-his-coming-out/?utm_source=openai" TargetMode="External"/><Relationship Id="rId17" Type="http://schemas.openxmlformats.org/officeDocument/2006/relationships/hyperlink" Target="https://parade.com/entertainment/beartooth-caleb-shomo-faced-homophobia-coming-out-ending-marriage?utm_source=openai" TargetMode="External"/><Relationship Id="rId18" Type="http://schemas.openxmlformats.org/officeDocument/2006/relationships/hyperlink" Target="https://www.out.com/celebs/caleb-shomo-gay?utm_source=openai" TargetMode="External"/><Relationship Id="rId19" Type="http://schemas.openxmlformats.org/officeDocument/2006/relationships/hyperlink" Target="https://www.theprp.com/2026/05/23/news/beartooths-caleb-shomo-comes-out-i-am-a-proudly-gay-man/?utm_source=openai" TargetMode="External"/><Relationship Id="rId20" Type="http://schemas.openxmlformats.org/officeDocument/2006/relationships/hyperlink" Target="https://www.thepinknews.com/2026/09/02/beartooth-caleb-shomo-coming-out-backlash/?utm_source=openai" TargetMode="External"/><Relationship Id="rId21" Type="http://schemas.openxmlformats.org/officeDocument/2006/relationships/hyperlink" Target="https://www.justjared.com/2026/08/31/beartooth-singer-caleb-shomo-talks-homophobic-backlash-after-coming-out-as-gay-reveals-how-he-cope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