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Doll Invasion Became a Trans Fire Island Mainstay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Doll Invasion has grown from an intimate trans gathering into a vibrant Fire Island fixture, blending drag, performance, fashion and fundraising. Its latest celebration connected today’s artists with the island’s long queer history, creating a sunny, spirited weekend where community memory felt every bit as important as the party.</w:t>
      </w:r>
      <w:r/>
    </w:p>
    <w:p>
      <w:pPr>
        <w:pStyle w:val="Heading2"/>
      </w:pPr>
      <w:r>
        <w:t>Essential Takeaways</w:t>
      </w:r>
      <w:r/>
      <w:r/>
    </w:p>
    <w:p>
      <w:pPr>
        <w:pStyle w:val="ListBullet"/>
        <w:spacing w:line="240" w:lineRule="auto"/>
        <w:ind w:left="720"/>
      </w:pPr>
      <w:r/>
      <w:r>
        <w:rPr>
          <w:b/>
        </w:rPr>
        <w:t>A bigger gathering:</w:t>
      </w:r>
      <w:r>
        <w:t xml:space="preserve"> Doll Invasion evolved from a trans house party into a major Fire Island weekend.</w:t>
      </w:r>
      <w:r/>
    </w:p>
    <w:p>
      <w:pPr>
        <w:pStyle w:val="ListBullet"/>
        <w:spacing w:line="240" w:lineRule="auto"/>
        <w:ind w:left="720"/>
      </w:pPr>
      <w:r/>
      <w:r>
        <w:rPr>
          <w:b/>
        </w:rPr>
        <w:t>Art with a purpose:</w:t>
      </w:r>
      <w:r>
        <w:t xml:space="preserve"> A Queer|Art auction brought together celebrity objects, photography, books and performance memorabilia.</w:t>
      </w:r>
      <w:r/>
    </w:p>
    <w:p>
      <w:pPr>
        <w:pStyle w:val="ListBullet"/>
        <w:spacing w:line="240" w:lineRule="auto"/>
        <w:ind w:left="720"/>
      </w:pPr>
      <w:r/>
      <w:r>
        <w:rPr>
          <w:b/>
        </w:rPr>
        <w:t>History in the room:</w:t>
      </w:r>
      <w:r>
        <w:t xml:space="preserve"> The event linked trans life with Fire Island’s long LGBTQ+ cultural legacy.</w:t>
      </w:r>
      <w:r/>
    </w:p>
    <w:p>
      <w:pPr>
        <w:pStyle w:val="ListBullet"/>
        <w:spacing w:line="240" w:lineRule="auto"/>
        <w:ind w:left="720"/>
      </w:pPr>
      <w:r/>
      <w:r>
        <w:rPr>
          <w:b/>
        </w:rPr>
        <w:t>A playful visual world:</w:t>
      </w:r>
      <w:r>
        <w:t xml:space="preserve"> Branded cups, towels, sashes and live portraits turned the celebration into a moving archive.</w:t>
      </w:r>
      <w:r/>
    </w:p>
    <w:p>
      <w:pPr>
        <w:pStyle w:val="ListBullet"/>
        <w:spacing w:line="240" w:lineRule="auto"/>
        <w:ind w:left="720"/>
      </w:pPr>
      <w:r/>
      <w:r>
        <w:rPr>
          <w:b/>
        </w:rPr>
        <w:t>Community first:</w:t>
      </w:r>
      <w:r>
        <w:t xml:space="preserve"> Performers, cooks, artists and guests shared the spotlight rather than following a conventional festival script.</w:t>
      </w:r>
      <w:r/>
      <w:r/>
    </w:p>
    <w:p>
      <w:pPr>
        <w:pStyle w:val="Heading2"/>
      </w:pPr>
      <w:r>
        <w:t>From house party to harbour mainstay</w:t>
      </w:r>
      <w:r/>
    </w:p>
    <w:p>
      <w:r/>
      <w:r>
        <w:t>Doll Invasion’s journey is a useful reminder that queer culture rarely grows in a straight line. What began as a trans house party has developed into a lively Fire Island gathering, with enough creative force to feel less like a single event and more like a temporary world.</w:t>
      </w:r>
      <w:r/>
    </w:p>
    <w:p>
      <w:r/>
      <w:r>
        <w:t>According to Vogue, the weekend brought together performers, designers, musicians and guests across the island, mixing high-energy entertainment with the relaxed intimacy of a shared escape. There was glamour, certainly, but also the practical warmth of people feeding one another, making things by hand and recognising familiar faces on the boardwalk.</w:t>
      </w:r>
      <w:r/>
    </w:p>
    <w:p>
      <w:r/>
      <w:r>
        <w:t>That balance is part of the appeal. Fire Island can be associated with established traditions and summer spectacle, yet Doll Invasion adds a newer, deliberately trans chapter to the story.</w:t>
      </w:r>
      <w:r/>
    </w:p>
    <w:p>
      <w:pPr>
        <w:pStyle w:val="Heading2"/>
      </w:pPr>
      <w:r>
        <w:t>An auction where every object had a story</w:t>
      </w:r>
      <w:r/>
    </w:p>
    <w:p>
      <w:r/>
      <w:r>
        <w:t>The parallel auction with Queer|Art gave the weekend a cultural backbone. Contributions included Chappell Roan’s Gov Ball bandanna, Sasha Colby’s makau from RuPaul’s Drag Race, Cole Escola’s Tony Awards wig, photographs by Ryan McGinley and a book associated with Angela Davis.</w:t>
      </w:r>
      <w:r/>
    </w:p>
    <w:p>
      <w:r/>
      <w:r>
        <w:t>These weren’t simply desirable celebrity artefacts. Each item carried a trace of performance, politics or public life, making the auction feel like a conversation between different generations of queer creativity. The New York University Performance Studies coverage also highlighted the collaborative work behind the Queer|Art and Doll Invasion auction.</w:t>
      </w:r>
      <w:r/>
    </w:p>
    <w:p>
      <w:r/>
      <w:r>
        <w:t>That approach matters because fundraising can sometimes feel like an interruption to the fun. Here, the objects were part of the atmosphere. They turned fandom into support, while giving the audience something tangible to remember after the glitter had settled.</w:t>
      </w:r>
      <w:r/>
    </w:p>
    <w:p>
      <w:pPr>
        <w:pStyle w:val="Heading2"/>
      </w:pPr>
      <w:r>
        <w:t>Fire Island’s old history gets a new chapter</w:t>
      </w:r>
      <w:r/>
    </w:p>
    <w:p>
      <w:r/>
      <w:r>
        <w:t>Fire Island has long attracted LGBTQ+ artists, writers and social worlds, from Oscar Wilde’s visits to the cultural circles associated with Truman Capote, Robert Mapplethorpe and Peter Hujar. As the Guardian’s coverage of queer artists and the island suggests, its history is not only architectural or geographic. It lives through the people who gather there and the stories they leave behind.</w:t>
      </w:r>
      <w:r/>
    </w:p>
    <w:p>
      <w:r/>
      <w:r>
        <w:t>Doll Invasion approached that inheritance with both affection and cheek. Its merchandise included reusable “DOLL JUICE” cups, dance towels carrying the message “ALL DOLLS GO TO HEAVEN” and tops declaring “FUN NEVER DIES”. The language was camp, but the intention was serious: preserve a presence that has too often been left out of official histories.</w:t>
      </w:r>
      <w:r/>
    </w:p>
    <w:p>
      <w:r/>
      <w:r>
        <w:t>The result was a kind of living archive. Instead of placing trans history behind glass, the event wore it, danced in it and handed it out at check-in.</w:t>
      </w:r>
      <w:r/>
    </w:p>
    <w:p>
      <w:pPr>
        <w:pStyle w:val="Heading2"/>
      </w:pPr>
      <w:r>
        <w:t>Drag, fashion and performance shared the spotlight</w:t>
      </w:r>
      <w:r/>
    </w:p>
    <w:p>
      <w:r/>
      <w:r>
        <w:t>The weekend’s line-up moved happily between drag show, pop concert and communal pageant. Julie J performed to Kelis, Cherry Jaymes channelled Deborah Cox, and Mthr Trsa closed with Dolly Parton’s “9 to 5”, while other artists brought their own distinct theatrical energy.</w:t>
      </w:r>
      <w:r/>
    </w:p>
    <w:p>
      <w:r/>
      <w:r>
        <w:t>Designer Willie Norris’s full Doll Shop added another layer, turning the harbour into a retail and social space. Meanwhile, Laurel Charleston made up performers and Richard Haines produced live fashion illustrations, so the audience could watch the event being interpreted in real time.</w:t>
      </w:r>
      <w:r/>
    </w:p>
    <w:p>
      <w:r/>
      <w:r>
        <w:t>That mixture feels especially suited to Fire Island. Nothing stays in one category for long. A look becomes a souvenir, a performance becomes a photograph, and a boardwalk encounter becomes part of the collective mythology by sunset.</w:t>
      </w:r>
      <w:r/>
    </w:p>
    <w:p>
      <w:pPr>
        <w:pStyle w:val="Heading2"/>
      </w:pPr>
      <w:r>
        <w:t>Why this kind of gathering matters now</w:t>
      </w:r>
      <w:r/>
    </w:p>
    <w:p>
      <w:r/>
      <w:r>
        <w:t>Doll Invasion’s most striking achievement may be its scale without losing its sense of welcome. Vogue reported that maps bearing the message “WELCOME TO TRANSGENDER ISLAND” were handed to around 1,200 people, while guests including Justin Vivian Bond, Adam Lambert, Chelsea Manning and Dylan Mulvaney moved through the weekend’s events.</w:t>
      </w:r>
      <w:r/>
    </w:p>
    <w:p>
      <w:r/>
      <w:r>
        <w:t>The visibility was joyful rather than defensive. A glittering “CIS EXCELLENCE” sash, a wet wig whipped to dance music and performers gathered under handheld spotlights all made room for humour, glamour and belonging at once.</w:t>
      </w:r>
      <w:r/>
    </w:p>
    <w:p>
      <w:r/>
      <w:r>
        <w:t>That combination gives the event its staying power. As Doll Invasion’s own website presents it, this is not just a party brand but a community-led platform shaped by trans creativity. On an island with more than a century of queer associations, it feels like a fresh tradition taking root.</w:t>
      </w:r>
      <w:r/>
    </w:p>
    <w:p>
      <w:r/>
      <w:r>
        <w:t>It's a small island, but Doll Invasion is making its trans history impossible to miss.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[4]</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3">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[5]</w:t>
        </w:r>
      </w:hyperlink>
      <w:r>
        <w:t xml:space="preserve">- Paragraph 10: </w:t>
      </w:r>
      <w:hyperlink r:id="rId9">
        <w:r>
          <w:rPr>
            <w:color w:val="0000EE"/>
            <w:u w:val="single"/>
          </w:rPr>
          <w:t>[2]</w:t>
        </w:r>
      </w:hyperlink>
      <w:r>
        <w:t xml:space="preserve">, </w:t>
      </w:r>
      <w:hyperlink r:id="rId13">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3">
        <w:r>
          <w:rPr>
            <w:color w:val="0000EE"/>
            <w:u w:val="single"/>
          </w:rPr>
          <w:t>[4]</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https://www.vogue.com/article/how-doll-invasion-went-from-a-trans-house-party-to-a-fire-island-mainstay</w:t>
        </w:r>
      </w:hyperlink>
      <w:r>
        <w:t xml:space="preserve"> - Please view link - unable to able to access data</w:t>
      </w:r>
      <w:r/>
    </w:p>
    <w:p>
      <w:pPr>
        <w:pStyle w:val="ListNumber"/>
        <w:spacing w:line="240" w:lineRule="auto"/>
        <w:ind w:left="720"/>
      </w:pPr>
      <w:r/>
      <w:hyperlink r:id="rId9">
        <w:r>
          <w:rPr>
            <w:color w:val="0000EE"/>
            <w:u w:val="single"/>
          </w:rPr>
          <w:t>https://www.vogue.com/article/how-doll-invasion-went-from-a-trans-house-party-to-a-fire-island-mainstay</w:t>
        </w:r>
      </w:hyperlink>
      <w:r>
        <w:t xml:space="preserve"> - This article discusses the evolution of Doll Invasion from a trans house party to a mainstay event on Fire Island. It highlights the contributions to the Queer|Art auction, including items from Chappell Roan, Sasha Colby, Cole Escola, Ryan McGinley, and Angela Davis. The piece also reflects on Fire Island's rich history, mentioning figures like Oscar Wilde, Truman Capote, Robert Mapplethorpe, and Peter Hujar, and details the event's activities, such as performances by Justin Vivian Bond, Adam Lambert, Chelsea Manning, and others.</w:t>
      </w:r>
      <w:r/>
    </w:p>
    <w:p>
      <w:pPr>
        <w:pStyle w:val="ListNumber"/>
        <w:spacing w:line="240" w:lineRule="auto"/>
        <w:ind w:left="720"/>
      </w:pPr>
      <w:r/>
      <w:hyperlink r:id="rId10">
        <w:r>
          <w:rPr>
            <w:color w:val="0000EE"/>
            <w:u w:val="single"/>
          </w:rPr>
          <w:t>https://www.dollinvasion.org/</w:t>
        </w:r>
      </w:hyperlink>
      <w:r>
        <w:t xml:space="preserve"> - Doll Invasion is a 501(c)(3) organisation that hosts annual events on Fire Island Pines, aiming to support queer artists and foster community engagement. The website provides information about their upcoming events, including Doll Invasion 2026 scheduled for August 28-30. It also features a merchandise capsule designed by Willie Norris Workshop, with items like the 'Nowhere But Doll Invasion' T-shirt and the 'Wet Hot Transsexual Muscle Shirt'.</w:t>
      </w:r>
      <w:r/>
    </w:p>
    <w:p>
      <w:pPr>
        <w:pStyle w:val="ListNumber"/>
        <w:spacing w:line="240" w:lineRule="auto"/>
        <w:ind w:left="720"/>
      </w:pPr>
      <w:r/>
      <w:hyperlink r:id="rId13">
        <w:r>
          <w:rPr>
            <w:color w:val="0000EE"/>
            <w:u w:val="single"/>
          </w:rPr>
          <w:t>https://www.theguardian.com/books/2026/apr/02/fire-island-lgbtq-artists-book</w:t>
        </w:r>
      </w:hyperlink>
      <w:r>
        <w:t xml:space="preserve"> - This article explores the significant role of artists in shaping Fire Island's identity as an LGBTQ+ haven. It discusses the contributions of Robert Mapplethorpe and Peter Hujar, highlighting how their work was influenced by the island's unique environment. The piece also touches upon the experiences of contemporary artists like Leilah Babirye, who found inspiration in Fire Island's Cherry Grove during an artist residency in 2015.</w:t>
      </w:r>
      <w:r/>
    </w:p>
    <w:p>
      <w:pPr>
        <w:pStyle w:val="ListNumber"/>
        <w:spacing w:line="240" w:lineRule="auto"/>
        <w:ind w:left="720"/>
      </w:pPr>
      <w:r/>
      <w:hyperlink r:id="rId11">
        <w:r>
          <w:rPr>
            <w:color w:val="0000EE"/>
            <w:u w:val="single"/>
          </w:rPr>
          <w:t>https://tsoaweb-col.home.nyu.edu/performance-studies/news/buffy-sierra-co-curates-and-produces-queer-art-x-doll-invasion-auction-a</w:t>
        </w:r>
      </w:hyperlink>
      <w:r>
        <w:t xml:space="preserve"> - Buffy Sierra, a Performance Studies alum from NYU, co-curated and produced the second annual Queer|Art x Doll Invasion Auction. The event took place on August 20, 2026, at PARTICIPANT INC &amp; SALMA SARRIEDINE in New York City. The auction featured contributions from queer, trans, and feminist figures, including Sasha Colby, Molly Crabapple, Young Joon Kwak, Amanda Lepore, Chelsea Manning, Chani Nicholas, MUNA, and Narcissister.</w:t>
      </w:r>
      <w:r/>
    </w:p>
    <w:p>
      <w:pPr>
        <w:pStyle w:val="ListNumber"/>
        <w:spacing w:line="240" w:lineRule="auto"/>
        <w:ind w:left="720"/>
      </w:pPr>
      <w:r/>
      <w:hyperlink r:id="rId12">
        <w:r>
          <w:rPr>
            <w:color w:val="0000EE"/>
            <w:u w:val="single"/>
          </w:rPr>
          <w:t>https://en.wikipedia.org/wiki/Fire_Island</w:t>
        </w:r>
      </w:hyperlink>
      <w:r>
        <w:t xml:space="preserve"> - Fire Island is a barrier island off the south shore of Long Island, New York, known for its natural beauty and as a popular LGBTQ+ destination. The island has a rich history, with notable figures like Oscar Wilde, Truman Capote, Robert Mapplethorpe, and Peter Hujar having connections to it. The article provides detailed information about the island's geography, history, and cultural significance.</w:t>
      </w:r>
      <w:r/>
    </w:p>
    <w:p>
      <w:pPr>
        <w:pStyle w:val="ListNumber"/>
        <w:spacing w:line="240" w:lineRule="auto"/>
        <w:ind w:left="720"/>
      </w:pPr>
      <w:r/>
      <w:hyperlink r:id="rId14">
        <w:r>
          <w:rPr>
            <w:color w:val="0000EE"/>
            <w:u w:val="single"/>
          </w:rPr>
          <w:t>https://www.culturedmag.com/article/2026/08/21/art-doll-invasion-trans-auction-fire-island-lena-waithe/</w:t>
        </w:r>
      </w:hyperlink>
      <w:r>
        <w:t xml:space="preserve"> - This article highlights the contributions of notable figures to the Queer|Art x Doll Invasion Auction. Lena Waithe donated the script of her debut play, 'Trinity', and a signed photo from her Essence magazine cover. Molly Crabapple contributed a drawing of Gina Klepfisz, a Bundist resistance member in the Warsaw ghetto. Sasha Colby donated the hook from her costume worn during her entrance on 'RuPaul’s Drag Race'.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ogue.com/article/how-doll-invasion-went-from-a-trans-house-party-to-a-fire-island-mainstay" TargetMode="External"/><Relationship Id="rId10" Type="http://schemas.openxmlformats.org/officeDocument/2006/relationships/hyperlink" Target="https://www.dollinvasion.org/" TargetMode="External"/><Relationship Id="rId11" Type="http://schemas.openxmlformats.org/officeDocument/2006/relationships/hyperlink" Target="https://tsoaweb-col.home.nyu.edu/performance-studies/news/buffy-sierra-co-curates-and-produces-queer-art-x-doll-invasion-auction-a" TargetMode="External"/><Relationship Id="rId12" Type="http://schemas.openxmlformats.org/officeDocument/2006/relationships/hyperlink" Target="https://en.wikipedia.org/wiki/Fire_Island" TargetMode="External"/><Relationship Id="rId13" Type="http://schemas.openxmlformats.org/officeDocument/2006/relationships/hyperlink" Target="https://www.theguardian.com/books/2026/apr/02/fire-island-lgbtq-artists-book" TargetMode="External"/><Relationship Id="rId14" Type="http://schemas.openxmlformats.org/officeDocument/2006/relationships/hyperlink" Target="https://www.culturedmag.com/article/2026/08/21/art-doll-invasion-trans-auction-fire-island-lena-waith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