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Understanding Queer Identity Beyond Traditional Labels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increasingly using queer as a flexible, self-defined identity rather than a simple synonym for gay. The term can encompass gender, sexuality, relationships and self-expression, while also carrying a complicated history. Understanding that breadth matters because queer identity is personal, evolving and never something outsiders should assign casually.</w:t>
      </w:r>
      <w:r/>
    </w:p>
    <w:p>
      <w:pPr>
        <w:pStyle w:val="Heading2"/>
      </w:pPr>
      <w:r>
        <w:t>Queer identity is broader than sexuality</w:t>
      </w:r>
      <w:r/>
    </w:p>
    <w:p>
      <w:r/>
      <w:r>
        <w:t>The word queer once functioned primarily as an insult, but many LGBTQ+ people have reclaimed it as a source of identity and solidarity. Medical News Today explains that it can describe people whose gender or sexuality doesn't fit conventional expectations, although its meaning varies from person to person.</w:t>
      </w:r>
      <w:r/>
    </w:p>
    <w:p>
      <w:r/>
      <w:r>
        <w:t>That flexibility is the point for some people. Rather than placing someone neatly in a single category, queer can leave room for uncertainty, change and identities that don't sit comfortably within familiar boxes. It isn't necessarily a declaration that labels are useless; it can be a label chosen precisely because it feels spacious enough.</w:t>
      </w:r>
      <w:r/>
    </w:p>
    <w:p>
      <w:r/>
      <w:r>
        <w:t>The important distinction is consent. A person may proudly call themselves queer, while someone else may avoid the word because of its history as a slur. The label belongs to the individual using it.</w:t>
      </w:r>
      <w:r/>
    </w:p>
    <w:p>
      <w:pPr>
        <w:pStyle w:val="Heading2"/>
      </w:pPr>
      <w:r>
        <w:t>Gender and sexuality don't fit everyone into two boxes</w:t>
      </w:r>
      <w:r/>
    </w:p>
    <w:p>
      <w:r/>
      <w:r>
        <w:t>Many people grow up with the assumption that there are only two genders and that attraction can be explained through fixed, opposite categories. Those ideas are too narrow for many LGBTQ+ people, including those who identify as transgender, non-binary or genderqueer.</w:t>
      </w:r>
      <w:r/>
    </w:p>
    <w:p>
      <w:r/>
      <w:r>
        <w:t>The US Centers for Disease Control and Prevention distinguishes between sex assigned at birth, gender identity, gender expression and sexual orientation. These concepts are related, but they're not interchangeable. A person's gender doesn't dictate who they fancy, and their appearance doesn't reliably reveal either.</w:t>
      </w:r>
      <w:r/>
    </w:p>
    <w:p>
      <w:r/>
      <w:r>
        <w:t>That separation can be liberating. It also explains why queer may feel more accurate than a gender-based sexuality label for someone whose own identity, or understanding of gender generally, doesn't feel binary.</w:t>
      </w:r>
      <w:r/>
    </w:p>
    <w:p>
      <w:pPr>
        <w:pStyle w:val="Heading2"/>
      </w:pPr>
      <w:r>
        <w:t>Relationships can take many forms</w:t>
      </w:r>
      <w:r/>
    </w:p>
    <w:p>
      <w:r/>
      <w:r>
        <w:t>Queer communities have also helped make space for conversations about relationships that aren't centred on marriage, exclusivity or traditional family structures. Some people build lives around chosen family, close friendship, non-monogamy, aromanticism or asexuality, while others prefer conventional partnerships.</w:t>
      </w:r>
      <w:r/>
    </w:p>
    <w:p>
      <w:r/>
      <w:r>
        <w:t>None of those choices automatically makes someone queer. The wider point is that love, sex, intimacy and family don't always arrive as one bundled package. LGBTQ+ House notes that the "Q" in LGBTQ+ can refer to queer or questioning, reflecting both identity and ongoing exploration.</w:t>
      </w:r>
      <w:r/>
    </w:p>
    <w:p>
      <w:r/>
      <w:r>
        <w:t>This broader view can be especially useful for people who feel pressure to make one relationship satisfy every emotional, romantic, sexual and practical need. Human connections are often messier than that, and sometimes much richer.</w:t>
      </w:r>
      <w:r/>
    </w:p>
    <w:p>
      <w:pPr>
        <w:pStyle w:val="Heading2"/>
      </w:pPr>
      <w:r>
        <w:t>Labels should create room, not pressure</w:t>
      </w:r>
      <w:r/>
    </w:p>
    <w:p>
      <w:r/>
      <w:r>
        <w:t>A label can be reassuring when it helps someone find language for an experience they've struggled to explain. It can also become uncomfortable if other people treat it as a permanent contract or demand a detailed explanation.</w:t>
      </w:r>
      <w:r/>
    </w:p>
    <w:p>
      <w:r/>
      <w:r>
        <w:t>Merriam-Webster's discussion of queer and genderqueer highlights how meanings shift across communities and generations. Some people use queer as an umbrella term, some use it as a specific identity, and others reject it altogether. There isn't one universal test.</w:t>
      </w:r>
      <w:r/>
    </w:p>
    <w:p>
      <w:r/>
      <w:r>
        <w:t>A respectful response is simple: use the words and pronouns someone gives you, don't assume their relationships or body tell you anything, and ask only when the question is welcome. Curiosity is fine; entitlement isn't.</w:t>
      </w:r>
      <w:r/>
    </w:p>
    <w:p>
      <w:pPr>
        <w:pStyle w:val="Heading2"/>
      </w:pPr>
      <w:r>
        <w:t>Reclaiming a complicated word</w:t>
      </w:r>
      <w:r/>
    </w:p>
    <w:p>
      <w:r/>
      <w:r>
        <w:t>Queer carries both pain and possibility. Cornell Law School lists it among the terms connected to lesbian, gay, bisexual and transgender identities, while wider reference sources note its history as a derogatory term and its later reclamation by parts of the LGBTQ+ community.</w:t>
      </w:r>
      <w:r/>
    </w:p>
    <w:p>
      <w:r/>
      <w:r>
        <w:t>That history means context matters. The word may feel empowering in one setting and hostile in another, particularly when used by strangers or directed at someone who hasn't claimed it. Even within queer communities, opinions differ.</w:t>
      </w:r>
      <w:r/>
    </w:p>
    <w:p>
      <w:r/>
      <w:r>
        <w:t>Still, for many people, queer expresses a hopeful refusal to believe that gender, desire, intimacy or family must follow one approved script. It can mean uncertainty, belonging, resistance or simply a useful word for an identity that keeps unfolding. There’s no need to make it smaller than that.</w:t>
      </w:r>
      <w:r/>
    </w:p>
    <w:p>
      <w:r/>
      <w:r>
        <w:t>Queer identity is personal language for a life that may not follow conventional rules.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5">
        <w:r>
          <w:rPr>
            <w:color w:val="0000EE"/>
            <w:u w:val="single"/>
          </w:rPr>
          <w:t>[7]</w:t>
        </w:r>
      </w:hyperlink>
      <w:r>
        <w:t xml:space="preserve">- Paragraph 6: </w:t>
      </w:r>
      <w:hyperlink r:id="rId11">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1">
        <w:r>
          <w:rPr>
            <w:color w:val="0000EE"/>
            <w:u w:val="single"/>
          </w:rPr>
          <w:t>[5]</w:t>
        </w:r>
      </w:hyperlink>
      <w:r>
        <w:t xml:space="preserve">, </w:t>
      </w:r>
      <w:hyperlink r:id="rId15">
        <w:r>
          <w:rPr>
            <w:color w:val="0000EE"/>
            <w:u w:val="single"/>
          </w:rPr>
          <w:t>[7]</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3">
        <w:r>
          <w:rPr>
            <w:color w:val="0000EE"/>
            <w:u w:val="single"/>
          </w:rPr>
          <w:t>[4]</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https://theanarchistlibrary.org/library/asher-what-queerness-means-to-me?v=1788416122</w:t>
        </w:r>
      </w:hyperlink>
      <w:r>
        <w:t xml:space="preserve"> - Please view link - unable to able to access data</w:t>
      </w:r>
      <w:r/>
    </w:p>
    <w:p>
      <w:pPr>
        <w:pStyle w:val="ListNumber"/>
        <w:spacing w:line="240" w:lineRule="auto"/>
        <w:ind w:left="720"/>
      </w:pPr>
      <w:r/>
      <w:hyperlink r:id="rId10">
        <w:r>
          <w:rPr>
            <w:color w:val="0000EE"/>
            <w:u w:val="single"/>
          </w:rPr>
          <w:t>https://www.medicalnewstoday.com/articles/what-does-queer-mean</w:t>
        </w:r>
      </w:hyperlink>
      <w:r>
        <w:t xml:space="preserve"> - This article from Medical News Today explores the term 'queer,' discussing its evolution from a derogatory slur to a reclaimed identity within the LGBTQIA+ community. It highlights how individuals use 'queer' to describe sexual orientations and gender identities that are not exclusively heterosexual or cisgender. The piece also addresses the complexities and nuances of the term, noting that while some embrace it, others may still find it offensive due to its historical usage. The article provides insights into the diverse ways 'queer' is understood and applied in contemporary society.</w:t>
      </w:r>
      <w:r/>
    </w:p>
    <w:p>
      <w:pPr>
        <w:pStyle w:val="ListNumber"/>
        <w:spacing w:line="240" w:lineRule="auto"/>
        <w:ind w:left="720"/>
      </w:pPr>
      <w:r/>
      <w:hyperlink r:id="rId12">
        <w:r>
          <w:rPr>
            <w:color w:val="0000EE"/>
            <w:u w:val="single"/>
          </w:rPr>
          <w:t>https://www.cdc.gov/healthy-youth/lgbtq-youth/terminology.html</w:t>
        </w:r>
      </w:hyperlink>
      <w:r>
        <w:t xml:space="preserve"> - The Centers for Disease Control and Prevention (CDC) offers a comprehensive glossary of terms related to sexual orientation and gender identity. This resource defines 'queer' as a term used by some people whose sexual orientation is not exclusively heterosexual, encompassing a broad spectrum of identities. The CDC notes that 'queer' was once considered a pejorative term but has been reclaimed by many in the LGBTQ+ community. This glossary serves as an educational tool to promote understanding and inclusivity regarding diverse sexual orientations and gender identities.</w:t>
      </w:r>
      <w:r/>
    </w:p>
    <w:p>
      <w:pPr>
        <w:pStyle w:val="ListNumber"/>
        <w:spacing w:line="240" w:lineRule="auto"/>
        <w:ind w:left="720"/>
      </w:pPr>
      <w:r/>
      <w:hyperlink r:id="rId13">
        <w:r>
          <w:rPr>
            <w:color w:val="0000EE"/>
            <w:u w:val="single"/>
          </w:rPr>
          <w:t>https://www.law.cornell.edu/wex/lgbt</w:t>
        </w:r>
      </w:hyperlink>
      <w:r>
        <w:t xml:space="preserve"> - The Legal Information Institute (LII) at Cornell Law School provides an overview of the LGBTQIA+ acronym, explaining that 'queer' is an inclusive term reclaimed to represent non-heteronormative or non-cisnormative identities. The LII emphasizes that 'queer' serves as an umbrella for diverse identities within the broader community, highlighting its role in encompassing a wide range of sexual orientations and gender identities beyond the traditional categories. This resource offers a legal perspective on the term's usage and significance within societal and legal contexts.</w:t>
      </w:r>
      <w:r/>
    </w:p>
    <w:p>
      <w:pPr>
        <w:pStyle w:val="ListNumber"/>
        <w:spacing w:line="240" w:lineRule="auto"/>
        <w:ind w:left="720"/>
      </w:pPr>
      <w:r/>
      <w:hyperlink r:id="rId11">
        <w:r>
          <w:rPr>
            <w:color w:val="0000EE"/>
            <w:u w:val="single"/>
          </w:rPr>
          <w:t>https://www.merriam-webster.com/wordplay/merriam-websters-short-list-of-gender-and-identity-terms/queer-genderqueer</w:t>
        </w:r>
      </w:hyperlink>
      <w:r>
        <w:t xml:space="preserve"> - Merriam-Webster's dictionary provides definitions for 'queer' and 'genderqueer,' noting that 'queer' is a term used by some people whose sexual orientation is not exclusively heterosexual. The dictionary highlights that 'queer' is often used as an umbrella term to include a broad range of sexual and gender identities. It also discusses the historical context of the term, acknowledging its past as a pejorative and its reclamation by many in the LGBTQ+ community. This resource offers concise definitions and context for understanding these terms.</w:t>
      </w:r>
      <w:r/>
    </w:p>
    <w:p>
      <w:pPr>
        <w:pStyle w:val="ListNumber"/>
        <w:spacing w:line="240" w:lineRule="auto"/>
        <w:ind w:left="720"/>
      </w:pPr>
      <w:r/>
      <w:hyperlink r:id="rId14">
        <w:r>
          <w:rPr>
            <w:color w:val="0000EE"/>
            <w:u w:val="single"/>
          </w:rPr>
          <w:t>https://lgbtqhouse.org/en/library/info/about-q</w:t>
        </w:r>
      </w:hyperlink>
      <w:r>
        <w:t xml:space="preserve"> - LGBTQ+ House provides an explanation of the letter 'Q' in the LGBTQ+ acronym, representing both 'Queer' and 'Questioning.' The resource defines 'queer' as a contemporary and inclusive term used by many to describe their identity and sense of belonging to the community. It emphasizes that 'queer' serves as an umbrella term, bringing together the full diversity of LGBTQ+ experiences. The article also defines 'questioning' as those in the process of discovering and exploring their sexual orientation, gender identity, or expression.</w:t>
      </w:r>
      <w:r/>
    </w:p>
    <w:p>
      <w:pPr>
        <w:pStyle w:val="ListNumber"/>
        <w:spacing w:line="240" w:lineRule="auto"/>
        <w:ind w:left="720"/>
      </w:pPr>
      <w:r/>
      <w:hyperlink r:id="rId15">
        <w:r>
          <w:rPr>
            <w:color w:val="0000EE"/>
            <w:u w:val="single"/>
          </w:rPr>
          <w:t>https://en.wikipedia.org/wiki/Queer</w:t>
        </w:r>
      </w:hyperlink>
      <w:r>
        <w:t xml:space="preserve"> - The Wikipedia page on 'Queer' provides an in-depth exploration of the term's usage and scope. It discusses 'queer' as an identity descriptor used in several overlapping but distinct ways, including as an umbrella term for sexual and gender minorities and as a personal identity label encompassing a range of personal, political, and theoretically informed approaches to sexuality and gender. The article also addresses the historical context of the term, noting its evolution from a derogatory slur to a reclaimed identity within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anarchistlibrary.org/library/asher-what-queerness-means-to-me?v=1788416122" TargetMode="External"/><Relationship Id="rId10" Type="http://schemas.openxmlformats.org/officeDocument/2006/relationships/hyperlink" Target="https://www.medicalnewstoday.com/articles/what-does-queer-mean" TargetMode="External"/><Relationship Id="rId11" Type="http://schemas.openxmlformats.org/officeDocument/2006/relationships/hyperlink" Target="https://www.merriam-webster.com/wordplay/merriam-websters-short-list-of-gender-and-identity-terms/queer-genderqueer" TargetMode="External"/><Relationship Id="rId12" Type="http://schemas.openxmlformats.org/officeDocument/2006/relationships/hyperlink" Target="https://www.cdc.gov/healthy-youth/lgbtq-youth/terminology.html" TargetMode="External"/><Relationship Id="rId13" Type="http://schemas.openxmlformats.org/officeDocument/2006/relationships/hyperlink" Target="https://www.law.cornell.edu/wex/lgbt" TargetMode="External"/><Relationship Id="rId14" Type="http://schemas.openxmlformats.org/officeDocument/2006/relationships/hyperlink" Target="https://lgbtqhouse.org/en/library/info/about-q" TargetMode="External"/><Relationship Id="rId15" Type="http://schemas.openxmlformats.org/officeDocument/2006/relationships/hyperlink" Target="https://en.wikipedia.org/wiki/Que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