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Tucson vigil remembers LGBT+ hate-crime victims with love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gathered in Tucson for a candlelight vigil honouring Vincent Anthony Siqueiros and Cameron Davis Capara, who were killed outside the Venture-N Bar. The gathering offered friends, relatives and LGBT+ organisers a peaceful place to grieve, share memories and demand an end to violence targeting people for who they are.</w:t>
      </w:r>
      <w:r/>
    </w:p>
    <w:p>
      <w:pPr>
        <w:pStyle w:val="Heading2"/>
      </w:pPr>
      <w:r>
        <w:t>Essential Takeaways</w:t>
      </w:r>
      <w:r/>
      <w:r/>
    </w:p>
    <w:p>
      <w:pPr>
        <w:pStyle w:val="ListBullet"/>
        <w:spacing w:line="240" w:lineRule="auto"/>
        <w:ind w:left="720"/>
      </w:pPr>
      <w:r/>
      <w:r>
        <w:rPr>
          <w:b/>
        </w:rPr>
        <w:t>A large community gathering:</w:t>
      </w:r>
      <w:r>
        <w:t xml:space="preserve"> Thousands attended the Tucson vigil, bringing together LGBT+ groups, families and supporters.</w:t>
      </w:r>
      <w:r/>
    </w:p>
    <w:p>
      <w:pPr>
        <w:pStyle w:val="ListBullet"/>
        <w:spacing w:line="240" w:lineRule="auto"/>
        <w:ind w:left="720"/>
      </w:pPr>
      <w:r/>
      <w:r>
        <w:rPr>
          <w:b/>
        </w:rPr>
        <w:t>Two lives remembered:</w:t>
      </w:r>
      <w:r>
        <w:t xml:space="preserve"> Vincent Anthony Siqueiros, 42, and Cameron Davis Capara, 33, were mourned as beloved members of the community.</w:t>
      </w:r>
      <w:r/>
    </w:p>
    <w:p>
      <w:pPr>
        <w:pStyle w:val="ListBullet"/>
        <w:spacing w:line="240" w:lineRule="auto"/>
        <w:ind w:left="720"/>
      </w:pPr>
      <w:r/>
      <w:r>
        <w:rPr>
          <w:b/>
        </w:rPr>
        <w:t>Police classification:</w:t>
      </w:r>
      <w:r>
        <w:t xml:space="preserve"> Authorities described the shooting as a hate crime targeting the LGBT+ community.</w:t>
      </w:r>
      <w:r/>
    </w:p>
    <w:p>
      <w:pPr>
        <w:pStyle w:val="ListBullet"/>
        <w:spacing w:line="240" w:lineRule="auto"/>
        <w:ind w:left="720"/>
      </w:pPr>
      <w:r/>
      <w:r>
        <w:rPr>
          <w:b/>
        </w:rPr>
        <w:t>A call for dignity:</w:t>
      </w:r>
      <w:r>
        <w:t xml:space="preserve"> Speakers urged people to remember how the men lived, rather than allowing the violence to define them.</w:t>
      </w:r>
      <w:r/>
    </w:p>
    <w:p>
      <w:pPr>
        <w:pStyle w:val="ListBullet"/>
        <w:spacing w:line="240" w:lineRule="auto"/>
        <w:ind w:left="720"/>
      </w:pPr>
      <w:r/>
      <w:r>
        <w:rPr>
          <w:b/>
        </w:rPr>
        <w:t>Stories carried the evening:</w:t>
      </w:r>
      <w:r>
        <w:t xml:space="preserve"> Friends and relatives spoke about courage, activism, love and service.</w:t>
      </w:r>
      <w:r/>
      <w:r/>
    </w:p>
    <w:p>
      <w:pPr>
        <w:pStyle w:val="Heading2"/>
      </w:pPr>
      <w:r>
        <w:t>Tucson gathers under candlelight</w:t>
      </w:r>
      <w:r/>
    </w:p>
    <w:p>
      <w:r/>
      <w:r>
        <w:t>The strongest image from the vigil was also the simplest: a crowd standing together, candles glowing as Tucson mourned two men killed outside a place that had been part of the local LGBT+ social scene. According to KGUN 9, thousands attended the Wednesday evening gathering, which was organised by LGBT+ groups from across southern Arizona.</w:t>
      </w:r>
      <w:r/>
    </w:p>
    <w:p>
      <w:r/>
      <w:r>
        <w:t>The event followed the shooting outside the Venture-N Bar early on Monday morning. Police identified the victims as Vincent Anthony Siqueiros, 42, and Cameron Davis Capara, 33, while authorities said a 44-year-old man was responsible. The case has been described by police as a hate crime against the LGBT+ community.</w:t>
      </w:r>
      <w:r/>
    </w:p>
    <w:p>
      <w:pPr>
        <w:pStyle w:val="Heading2"/>
      </w:pPr>
      <w:r>
        <w:t>More than victims, two people with full lives</w:t>
      </w:r>
      <w:r/>
    </w:p>
    <w:p>
      <w:r/>
      <w:r>
        <w:t>Speakers repeatedly pushed back against the language of headlines and statistics. Sam Cloud, of Tucson Queer Story, told the crowd that Siqueiros and Capara were people loved by their community, not simply names attached to a crime.</w:t>
      </w:r>
      <w:r/>
    </w:p>
    <w:p>
      <w:r/>
      <w:r>
        <w:t>That distinction mattered. It turned the vigil from a sombre public gathering into something warmer and more personal, filled with memories of friendship, activism and everyday kindness. Coverage from KOLD and Tucson.com also reflected the community's effort to keep the men's personalities and contributions at the centre of the conversation.</w:t>
      </w:r>
      <w:r/>
    </w:p>
    <w:p>
      <w:r/>
      <w:r>
        <w:t>Vincent's sister remembered him as a proud gay man who chose joy and authenticity despite the pain he had experienced. Her message carried a particularly human hope: that younger family members would grow up knowing the truth about their uncle and the courage it took to live openly.</w:t>
      </w:r>
      <w:r/>
    </w:p>
    <w:p>
      <w:pPr>
        <w:pStyle w:val="Heading2"/>
      </w:pPr>
      <w:r>
        <w:t>Cameron's activism left a lasting mark</w:t>
      </w:r>
      <w:r/>
    </w:p>
    <w:p>
      <w:r/>
      <w:r>
        <w:t>Cameron was remembered not only as a friend and family member, but also as someone who spent years documenting events and campaigning for change. Maria Sohn Hasman, a close friend, described his commitment to community work and recalled marching alongside him at protests across Tucson.</w:t>
      </w:r>
      <w:r/>
    </w:p>
    <w:p>
      <w:r/>
      <w:r>
        <w:t>Her account helps explain why the loss has travelled so widely through the city. Cameron's activism wasn't occasional or performative. It was part of his weekly life, shaped by a belief in justice and carried out with what his friend described as love and grace.</w:t>
      </w:r>
      <w:r/>
    </w:p>
    <w:p>
      <w:r/>
      <w:r>
        <w:t>Reporting from Arizona Luminaria and the Los Angeles Times placed the shooting within the wider response to an attack that police confirmed was motivated by anti-LGBT+ hatred. For people attending the vigil, remembering Cameron's work was also a way of insisting that his values should continue.</w:t>
      </w:r>
      <w:r/>
    </w:p>
    <w:p>
      <w:pPr>
        <w:pStyle w:val="Heading2"/>
      </w:pPr>
      <w:r>
        <w:t>Why the vigil's message matters</w:t>
      </w:r>
      <w:r/>
    </w:p>
    <w:p>
      <w:r/>
      <w:r>
        <w:t>Vigils can look quiet from the outside, but they often do several jobs at once. They give families space to mourn, help communities gather safely and make clear that violence won't erase the identity or importance of those who died.</w:t>
      </w:r>
      <w:r/>
    </w:p>
    <w:p>
      <w:r/>
      <w:r>
        <w:t>That was evident in Tucson, where organisers worked with multiple groups to create a respectful and peaceful event. The gathering also offered a collective answer to fear: not denial, and not silence, but people showing up for one another.</w:t>
      </w:r>
      <w:r/>
    </w:p>
    <w:p>
      <w:r/>
      <w:r>
        <w:t>Cameron's father asked attendees to remember how his son lived rather than focusing only on how he died. It's a powerful request, particularly after a hate crime, when the circumstances can threaten to overwhelm every other memory.</w:t>
      </w:r>
      <w:r/>
    </w:p>
    <w:p>
      <w:pPr>
        <w:pStyle w:val="Heading2"/>
      </w:pPr>
      <w:r>
        <w:t>Holding on to memory, and looking ahead</w:t>
      </w:r>
      <w:r/>
    </w:p>
    <w:p>
      <w:r/>
      <w:r>
        <w:t>The community's grief remains raw, and the investigation will continue to shape public understanding of what happened. Associated Press reports and local coverage have followed the authorities' account of the attack, while community organisations have concentrated on remembrance and support.</w:t>
      </w:r>
      <w:r/>
    </w:p>
    <w:p>
      <w:r/>
      <w:r>
        <w:t>For friends and relatives, though, the immediate task is more intimate. It's telling the stories that make Vincent and Cameron recognisable: their courage, humour, principles, friendships and willingness to stand up for others. A candle may be small, but in a dark crowd it becomes part of a much larger message.</w:t>
      </w:r>
      <w:r/>
    </w:p>
    <w:p>
      <w:r/>
      <w:r>
        <w:t>The Tucson vigil showed that remembrance can be an act of resistance, too. By gathering publicly, mourners made space for grief while refusing to let hatred have the final word.</w:t>
      </w:r>
      <w:r/>
    </w:p>
    <w:p>
      <w:r/>
      <w:r>
        <w:t>A Tucson community remembers two men by celebrating the love, courage and justice they brought into the world.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[7]</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4">
        <w:r>
          <w:rPr>
            <w:color w:val="0000EE"/>
            <w:u w:val="single"/>
          </w:rPr>
          <w:t>[6]</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https://www.kgun9.com/news/community-inspired-journalism/midtown-news/community-vigil-held-for-victims-of-lgbt-targeted-hate-crime</w:t>
        </w:r>
      </w:hyperlink>
      <w:r>
        <w:t xml:space="preserve"> - Please view link - unable to able to access data</w:t>
      </w:r>
      <w:r/>
    </w:p>
    <w:p>
      <w:pPr>
        <w:pStyle w:val="ListNumber"/>
        <w:spacing w:line="240" w:lineRule="auto"/>
        <w:ind w:left="720"/>
      </w:pPr>
      <w:r/>
      <w:hyperlink r:id="rId10">
        <w:r>
          <w:rPr>
            <w:color w:val="0000EE"/>
            <w:u w:val="single"/>
          </w:rPr>
          <w:t>https://apnews.com/article/2884382f7e35f55590bd953ceb8d11d1</w:t>
        </w:r>
      </w:hyperlink>
      <w:r>
        <w:t xml:space="preserve"> - The Associated Press reports that a shooting occurred outside the Venture-N bar in Tucson, Arizona, resulting in the deaths of two men, Vincent Anthony Siqueiros, 42, and Cameron Davis Capara, 33. The suspect, 44-year-old Ousman Ceesay, confronted the victims in the parking lot before fatally shooting them and then himself. Investigators found a note at Ceesay's home indicating the attack was motivated by hate toward the LGBTQIA+ community. The Tucson Police Department has contacted businesses named in the note and affirmed there is no ongoing threat. A candlelight vigil was held to honour the victims, with community groups expressing both grief and unity in the aftermath of the tragedy. (</w:t>
      </w:r>
      <w:hyperlink r:id="rId15">
        <w:r>
          <w:rPr>
            <w:color w:val="0000EE"/>
            <w:u w:val="single"/>
          </w:rPr>
          <w:t>apnews.com</w:t>
        </w:r>
      </w:hyperlink>
      <w:r>
        <w:t>)</w:t>
      </w:r>
      <w:r/>
    </w:p>
    <w:p>
      <w:pPr>
        <w:pStyle w:val="ListNumber"/>
        <w:spacing w:line="240" w:lineRule="auto"/>
        <w:ind w:left="720"/>
      </w:pPr>
      <w:r/>
      <w:hyperlink r:id="rId16">
        <w:r>
          <w:rPr>
            <w:color w:val="0000EE"/>
            <w:u w:val="single"/>
          </w:rPr>
          <w:t>https://apnews.com/article/3ce3178d5d17a5ec92b7943568502882</w:t>
        </w:r>
      </w:hyperlink>
      <w:r>
        <w:t xml:space="preserve"> - The Associated Press reports that a tragic shooting at Venture-N, a well-known gay bar in Tucson, Arizona, left three people dead, including the suspected shooter, and is being investigated as a possible hate crime. The victims, Vincent Anthony Siqueiros, 42, and Cameron Davis Capara, 33, were fatally shot in the parking lot in the early hours of Monday by 44-year-old Ousman Ceesay, who later died from a gunshot wound. Police found a note on Ceesay listing several LGBTQIA+ businesses, suggesting a targeted attack. While the investigation remains ongoing, authorities have increased patrols near LGBTQIA+-friendly spaces and assured no ongoing threat to the community. The incident has caused deep shock and sorrow among Tucson’s LGBTQIA+ residents, evoking past tragedies such as shootings in Colorado Springs and Orlando. Community organizations plan a candlelight vigil to honor the victims. (</w:t>
      </w:r>
      <w:hyperlink r:id="rId17">
        <w:r>
          <w:rPr>
            <w:color w:val="0000EE"/>
            <w:u w:val="single"/>
          </w:rPr>
          <w:t>apnews.com</w:t>
        </w:r>
      </w:hyperlink>
      <w:r>
        <w:t>)</w:t>
      </w:r>
      <w:r/>
    </w:p>
    <w:p>
      <w:pPr>
        <w:pStyle w:val="ListNumber"/>
        <w:spacing w:line="240" w:lineRule="auto"/>
        <w:ind w:left="720"/>
      </w:pPr>
      <w:r/>
      <w:hyperlink r:id="rId11">
        <w:r>
          <w:rPr>
            <w:color w:val="0000EE"/>
            <w:u w:val="single"/>
          </w:rPr>
          <w:t>https://www.kold.com/2026/09/03/community-holds-vigil-victims-tucson-hate-crime/</w:t>
        </w:r>
      </w:hyperlink>
      <w:r>
        <w:t xml:space="preserve"> - KOLD News reports that a candlelight vigil was held at Catalina Park in Tucson to honor Vincent Anthony Siqueiros, 42 ... who were killed in a shooting outside the Venture-N bar. Thousands gathered with posters, candles, and flags to remember the victims. Families of both men shared stories and memories, speaking about the impact of their deaths on the community. Siqueiros’ sister, Kate Marquez, spoke at the vigil, urging the crowd to remember the victims not just for how they died, but for how they lived their lives. Tucson Mayor Regina Romero echoed that sentiment, stating that hate crimes never happen in a vacuum and are cultivated by anti-LGBTQ+ rhetoric. Jeff Davis Capara, father of Cameron, asked those at the vigil to continue honoring the two men by looking for someone different than themselves, offering them a hand, a smile, and a hug. Local leaders also discussed gun violence in Tucson and the need to continue working to reduce violence in the community. (</w:t>
      </w:r>
      <w:hyperlink r:id="rId18">
        <w:r>
          <w:rPr>
            <w:color w:val="0000EE"/>
            <w:u w:val="single"/>
          </w:rPr>
          <w:t>kold.com</w:t>
        </w:r>
      </w:hyperlink>
      <w:r>
        <w:t>)</w:t>
      </w:r>
      <w:r/>
    </w:p>
    <w:p>
      <w:pPr>
        <w:pStyle w:val="ListNumber"/>
        <w:spacing w:line="240" w:lineRule="auto"/>
        <w:ind w:left="720"/>
      </w:pPr>
      <w:r/>
      <w:hyperlink r:id="rId12">
        <w:r>
          <w:rPr>
            <w:color w:val="0000EE"/>
            <w:u w:val="single"/>
          </w:rPr>
          <w:t>https://tucson.com/news/local/crime-courts/article_0285e5f7-2852-43be-9453-578d54395413.html</w:t>
        </w:r>
      </w:hyperlink>
      <w:r>
        <w:t xml:space="preserve"> - The Arizona Daily Star reports that Tucson leaders and community groups are condemning targeted gun violence and homophobia after police confirmed a shooting outside the Venture-N bar is being investigated as a hate crime. The suspect, 44-year ... had a note with several LGBTQIA+ associated businesses written on it when he approached Vincent Anthony Siqueiros and Cameron Davis Capara and fatally shot them outside of the bar. (</w:t>
      </w:r>
      <w:hyperlink r:id="rId19">
        <w:r>
          <w:rPr>
            <w:color w:val="0000EE"/>
            <w:u w:val="single"/>
          </w:rPr>
          <w:t>tucson.com</w:t>
        </w:r>
      </w:hyperlink>
      <w:r>
        <w:t>)</w:t>
      </w:r>
      <w:r/>
    </w:p>
    <w:p>
      <w:pPr>
        <w:pStyle w:val="ListNumber"/>
        <w:spacing w:line="240" w:lineRule="auto"/>
        <w:ind w:left="720"/>
      </w:pPr>
      <w:r/>
      <w:hyperlink r:id="rId14">
        <w:r>
          <w:rPr>
            <w:color w:val="0000EE"/>
            <w:u w:val="single"/>
          </w:rPr>
          <w:t>https://azluminaria.org/2026/09/01/they-were-genuinely-who-they-were-tucson-remembers-venture-n-shooting-victims/</w:t>
        </w:r>
      </w:hyperlink>
      <w:r>
        <w:t xml:space="preserve"> - AZ Luminaria reports that as flowers and candles accumulated outside Venture-N, friends and regulars shared memories of Cameron Davis Capara and Vincent Anthony Siqueiros, two men killed outside the Tucson bar. A community candlelight vigil was planned at Catalina Park, 941 N. 4th Avenue on Wednesday at 6:30 p.m. (</w:t>
      </w:r>
      <w:hyperlink r:id="rId20">
        <w:r>
          <w:rPr>
            <w:color w:val="0000EE"/>
            <w:u w:val="single"/>
          </w:rPr>
          <w:t>azluminaria.org</w:t>
        </w:r>
      </w:hyperlink>
      <w:r>
        <w:t>)</w:t>
      </w:r>
      <w:r/>
    </w:p>
    <w:p>
      <w:pPr>
        <w:pStyle w:val="ListNumber"/>
        <w:spacing w:line="240" w:lineRule="auto"/>
        <w:ind w:left="720"/>
      </w:pPr>
      <w:r/>
      <w:hyperlink r:id="rId13">
        <w:r>
          <w:rPr>
            <w:color w:val="0000EE"/>
            <w:u w:val="single"/>
          </w:rPr>
          <w:t>https://www.latimes.com/world-nation/story/2026-09-02/arizona-police-confirm-tucson-gay-bar-shooting-was-hate-crime</w:t>
        </w:r>
      </w:hyperlink>
      <w:r>
        <w:t xml:space="preserve"> - The Los Angeles Times reports that Arizona police have confirmed that a shooting at ... The suspect, 44-year ... area and did not know the ... . While searching his home, detectives ... indicated he acted alone and that this ... . Vincent Anthony Siqueiros ... shot by Ceesay. Ceesay then shot himself with ... . Both Siqueiros and Cap ... Police said Ceesay was ... businesses in the region that back the local LGBTQIA+ community. (</w:t>
      </w:r>
      <w:hyperlink r:id="rId21">
        <w:r>
          <w:rPr>
            <w:color w:val="0000EE"/>
            <w:u w:val="single"/>
          </w:rPr>
          <w:t>latimes.com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gun9.com/news/community-inspired-journalism/midtown-news/community-vigil-held-for-victims-of-lgbt-targeted-hate-crime" TargetMode="External"/><Relationship Id="rId10" Type="http://schemas.openxmlformats.org/officeDocument/2006/relationships/hyperlink" Target="https://apnews.com/article/2884382f7e35f55590bd953ceb8d11d1" TargetMode="External"/><Relationship Id="rId11" Type="http://schemas.openxmlformats.org/officeDocument/2006/relationships/hyperlink" Target="https://www.kold.com/2026/09/03/community-holds-vigil-victims-tucson-hate-crime/" TargetMode="External"/><Relationship Id="rId12" Type="http://schemas.openxmlformats.org/officeDocument/2006/relationships/hyperlink" Target="https://tucson.com/news/local/crime-courts/article_0285e5f7-2852-43be-9453-578d54395413.html" TargetMode="External"/><Relationship Id="rId13" Type="http://schemas.openxmlformats.org/officeDocument/2006/relationships/hyperlink" Target="https://www.latimes.com/world-nation/story/2026-09-02/arizona-police-confirm-tucson-gay-bar-shooting-was-hate-crime" TargetMode="External"/><Relationship Id="rId14" Type="http://schemas.openxmlformats.org/officeDocument/2006/relationships/hyperlink" Target="https://azluminaria.org/2026/09/01/they-were-genuinely-who-they-were-tucson-remembers-venture-n-shooting-victims/" TargetMode="External"/><Relationship Id="rId15" Type="http://schemas.openxmlformats.org/officeDocument/2006/relationships/hyperlink" Target="https://apnews.com/article/2884382f7e35f55590bd953ceb8d11d1?utm_source=openai" TargetMode="External"/><Relationship Id="rId16" Type="http://schemas.openxmlformats.org/officeDocument/2006/relationships/hyperlink" Target="https://apnews.com/article/3ce3178d5d17a5ec92b7943568502882" TargetMode="External"/><Relationship Id="rId17" Type="http://schemas.openxmlformats.org/officeDocument/2006/relationships/hyperlink" Target="https://apnews.com/article/3ce3178d5d17a5ec92b7943568502882?utm_source=openai" TargetMode="External"/><Relationship Id="rId18" Type="http://schemas.openxmlformats.org/officeDocument/2006/relationships/hyperlink" Target="https://www.kold.com/2026/09/03/community-holds-vigil-victims-tucson-hate-crime/?utm_source=openai" TargetMode="External"/><Relationship Id="rId19" Type="http://schemas.openxmlformats.org/officeDocument/2006/relationships/hyperlink" Target="https://tucson.com/news/local/crime-courts/article_0285e5f7-2852-43be-9453-578d54395413.html?utm_source=openai" TargetMode="External"/><Relationship Id="rId20" Type="http://schemas.openxmlformats.org/officeDocument/2006/relationships/hyperlink" Target="https://azluminaria.org/2026/09/01/they-were-genuinely-who-they-were-tucson-remembers-venture-n-shooting-victims/?utm_source=openai" TargetMode="External"/><Relationship Id="rId21" Type="http://schemas.openxmlformats.org/officeDocument/2006/relationships/hyperlink" Target="https://www.latimes.com/world-nation/story/2026-09-02/arizona-police-confirm-tucson-gay-bar-shooting-was-hate-crim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