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Sacramento Lavender Heights Safety Calls Grow Before Rainbow Festival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Residents, businesses and LGBTQ+ advocates in Sacramento's Lavender Heights are urging stronger security and better support after reported anti-LGBTQ+ attacks renewed fears ahead of the Rainbow Festival. Cameras, extra patrols and Safe Space plans are welcome, but locals say lasting safety will depend on coordination, trust and accessible help for survivors.</w:t>
      </w:r>
      <w:r/>
    </w:p>
    <w:p>
      <w:pPr>
        <w:pStyle w:val="Heading2"/>
      </w:pPr>
      <w:r>
        <w:t>Essential Takeaways</w:t>
      </w:r>
      <w:r/>
      <w:r/>
    </w:p>
    <w:p>
      <w:pPr>
        <w:pStyle w:val="ListBullet"/>
        <w:spacing w:line="240" w:lineRule="auto"/>
        <w:ind w:left="720"/>
      </w:pPr>
      <w:r/>
      <w:r>
        <w:rPr>
          <w:b/>
        </w:rPr>
        <w:t>Security is increasing:</w:t>
      </w:r>
      <w:r>
        <w:t xml:space="preserve"> Police have installed surveillance cameras near 20th and L streets and expect a stronger presence during the Rainbow Festival.</w:t>
      </w:r>
      <w:r/>
    </w:p>
    <w:p>
      <w:pPr>
        <w:pStyle w:val="ListBullet"/>
        <w:spacing w:line="240" w:lineRule="auto"/>
        <w:ind w:left="720"/>
      </w:pPr>
      <w:r/>
      <w:r>
        <w:rPr>
          <w:b/>
        </w:rPr>
        <w:t>Residents want more than cameras:</w:t>
      </w:r>
      <w:r>
        <w:t xml:space="preserve"> Locals are calling for brighter streets, coordinated businesses and safe places to seek immediate help.</w:t>
      </w:r>
      <w:r/>
    </w:p>
    <w:p>
      <w:pPr>
        <w:pStyle w:val="ListBullet"/>
        <w:spacing w:line="240" w:lineRule="auto"/>
        <w:ind w:left="720"/>
      </w:pPr>
      <w:r/>
      <w:r>
        <w:rPr>
          <w:b/>
        </w:rPr>
        <w:t>The impact is personal:</w:t>
      </w:r>
      <w:r>
        <w:t xml:space="preserve"> One survivor described lasting dental damage, emotional distress and a changed sense of self.</w:t>
      </w:r>
      <w:r/>
    </w:p>
    <w:p>
      <w:pPr>
        <w:pStyle w:val="ListBullet"/>
        <w:spacing w:line="240" w:lineRule="auto"/>
        <w:ind w:left="720"/>
      </w:pPr>
      <w:r/>
      <w:r>
        <w:rPr>
          <w:b/>
        </w:rPr>
        <w:t>Support is available:</w:t>
      </w:r>
      <w:r>
        <w:t xml:space="preserve"> The Sacramento LGBT Community Center offers advocacy, victim services, peer support, counselling and incident reporting.</w:t>
      </w:r>
      <w:r/>
    </w:p>
    <w:p>
      <w:pPr>
        <w:pStyle w:val="ListBullet"/>
        <w:spacing w:line="240" w:lineRule="auto"/>
        <w:ind w:left="720"/>
      </w:pPr>
      <w:r/>
      <w:r>
        <w:rPr>
          <w:b/>
        </w:rPr>
        <w:t>Businesses are being encouraged to act:</w:t>
      </w:r>
      <w:r>
        <w:t xml:space="preserve"> Safe Space training and shared security planning are intended to make the district more responsive.</w:t>
      </w:r>
      <w:r/>
      <w:r/>
    </w:p>
    <w:p>
      <w:pPr>
        <w:pStyle w:val="Heading2"/>
      </w:pPr>
      <w:r>
        <w:t>Fear has returned to a neighbourhood built around belonging</w:t>
      </w:r>
      <w:r/>
    </w:p>
    <w:p>
      <w:r/>
      <w:r>
        <w:t>Lavender Heights is meant to feel like a place where people can relax, meet friends and move freely. Instead, reported violence has left some residents scanning the pavement and reconsidering familiar walks home, according to KCRA.</w:t>
      </w:r>
      <w:r/>
    </w:p>
    <w:p>
      <w:r/>
      <w:r>
        <w:t>The latest concerns come as Sacramento prepares for its Rainbow Festival, when the area is likely to be busier and more visible. That makes the timing particularly uncomfortable: a celebration of LGBTQ+ life is also prompting renewed questions about whether people can feel safe attending it.</w:t>
      </w:r>
      <w:r/>
    </w:p>
    <w:p>
      <w:r/>
      <w:r>
        <w:t>Flyers describing reported attacks have appeared around the neighbourhood, while community leaders have called for stronger links between venues, police and support organisations. The Pink Times reported on the investigation into an alleged anti-LGBTQ+ beating in the district.</w:t>
      </w:r>
      <w:r/>
    </w:p>
    <w:p>
      <w:pPr>
        <w:pStyle w:val="Heading2"/>
      </w:pPr>
      <w:r>
        <w:t>One survivor's account shows the damage doesn't end at the scene</w:t>
      </w:r>
      <w:r/>
    </w:p>
    <w:p>
      <w:r/>
      <w:r>
        <w:t>Andy Cortez said he was followed and attacked near Lavender Heights in October 2025 after anti-gay slurs were shouted at him. He described hitting the kerb face first, suffering broken teeth and carrying the emotional consequences long after the incident, KCRA reported.</w:t>
      </w:r>
      <w:r/>
    </w:p>
    <w:p>
      <w:r/>
      <w:r>
        <w:t>That kind of injury is visible, but the quieter effects can be harder to measure. Cortez said the assault changed how he saw his own face and initially left him wondering whether he had somehow caused what happened. His decision to speak publicly was shaped by hearing about further violence.</w:t>
      </w:r>
      <w:r/>
    </w:p>
    <w:p>
      <w:r/>
      <w:r>
        <w:t>LGBTQ+ Nation also reported on the assault, describing an attack in which a man was repeatedly punched by four people who allegedly yelled anti-LGBTQ+ slurs. Together, the accounts underline why residents are asking for victim support alongside conventional policing.</w:t>
      </w:r>
      <w:r/>
    </w:p>
    <w:p>
      <w:pPr>
        <w:pStyle w:val="Heading2"/>
      </w:pPr>
      <w:r>
        <w:t>Why cameras alone won't settle the argument</w:t>
      </w:r>
      <w:r/>
    </w:p>
    <w:p>
      <w:r/>
      <w:r>
        <w:t>Sacramento police have placed surveillance cameras near 20th and L streets, where officers said the latest reported attack took place. It’s a practical measure, particularly in an area where footage could help investigators, but residents say it can't replace prevention or a rapid response.</w:t>
      </w:r>
      <w:r/>
    </w:p>
    <w:p>
      <w:r/>
      <w:r>
        <w:t>Neil, a local resident and worker who asked to use only his first name, called for venues to communicate more effectively and adopt a safe-haven policy. The idea is simple: if someone is being followed, harassed or assaulted, a nearby business should know how to offer shelter, meet immediate needs and contact the right help.</w:t>
      </w:r>
      <w:r/>
    </w:p>
    <w:p>
      <w:r/>
      <w:r>
        <w:t>That approach fits a broader pattern seen after anti-LGBTQ+ violence. LGBTQ+ Nation has reported how neighbourhoods have rallied in response to attacks, showing that visible solidarity can be useful when it is organised rather than improvised.</w:t>
      </w:r>
      <w:r/>
    </w:p>
    <w:p>
      <w:pPr>
        <w:pStyle w:val="Heading2"/>
      </w:pPr>
      <w:r>
        <w:t>Businesses are being asked to become part of the safety net</w:t>
      </w:r>
      <w:r/>
    </w:p>
    <w:p>
      <w:r/>
      <w:r>
        <w:t>The Sacramento LGBT Community Center says it is working with businesses, police and city officials on the issue. Its services include advocacy, victim support, peer assistance, mental health counselling and a hate and bias incident reporting form, according to KCRA.</w:t>
      </w:r>
      <w:r/>
    </w:p>
    <w:p>
      <w:r/>
      <w:r>
        <w:t>That reporting route matters because not everyone feels comfortable approaching police first. A low-barrier option can help people document what happened, find emotional support and decide what to do next without being pushed into a single response.</w:t>
      </w:r>
      <w:r/>
    </w:p>
    <w:p>
      <w:r/>
      <w:r>
        <w:t>Teneral Cellars is already Safe Space certified, while the Midtown Association plans Safe Space training for businesses later this year. The city also intends to improve lighting along K Street, a modest-sounding change that can make streets feel less stark and give people more confidence after dark.</w:t>
      </w:r>
      <w:r/>
    </w:p>
    <w:p>
      <w:pPr>
        <w:pStyle w:val="Heading2"/>
      </w:pPr>
      <w:r>
        <w:t>What festival-goers can do before heading out</w:t>
      </w:r>
      <w:r/>
    </w:p>
    <w:p>
      <w:r/>
      <w:r>
        <w:t>Visitors should plan a route, stay aware of exits and agree on a meeting point before going out, especially if travelling with a group. If someone feels threatened, moving into a staffed venue and asking for help is usually safer than continuing alone or confronting an aggressor.</w:t>
      </w:r>
      <w:r/>
    </w:p>
    <w:p>
      <w:r/>
      <w:r>
        <w:t>It’s also worth saving the contact details for a trusted friend and the Sacramento LGBT Community Center before attending. If an incident happens, note the time, location and witnesses when it’s safe to do so, and preserve any messages, photographs or video that may help investigators.</w:t>
      </w:r>
      <w:r/>
    </w:p>
    <w:p>
      <w:r/>
      <w:r>
        <w:t>Police and neighbourhood security teams are expected to increase their presence during the festival. That should reassure visitors, but the deeper test will be whether residents feel heard after the crowds disappear, because safety has to work on an ordinary Tuesday night too.</w:t>
      </w:r>
      <w:r/>
    </w:p>
    <w:p>
      <w:r/>
      <w:r>
        <w:t>The historic importance of Sacramento's LGBTQ+ district adds weight to that question. A city planning document on the area's LGBTQ+ history describes a neighbourhood shaped by community, visibility and resilience, according to the City of Sacramento.</w:t>
      </w:r>
      <w:r/>
    </w:p>
    <w:p>
      <w:pPr>
        <w:pStyle w:val="Heading2"/>
      </w:pPr>
      <w:r>
        <w:t>The real measure will be trust</w:t>
      </w:r>
      <w:r/>
    </w:p>
    <w:p>
      <w:r/>
      <w:r>
        <w:t>For now, extra patrols, cameras, brighter streets and coordinated businesses offer useful layers of protection. None is a complete answer, particularly for survivors who may need medical, financial or psychological help long after a report is filed.</w:t>
      </w:r>
      <w:r/>
    </w:p>
    <w:p>
      <w:r/>
      <w:r>
        <w:t>The most encouraging sign is that different parts of the community are talking about practical steps rather than waiting for a single fix. As one local reflection makes clear, people shouldn't have to accept violence as the price of simply existing.</w:t>
      </w:r>
      <w:r/>
    </w:p>
    <w:p>
      <w:r/>
      <w:r>
        <w:t>Lavender Heights needs safety that feels ordinary, dependable and shared. That’s a bigger promise than one festival, but it’s the one residents are asking for.</w:t>
      </w:r>
      <w:r/>
    </w:p>
    <w:p>
      <w:r/>
      <w:r>
        <w:t>It's a small but meaningful step when every venue knows how to help, and every visitor knows where to turn.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https://www.kcra.com/article/sacramento-lavender-heights-attack-lgbtq-security/73599760</w:t>
        </w:r>
      </w:hyperlink>
      <w:r>
        <w:t xml:space="preserve"> - Please view link - unable to able to access data</w:t>
      </w:r>
      <w:r/>
    </w:p>
    <w:p>
      <w:pPr>
        <w:pStyle w:val="ListNumber"/>
        <w:spacing w:line="240" w:lineRule="auto"/>
        <w:ind w:left="720"/>
      </w:pPr>
      <w:r/>
      <w:hyperlink r:id="rId9">
        <w:r>
          <w:rPr>
            <w:color w:val="0000EE"/>
            <w:u w:val="single"/>
          </w:rPr>
          <w:t>https://www.kcra.com/article/sacramento-lavender-heights-attack-lgbtq-security/73599760</w:t>
        </w:r>
      </w:hyperlink>
      <w:r>
        <w:t xml:space="preserve"> - A recent attack in Sacramento's Lavender Heights neighborhood has heightened safety concerns among LGBTQ+ residents ahead of the Rainbow Festival. Flyers highlighting reported attacks have appeared throughout the area, with survivors and community leaders calling for increased security, better coordination among businesses, and more resources for victims. Sacramento police have positioned surveillance cameras at 20th and L streets, where the latest reported attack occurred. Community members welcome this step but feel it is insufficient to address broader concerns. The Sacramento LGBT Community Center is working with businesses, police, and city officials to address safety concerns, offering advocacy, victim services, peer support, and mental health counseling. The Midtown Association plans to increase lighting along K Street in Lavender Heights and provide Safe Space training for businesses later this year. Anyone with information or video related to the latest reported attack is urged to contact Sacramento police.</w:t>
      </w:r>
      <w:r/>
    </w:p>
    <w:p>
      <w:pPr>
        <w:pStyle w:val="ListNumber"/>
        <w:spacing w:line="240" w:lineRule="auto"/>
        <w:ind w:left="720"/>
      </w:pPr>
      <w:r/>
      <w:hyperlink r:id="rId11">
        <w:r>
          <w:rPr>
            <w:color w:val="0000EE"/>
            <w:u w:val="single"/>
          </w:rPr>
          <w:t>https://www.lgbtqnation.com/2026/09/man-punched-repeatedly-by-4-people-yelling-anti-lgbtq-slurs-in-absolutely-infuriating/</w:t>
        </w:r>
      </w:hyperlink>
      <w:r>
        <w:t xml:space="preserve"> - A city employee was attacked early Sunday morning in Sacramento's LGBTQ+ district of Lavender Heights. Four men left him with minor injuries after shouting racist and anti-LGBTQ+ slurs. The attack occurred near 20th and L streets, raising concerns about safety ahead of the Rainbow Festival. The Sacramento LGBT Community Center is collaborating with various partners to improve safety in the area, including strengthening communication among community members and public agencies, improving lighting and visibility, and advancing community-informed approaches to nighttime safety. The organization emphasizes that no one should have to wonder whether being visible will make them a target, especially in a neighborhood the community has long considered home.</w:t>
      </w:r>
      <w:r/>
    </w:p>
    <w:p>
      <w:pPr>
        <w:pStyle w:val="ListNumber"/>
        <w:spacing w:line="240" w:lineRule="auto"/>
        <w:ind w:left="720"/>
      </w:pPr>
      <w:r/>
      <w:hyperlink r:id="rId10">
        <w:r>
          <w:rPr>
            <w:color w:val="0000EE"/>
            <w:u w:val="single"/>
          </w:rPr>
          <w:t>https://thepinktimes.com/article/sacramento-police-investigate-alleged-anti-lgbtq-beating-in-lavender-heights/</w:t>
        </w:r>
      </w:hyperlink>
      <w:r>
        <w:t xml:space="preserve"> - Sacramento police are investigating an assault in Lavender Heights after one victim reported being attacked by four men who shouted anti-LGBTQ+ and racist slurs. The incident occurred near two gay bars in the city's LGBTQ district. No arrests have been made, and officers say the suspects fled before they arrived. The attack follows the 2025 killing of LGBTQ+ activist Alvin Prasad after a similar assault in the area. The police are treating the case as a felony assault with a possible bias motive.</w:t>
      </w:r>
      <w:r/>
    </w:p>
    <w:p>
      <w:pPr>
        <w:pStyle w:val="ListNumber"/>
        <w:spacing w:line="240" w:lineRule="auto"/>
        <w:ind w:left="720"/>
      </w:pPr>
      <w:r/>
      <w:hyperlink r:id="rId12">
        <w:r>
          <w:rPr>
            <w:color w:val="0000EE"/>
            <w:u w:val="single"/>
          </w:rPr>
          <w:t>https://www.lgbtqnation.com/2026/01/gay-elder-dies-after-brutal-assault-outside-queer-nightclub/</w:t>
        </w:r>
      </w:hyperlink>
      <w:r>
        <w:t xml:space="preserve"> - A gay California man has died due to injuries from a November assault that authorities believe was a hate crime. The alleged attacker, 25-year-old Sean Wesley Payton Jr., now faces homicide charges. 58-year-old Alvin Prasad had been enjoying a Halloween night out with his adult daughter and friends in Lavender Heights, Sacramento's LGBTQ+ district. After exiting the Badlands nightclub and heading for their car, a man approached Prasad and insulted his flamboyant costume. Prasad's daughter, Andrea, recounted the incident, stating that the man called her dad 'weird' in a rude, aggressive manner, as if he wanted to hurt him.</w:t>
      </w:r>
      <w:r/>
    </w:p>
    <w:p>
      <w:pPr>
        <w:pStyle w:val="ListNumber"/>
        <w:spacing w:line="240" w:lineRule="auto"/>
        <w:ind w:left="720"/>
      </w:pPr>
      <w:r/>
      <w:hyperlink r:id="rId13">
        <w:r>
          <w:rPr>
            <w:color w:val="0000EE"/>
            <w:u w:val="single"/>
          </w:rPr>
          <w:t>https://www.lgbtqnation.com/2025/12/anti-lgbtq-attacks-rose-but-then-the-neighborhood-rallied-in-a-surprising-way/</w:t>
        </w:r>
      </w:hyperlink>
      <w:r>
        <w:t xml:space="preserve"> - Following an attack on a 57-year-old gay man in October that left him in a coma, and an admission by police that they can't increase patrols in Sacramento's LGBTQ+ gayborhood, residents in the Lavender Heights district are reviving a citizen patrol they call the Lavender Angels. Alvin Prasad was attacked outside the Badlands nightclub as he exited the bar with his daughter on Halloween night. Then, 24-year-old suspect Sean Wesley Payton Jr. made disparaging remarks about Prasad and his 'flamboyant' costume and punched him, causing him to collapse onto the ground. Doctors say the result was permanent damage to the front and back of Prasad's brain.</w:t>
      </w:r>
      <w:r/>
    </w:p>
    <w:p>
      <w:pPr>
        <w:pStyle w:val="ListNumber"/>
        <w:spacing w:line="240" w:lineRule="auto"/>
        <w:ind w:left="720"/>
      </w:pPr>
      <w:r/>
      <w:hyperlink r:id="rId14">
        <w:r>
          <w:rPr>
            <w:color w:val="0000EE"/>
            <w:u w:val="single"/>
          </w:rPr>
          <w:t>https://www.cityofsacramento.gov/content/dam/portal/cdd/Planning/Historic-Preservation/23313_Sacramento%20LGBTQ%20HCS_Final_clean.pdf</w:t>
        </w:r>
      </w:hyperlink>
      <w:r>
        <w:t xml:space="preserve"> - By the 1970s, the foundations of a clearly identifiable, vibrant, openly gay neighborhood began to emerge in Sacramento. Known as Lavender Heights, the neighborhood was centered around the intersection of 20th and K streets and the surrounding blocks, though its boundaries were not clearly defined and evolved over time with the growth of LGBTQ+-owned and LGBTQ+-friendly business establishments in the Midtown area. In the early 1980s, an article in the Sacramento Bee described Lavender Heights as 'a cluster of gay-owned or gay-frequented businesses along 21st Street between Broadway and C Street.' However, by the 1990s, the neighborhood had expanded north and to the east and west, primarily along K and J streets. In a survey of 111 residents and patrons of Lavender Heights conducted in 1998 by graduate students, the area was identified as a vibrant LGBTQ+ community hub.</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cra.com/article/sacramento-lavender-heights-attack-lgbtq-security/73599760" TargetMode="External"/><Relationship Id="rId10" Type="http://schemas.openxmlformats.org/officeDocument/2006/relationships/hyperlink" Target="https://thepinktimes.com/article/sacramento-police-investigate-alleged-anti-lgbtq-beating-in-lavender-heights/" TargetMode="External"/><Relationship Id="rId11" Type="http://schemas.openxmlformats.org/officeDocument/2006/relationships/hyperlink" Target="https://www.lgbtqnation.com/2026/09/man-punched-repeatedly-by-4-people-yelling-anti-lgbtq-slurs-in-absolutely-infuriating/" TargetMode="External"/><Relationship Id="rId12" Type="http://schemas.openxmlformats.org/officeDocument/2006/relationships/hyperlink" Target="https://www.lgbtqnation.com/2026/01/gay-elder-dies-after-brutal-assault-outside-queer-nightclub/" TargetMode="External"/><Relationship Id="rId13" Type="http://schemas.openxmlformats.org/officeDocument/2006/relationships/hyperlink" Target="https://www.lgbtqnation.com/2025/12/anti-lgbtq-attacks-rose-but-then-the-neighborhood-rallied-in-a-surprising-way/" TargetMode="External"/><Relationship Id="rId14" Type="http://schemas.openxmlformats.org/officeDocument/2006/relationships/hyperlink" Target="https://www.cityofsacramento.gov/content/dam/portal/cdd/Planning/Historic-Preservation/23313_Sacramento%20LGBTQ%20HCS_Final_clea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