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 Polo in Bucks County Brings LGBTQ+ Sport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Polo lovers and Pride supporters are heading to Tinicum Park Polo Club in Bucks County for a colourful afternoon of sport, community and fundraising. With international players, stylish tailgates and riverside views, Pride Polo offers a welcoming way to experience LGBTQ+ visibility on the field.</w:t>
      </w:r>
      <w:r/>
    </w:p>
    <w:p>
      <w:pPr>
        <w:pStyle w:val="Heading2"/>
      </w:pPr>
      <w:r>
        <w:t>Essential Takeaways</w:t>
      </w:r>
      <w:r/>
      <w:r/>
    </w:p>
    <w:p>
      <w:pPr>
        <w:pStyle w:val="ListBullet"/>
        <w:spacing w:line="240" w:lineRule="auto"/>
        <w:ind w:left="720"/>
      </w:pPr>
      <w:r/>
      <w:r>
        <w:rPr>
          <w:b/>
        </w:rPr>
        <w:t>A new local event:</w:t>
      </w:r>
      <w:r>
        <w:t xml:space="preserve"> Pride Polo is scheduled for Tinicum Park Polo Club in Erwinna, Pennsylvania.</w:t>
      </w:r>
      <w:r/>
    </w:p>
    <w:p>
      <w:pPr>
        <w:pStyle w:val="ListBullet"/>
        <w:spacing w:line="240" w:lineRule="auto"/>
        <w:ind w:left="720"/>
      </w:pPr>
      <w:r/>
      <w:r>
        <w:rPr>
          <w:b/>
        </w:rPr>
        <w:t>Sport meets celebration:</w:t>
      </w:r>
      <w:r>
        <w:t xml:space="preserve"> Two polo matches combine high-speed play with Pride-inspired fashion and hospitality.</w:t>
      </w:r>
      <w:r/>
    </w:p>
    <w:p>
      <w:pPr>
        <w:pStyle w:val="ListBullet"/>
        <w:spacing w:line="240" w:lineRule="auto"/>
        <w:ind w:left="720"/>
      </w:pPr>
      <w:r/>
      <w:r>
        <w:rPr>
          <w:b/>
        </w:rPr>
        <w:t>A charitable purpose:</w:t>
      </w:r>
      <w:r>
        <w:t xml:space="preserve"> Proceeds support New Hope Celebrates and the Gay Polo League.</w:t>
      </w:r>
      <w:r/>
    </w:p>
    <w:p>
      <w:pPr>
        <w:pStyle w:val="ListBullet"/>
        <w:spacing w:line="240" w:lineRule="auto"/>
        <w:ind w:left="720"/>
      </w:pPr>
      <w:r/>
      <w:r>
        <w:rPr>
          <w:b/>
        </w:rPr>
        <w:t>Tickets suit different budgets:</w:t>
      </w:r>
      <w:r>
        <w:t xml:space="preserve"> Options range from general admission to catered VIP hospitality.</w:t>
      </w:r>
      <w:r/>
    </w:p>
    <w:p>
      <w:pPr>
        <w:pStyle w:val="ListBullet"/>
        <w:spacing w:line="240" w:lineRule="auto"/>
        <w:ind w:left="720"/>
      </w:pPr>
      <w:r/>
      <w:r>
        <w:rPr>
          <w:b/>
        </w:rPr>
        <w:t>Family-friendly atmosphere:</w:t>
      </w:r>
      <w:r>
        <w:t xml:space="preserve"> The event is designed to welcome supporters, allies and polo newcomers.</w:t>
      </w:r>
      <w:r/>
      <w:r/>
    </w:p>
    <w:p>
      <w:pPr>
        <w:pStyle w:val="Heading2"/>
      </w:pPr>
      <w:r>
        <w:t>A colourful new fixture for Bucks County</w:t>
      </w:r>
      <w:r/>
    </w:p>
    <w:p>
      <w:r/>
      <w:r>
        <w:t>The strongest selling point is the atmosphere: horses thundering across the grass, players chasing a fast-moving ball and guests adding their own splash of colour from the sidelines. Set near the Delaware River, Tinicum Park Polo Club gives the event a scenic backdrop that feels a world away from a standard afternoon out.</w:t>
      </w:r>
      <w:r/>
    </w:p>
    <w:p>
      <w:r/>
      <w:r>
        <w:t>Pride Polo is scheduled to run from noon to 4pm, with matches at 1pm and 3pm. General admission includes fieldside access and visits to tailgate installations, making it an easy entry point for anyone curious about polo but not ready to commit to a full hospitality package.</w:t>
      </w:r>
      <w:r/>
    </w:p>
    <w:p>
      <w:r/>
      <w:r>
        <w:t xml:space="preserve">The event is being presented as a partnership between New Hope Celebrates and the Gay Polo League. New Hope Celebrates lists LGBTQ+ community events in the area, while Visit Bucks County promotes the region as a welcoming destination for LGBTQ+ travellers. Sources: </w:t>
      </w:r>
      <w:hyperlink r:id="rId9">
        <w:r>
          <w:rPr>
            <w:color w:val="0000EE"/>
            <w:u w:val="single"/>
          </w:rPr>
          <w:t>[3]</w:t>
        </w:r>
      </w:hyperlink>
      <w:r>
        <w:t xml:space="preserve">, </w:t>
      </w:r>
      <w:hyperlink r:id="rId10">
        <w:r>
          <w:rPr>
            <w:color w:val="0000EE"/>
            <w:u w:val="single"/>
          </w:rPr>
          <w:t>[4]</w:t>
        </w:r>
      </w:hyperlink>
      <w:r/>
    </w:p>
    <w:p>
      <w:pPr>
        <w:pStyle w:val="Heading2"/>
      </w:pPr>
      <w:r>
        <w:t>Why the Gay Polo League matters</w:t>
      </w:r>
      <w:r/>
    </w:p>
    <w:p>
      <w:r/>
      <w:r>
        <w:t>The Gay Polo League was founded in 2006 by Chip McKenney, with the aim of creating greater diversity and inclusion within polo. It has since developed into an international network of players and supporters, with activity spanning 15 countries and a record of charitable fundraising.</w:t>
      </w:r>
      <w:r/>
    </w:p>
    <w:p>
      <w:r/>
      <w:r>
        <w:t>That background gives Pride Polo more weight than a simple themed sporting event. The match itself is the headline attraction, but the wider message is about visibility, belonging and changing assumptions around who gets to take part in elite sport.</w:t>
      </w:r>
      <w:r/>
    </w:p>
    <w:p>
      <w:r/>
      <w:r>
        <w:t xml:space="preserve">The league's international programme shows how polo can serve as both competition and community-building. It also helps explain why an event in rural Bucks County can have a wider cultural reach than its compact setting might suggest. Sources: </w:t>
      </w:r>
      <w:hyperlink r:id="rId11">
        <w:r>
          <w:rPr>
            <w:color w:val="0000EE"/>
            <w:u w:val="single"/>
          </w:rPr>
          <w:t>[2]</w:t>
        </w:r>
      </w:hyperlink>
      <w:r>
        <w:t xml:space="preserve">, </w:t>
      </w:r>
      <w:hyperlink r:id="rId12">
        <w:r>
          <w:rPr>
            <w:color w:val="0000EE"/>
            <w:u w:val="single"/>
          </w:rPr>
          <w:t>[7]</w:t>
        </w:r>
      </w:hyperlink>
      <w:r/>
    </w:p>
    <w:p>
      <w:pPr>
        <w:pStyle w:val="Heading2"/>
      </w:pPr>
      <w:r>
        <w:t>What to expect on the day</w:t>
      </w:r>
      <w:r/>
    </w:p>
    <w:p>
      <w:r/>
      <w:r>
        <w:t>Guests can expect four-player teams, energetic chukkers and plenty of movement. Polo can look leisurely from a distance, particularly when spectators are settled beside the field, but the pace changes quickly once horses and riders are in pursuit.</w:t>
      </w:r>
      <w:r/>
    </w:p>
    <w:p>
      <w:r/>
      <w:r>
        <w:t>Dress is part of the fun. Organisers are encouraging polo-inspired clothing or festive Pride fashion, so expect a mix of smart countryside style, bold colour and comfortable shoes for spending time outdoors. A light layer, sun protection and practical footwear should make the afternoon more enjoyable.</w:t>
      </w:r>
      <w:r/>
    </w:p>
    <w:p>
      <w:r/>
      <w:r>
        <w:t xml:space="preserve">Tinicum Park Polo Club is in Erwinna, at 961 River Road in Tinicum Township. Local event listings identify the venue as an established polo destination, while travel guides include New Hope among the region's LGBTQ+-friendly places to visit. Sources: </w:t>
      </w:r>
      <w:hyperlink r:id="rId13">
        <w:r>
          <w:rPr>
            <w:color w:val="0000EE"/>
            <w:u w:val="single"/>
          </w:rPr>
          <w:t>[5]</w:t>
        </w:r>
      </w:hyperlink>
      <w:r>
        <w:t xml:space="preserve">, </w:t>
      </w:r>
      <w:hyperlink r:id="rId14">
        <w:r>
          <w:rPr>
            <w:color w:val="0000EE"/>
            <w:u w:val="single"/>
          </w:rPr>
          <w:t>[6]</w:t>
        </w:r>
      </w:hyperlink>
      <w:r>
        <w:t xml:space="preserve">, </w:t>
      </w:r>
      <w:hyperlink r:id="rId10">
        <w:r>
          <w:rPr>
            <w:color w:val="0000EE"/>
            <w:u w:val="single"/>
          </w:rPr>
          <w:t>[4]</w:t>
        </w:r>
      </w:hyperlink>
      <w:r/>
    </w:p>
    <w:p>
      <w:pPr>
        <w:pStyle w:val="Heading2"/>
      </w:pPr>
      <w:r>
        <w:t>Tickets range from casual to VIP</w:t>
      </w:r>
      <w:r/>
    </w:p>
    <w:p>
      <w:r/>
      <w:r>
        <w:t>General admission costs $40 per person and includes fieldside viewing and access to tailgate installations. It's the most straightforward choice for visitors who want the atmosphere and the action without booking a table.</w:t>
      </w:r>
      <w:r/>
    </w:p>
    <w:p>
      <w:r/>
      <w:r>
        <w:t>For a more social experience, the Rainbow Rail Tailgate package costs $400 for eight guests and includes a private 10-by-10-foot tailgate space. The VIP NHC Pride Pavilion is priced at $120 per person, with food, an open bar and premium viewing in the Winner's Circle Tent. An eight-person reserved table costs $900 and includes the same hospitality benefits.</w:t>
      </w:r>
      <w:r/>
    </w:p>
    <w:p>
      <w:r/>
      <w:r>
        <w:t xml:space="preserve">In other words, the event can work as a relaxed day out, a group celebration or a more polished fundraising occasion. Check the Gay Polo League's event information before travelling, as ticket availability, timings and arrangements can change. Sources: </w:t>
      </w:r>
      <w:hyperlink r:id="rId11">
        <w:r>
          <w:rPr>
            <w:color w:val="0000EE"/>
            <w:u w:val="single"/>
          </w:rPr>
          <w:t>[2]</w:t>
        </w:r>
      </w:hyperlink>
      <w:r>
        <w:t xml:space="preserve">, </w:t>
      </w:r>
      <w:hyperlink r:id="rId9">
        <w:r>
          <w:rPr>
            <w:color w:val="0000EE"/>
            <w:u w:val="single"/>
          </w:rPr>
          <w:t>[3]</w:t>
        </w:r>
      </w:hyperlink>
      <w:r/>
    </w:p>
    <w:p>
      <w:pPr>
        <w:pStyle w:val="Heading2"/>
      </w:pPr>
      <w:r>
        <w:t>A gathering with a bigger purpose</w:t>
      </w:r>
      <w:r/>
    </w:p>
    <w:p>
      <w:r/>
      <w:r>
        <w:t>Pride Polo is designed to raise money for both New Hope Celebrates and the Gay Polo League, linking a lively day on the field with practical support for LGBTQ+ organisations. The Gay Polo League says it has raised more than $450,000 for charitable partners, giving the event a clear philanthropic thread.</w:t>
      </w:r>
      <w:r/>
    </w:p>
    <w:p>
      <w:r/>
      <w:r>
        <w:t>That combination is increasingly familiar across LGBTQ+ travel and cultural programming: people want experiences that feel joyful, but they also want to know their spending supports something meaningful. A polo match may be an unusual setting for Pride, but perhaps that's precisely its charm.</w:t>
      </w:r>
      <w:r/>
    </w:p>
    <w:p>
      <w:r/>
      <w:r>
        <w:t xml:space="preserve">For first-time visitors, the best approach is simple: arrive early, dress for the weather, choose footwear that can handle grass and decide whether you're there mainly for the match, the social scene or both. Sources: </w:t>
      </w:r>
      <w:hyperlink r:id="rId11">
        <w:r>
          <w:rPr>
            <w:color w:val="0000EE"/>
            <w:u w:val="single"/>
          </w:rPr>
          <w:t>[2]</w:t>
        </w:r>
      </w:hyperlink>
      <w:r>
        <w:t xml:space="preserve">, </w:t>
      </w:r>
      <w:hyperlink r:id="rId10">
        <w:r>
          <w:rPr>
            <w:color w:val="0000EE"/>
            <w:u w:val="single"/>
          </w:rPr>
          <w:t>[4]</w:t>
        </w:r>
      </w:hyperlink>
      <w:r>
        <w:t xml:space="preserve">, </w:t>
      </w:r>
      <w:hyperlink r:id="rId13">
        <w:r>
          <w:rPr>
            <w:color w:val="0000EE"/>
            <w:u w:val="single"/>
          </w:rPr>
          <w:t>[5]</w:t>
        </w:r>
      </w:hyperlink>
      <w:r/>
    </w:p>
    <w:p>
      <w:r/>
      <w:r>
        <w:t>Pride Polo promises a spirited afternoon where sport, style and community share the same field.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9">
        <w:r>
          <w:rPr>
            <w:color w:val="0000EE"/>
            <w:u w:val="single"/>
          </w:rPr>
          <w:t>[3]</w:t>
        </w:r>
      </w:hyperlink>
      <w:r>
        <w:t xml:space="preserve">- Paragraph 3: </w:t>
      </w:r>
      <w:hyperlink r:id="rId14">
        <w:r>
          <w:rPr>
            <w:color w:val="0000EE"/>
            <w:u w:val="single"/>
          </w:rPr>
          <w:t>[6]</w:t>
        </w:r>
      </w:hyperlink>
      <w:r>
        <w:t xml:space="preserve">, </w:t>
      </w:r>
      <w:hyperlink r:id="rId10">
        <w:r>
          <w:rPr>
            <w:color w:val="0000EE"/>
            <w:u w:val="single"/>
          </w:rPr>
          <w:t>[4]</w:t>
        </w:r>
      </w:hyperlink>
      <w:r>
        <w:t xml:space="preserve">- Paragraph 4: </w:t>
      </w:r>
      <w:hyperlink r:id="rId11">
        <w:r>
          <w:rPr>
            <w:color w:val="0000EE"/>
            <w:u w:val="single"/>
          </w:rPr>
          <w:t>[2]</w:t>
        </w:r>
      </w:hyperlink>
      <w:r>
        <w:t xml:space="preserve">, </w:t>
      </w:r>
      <w:hyperlink r:id="rId12">
        <w:r>
          <w:rPr>
            <w:color w:val="0000EE"/>
            <w:u w:val="single"/>
          </w:rPr>
          <w:t>[7]</w:t>
        </w:r>
      </w:hyperlink>
      <w:r>
        <w:t xml:space="preserve">- Paragraph 5: </w:t>
      </w:r>
      <w:hyperlink r:id="rId11">
        <w:r>
          <w:rPr>
            <w:color w:val="0000EE"/>
            <w:u w:val="single"/>
          </w:rPr>
          <w:t>[2]</w:t>
        </w:r>
      </w:hyperlink>
      <w:r>
        <w:t xml:space="preserve">, </w:t>
      </w:r>
      <w:hyperlink r:id="rId9">
        <w:r>
          <w:rPr>
            <w:color w:val="0000EE"/>
            <w:u w:val="single"/>
          </w:rPr>
          <w:t>[3]</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[2]</w:t>
        </w:r>
      </w:hyperlink>
      <w:r>
        <w:t xml:space="preserve">, </w:t>
      </w:r>
      <w:hyperlink r:id="rId9">
        <w:r>
          <w:rPr>
            <w:color w:val="0000EE"/>
            <w:u w:val="single"/>
          </w:rPr>
          <w:t>[3]</w:t>
        </w:r>
      </w:hyperlink>
      <w:r>
        <w:t xml:space="preserve">- Paragraph 9: </w:t>
      </w:r>
      <w:hyperlink r:id="rId11">
        <w:r>
          <w:rPr>
            <w:color w:val="0000EE"/>
            <w:u w:val="single"/>
          </w:rPr>
          <w:t>[2]</w:t>
        </w:r>
      </w:hyperlink>
      <w:r>
        <w:t xml:space="preserve">, </w:t>
      </w:r>
      <w:hyperlink r:id="rId9">
        <w:r>
          <w:rPr>
            <w:color w:val="0000EE"/>
            <w:u w:val="single"/>
          </w:rPr>
          <w:t>[3]</w:t>
        </w:r>
      </w:hyperlink>
      <w:r>
        <w:t xml:space="preserve">- Paragraph 10: </w:t>
      </w:r>
      <w:hyperlink r:id="rId11">
        <w:r>
          <w:rPr>
            <w:color w:val="0000EE"/>
            <w:u w:val="single"/>
          </w:rPr>
          <w:t>[2]</w:t>
        </w:r>
      </w:hyperlink>
      <w:r>
        <w:t xml:space="preserve">, </w:t>
      </w:r>
      <w:hyperlink r:id="rId10">
        <w:r>
          <w:rPr>
            <w:color w:val="0000EE"/>
            <w:u w:val="single"/>
          </w:rPr>
          <w:t>[4]</w:t>
        </w:r>
      </w:hyperlink>
      <w:r>
        <w:t xml:space="preserve">- Paragraph 11: </w:t>
      </w:r>
      <w:hyperlink r:id="rId11">
        <w:r>
          <w:rPr>
            <w:color w:val="0000EE"/>
            <w:u w:val="single"/>
          </w:rPr>
          <w:t>[2]</w:t>
        </w:r>
      </w:hyperlink>
      <w:r>
        <w:t xml:space="preserve">, </w:t>
      </w:r>
      <w:hyperlink r:id="rId10">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https://passportmagazine.com/international-gay-polo-tournament-in-new-hope-pa/</w:t>
        </w:r>
      </w:hyperlink>
      <w:r>
        <w:t xml:space="preserve"> - Please view link - unable to able to access data</w:t>
      </w:r>
      <w:r/>
    </w:p>
    <w:p>
      <w:pPr>
        <w:pStyle w:val="ListNumber"/>
        <w:spacing w:line="240" w:lineRule="auto"/>
        <w:ind w:left="720"/>
      </w:pPr>
      <w:r/>
      <w:hyperlink r:id="rId11">
        <w:r>
          <w:rPr>
            <w:color w:val="0000EE"/>
            <w:u w:val="single"/>
          </w:rPr>
          <w:t>https://www.gaypolo.com/</w:t>
        </w:r>
      </w:hyperlink>
      <w:r>
        <w:t xml:space="preserve"> - The Gay Polo League (GPL) is the only LGBTQ+ polo organisation globally, dedicated to producing high-end polo events and experiences worldwide. Founded in 2006 by Chip McKenney, the GPL aims to inspire and empower individuals who identify as lesbian, gay, bisexual, and transgender through the promotion and participation in polo. The league has raised over $450,000 for charitable partners and is committed to diversity, equity, and inclusion in every event it produces.</w:t>
      </w:r>
      <w:r/>
    </w:p>
    <w:p>
      <w:pPr>
        <w:pStyle w:val="ListNumber"/>
        <w:spacing w:line="240" w:lineRule="auto"/>
        <w:ind w:left="720"/>
      </w:pPr>
      <w:r/>
      <w:hyperlink r:id="rId9">
        <w:r>
          <w:rPr>
            <w:color w:val="0000EE"/>
            <w:u w:val="single"/>
          </w:rPr>
          <w:t>https://www.newhopecelebrates.com/events/</w:t>
        </w:r>
      </w:hyperlink>
      <w:r>
        <w:t xml:space="preserve"> - New Hope Celebrates (NHC) is a non-profit organisation dedicated to celebrating and preserving the rich LGBTQ+ history, culture, and community of New Hope, Pennsylvania, and Lambertville, New Jersey. Through signature events, public art, and community initiatives, NHC works year-round to foster visibility and inclusivity while honouring the region's legacy as one of the nation's most welcoming LGBTQ+ destinations. Their events include PrideFest, which features live musical performances, dance parties, picnics, art exhibits, and a grand parade down historic Main Street.</w:t>
      </w:r>
      <w:r/>
    </w:p>
    <w:p>
      <w:pPr>
        <w:pStyle w:val="ListNumber"/>
        <w:spacing w:line="240" w:lineRule="auto"/>
        <w:ind w:left="720"/>
      </w:pPr>
      <w:r/>
      <w:hyperlink r:id="rId10">
        <w:r>
          <w:rPr>
            <w:color w:val="0000EE"/>
            <w:u w:val="single"/>
          </w:rPr>
          <w:t>https://www.visitbuckscounty.com/plan-your-visit/lgbt/</w:t>
        </w:r>
      </w:hyperlink>
      <w:r>
        <w:t xml:space="preserve"> - Bucks County, Pennsylvania, is a celebrated LGBTQ+ destination, with New Hope being the gay-friendly centrepiece of the county's countryside. The area boasts a rich history deeply rooted in the LGBTQ+ community, with New Hope becoming a popular hangout for performers, musicians, and actors since the 1940s. The county hosts three Pride Festivals: New Hope Celebrates, Doylestown Pride, and Perkasie Pride, promoting diversity and inclusivity throughout the region.</w:t>
      </w:r>
      <w:r/>
    </w:p>
    <w:p>
      <w:pPr>
        <w:pStyle w:val="ListNumber"/>
        <w:spacing w:line="240" w:lineRule="auto"/>
        <w:ind w:left="720"/>
      </w:pPr>
      <w:r/>
      <w:hyperlink r:id="rId13">
        <w:r>
          <w:rPr>
            <w:color w:val="0000EE"/>
            <w:u w:val="single"/>
          </w:rPr>
          <w:t>https://www.travelgay.com/event/new-hope-pride</w:t>
        </w:r>
      </w:hyperlink>
      <w:r>
        <w:t xml:space="preserve"> - New Hope PrideFest is a key LGBTQ+ event in Pennsylvania's calendar, organised by New Hope Celebrates. The festival has grown from a small gathering into one of the East Coast's most popular small-town Pride events, attracting tens of thousands of attendees. The event includes a Pride Parade on Main Street, a street fair with hundreds of vendors, drag brunches, cabaret shows at Bucks County Playhouse, pool parties, and the Pride Pageant, highlighting New Hope's long-standing LGBTQ+ presence and its reputation as a welcoming destination.</w:t>
      </w:r>
      <w:r/>
    </w:p>
    <w:p>
      <w:pPr>
        <w:pStyle w:val="ListNumber"/>
        <w:spacing w:line="240" w:lineRule="auto"/>
        <w:ind w:left="720"/>
      </w:pPr>
      <w:r/>
      <w:hyperlink r:id="rId14">
        <w:r>
          <w:rPr>
            <w:color w:val="0000EE"/>
            <w:u w:val="single"/>
          </w:rPr>
          <w:t>https://www.findglocal.com/US/Erwinna/1723509601231010/Tinicum-Park-Polo-Club</w:t>
        </w:r>
      </w:hyperlink>
      <w:r>
        <w:t xml:space="preserve"> - Tinicum Park Polo Club, located at 961 River Road in Erwinna, Pennsylvania, is the venue for the inaugural Pride Polo event on September 12, 2026. The event, organised by New Hope Celebrates and the Gay Polo League, aims to bring world-class polo and vibrant style to Bucks County. Attendees are encouraged to gather their friends, dress in polo-inspired attire or colourful Pride fashion, and experience an afternoon unlike any other in the region.</w:t>
      </w:r>
      <w:r/>
    </w:p>
    <w:p>
      <w:pPr>
        <w:pStyle w:val="ListNumber"/>
        <w:spacing w:line="240" w:lineRule="auto"/>
        <w:ind w:left="720"/>
      </w:pPr>
      <w:r/>
      <w:hyperlink r:id="rId12">
        <w:r>
          <w:rPr>
            <w:color w:val="0000EE"/>
            <w:u w:val="single"/>
          </w:rPr>
          <w:t>https://www.gaypolo.com/gpl-polo-international</w:t>
        </w:r>
      </w:hyperlink>
      <w:r>
        <w:t xml:space="preserve"> - GPL Polo International focuses on creating and producing elevated polo experiences around the globe. Every GPL Polo International event balances sport and social activities to ensure all attendees experience a powerful sense of fun, excitement, and uniqueness. The events celebrate the principles of diversity, equity, and inclusion, promising experiences that attendees will remember for months after they are over. Upcoming events include GPL New Hope, PA on September 12, 2026, and GPL Argentina from December 4-13,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hopecelebrates.com/events/" TargetMode="External"/><Relationship Id="rId10" Type="http://schemas.openxmlformats.org/officeDocument/2006/relationships/hyperlink" Target="https://www.visitbuckscounty.com/plan-your-visit/lgbt/" TargetMode="External"/><Relationship Id="rId11" Type="http://schemas.openxmlformats.org/officeDocument/2006/relationships/hyperlink" Target="https://www.gaypolo.com/" TargetMode="External"/><Relationship Id="rId12" Type="http://schemas.openxmlformats.org/officeDocument/2006/relationships/hyperlink" Target="https://www.gaypolo.com/gpl-polo-international" TargetMode="External"/><Relationship Id="rId13" Type="http://schemas.openxmlformats.org/officeDocument/2006/relationships/hyperlink" Target="https://www.travelgay.com/event/new-hope-pride" TargetMode="External"/><Relationship Id="rId14" Type="http://schemas.openxmlformats.org/officeDocument/2006/relationships/hyperlink" Target="https://www.findglocal.com/US/Erwinna/1723509601231010/Tinicum-Park-Polo-Club" TargetMode="External"/><Relationship Id="rId15" Type="http://schemas.openxmlformats.org/officeDocument/2006/relationships/hyperlink" Target="https://passportmagazine.com/international-gay-polo-tournament-in-new-hope-p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