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Ottawa Capital Pride Parade Guide and Route Details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Ottawa's Capital Pride Parade is returning with a colourful celebration of LGBTQ2S+ communities, bringing residents and visitors together downtown. Here's what to know about the parade's place in the city's summer calendar, how to prepare for the crowds and why the event still matters.</w:t>
      </w:r>
      <w:r/>
    </w:p>
    <w:p>
      <w:pPr>
        <w:pStyle w:val="Heading2"/>
      </w:pPr>
      <w:r>
        <w:t>Essential Takeaways</w:t>
      </w:r>
      <w:r/>
      <w:r/>
    </w:p>
    <w:p>
      <w:pPr>
        <w:pStyle w:val="ListBullet"/>
        <w:spacing w:line="240" w:lineRule="auto"/>
        <w:ind w:left="720"/>
      </w:pPr>
      <w:r/>
      <w:r>
        <w:rPr>
          <w:b/>
        </w:rPr>
        <w:t>A major celebration:</w:t>
      </w:r>
      <w:r>
        <w:t xml:space="preserve"> The parade brings LGBTQ2S+ communities, allies and supporters together in Ottawa.</w:t>
      </w:r>
      <w:r/>
    </w:p>
    <w:p>
      <w:pPr>
        <w:pStyle w:val="ListBullet"/>
        <w:spacing w:line="240" w:lineRule="auto"/>
        <w:ind w:left="720"/>
      </w:pPr>
      <w:r/>
      <w:r>
        <w:rPr>
          <w:b/>
        </w:rPr>
        <w:t>Downtown atmosphere:</w:t>
      </w:r>
      <w:r>
        <w:t xml:space="preserve"> Expect colourful floats, music, flags and busy pavements along the route.</w:t>
      </w:r>
      <w:r/>
    </w:p>
    <w:p>
      <w:pPr>
        <w:pStyle w:val="ListBullet"/>
        <w:spacing w:line="240" w:lineRule="auto"/>
        <w:ind w:left="720"/>
      </w:pPr>
      <w:r/>
      <w:r>
        <w:rPr>
          <w:b/>
        </w:rPr>
        <w:t>Plan ahead:</w:t>
      </w:r>
      <w:r>
        <w:t xml:space="preserve"> Arrive early, check official updates and allow extra time for road closures.</w:t>
      </w:r>
      <w:r/>
    </w:p>
    <w:p>
      <w:pPr>
        <w:pStyle w:val="ListBullet"/>
        <w:spacing w:line="240" w:lineRule="auto"/>
        <w:ind w:left="720"/>
      </w:pPr>
      <w:r/>
      <w:r>
        <w:rPr>
          <w:b/>
        </w:rPr>
        <w:t>More than a spectacle:</w:t>
      </w:r>
      <w:r>
        <w:t xml:space="preserve"> The event creates space for visibility, solidarity and community pride.</w:t>
      </w:r>
      <w:r/>
      <w:r/>
    </w:p>
    <w:p>
      <w:pPr>
        <w:pStyle w:val="Heading2"/>
      </w:pPr>
      <w:r>
        <w:t>Ottawa's Pride Parade is back in the spotlight</w:t>
      </w:r>
      <w:r/>
    </w:p>
    <w:p>
      <w:r/>
      <w:r>
        <w:t>The best way to understand Ottawa's Capital Pride Parade is to see it as both a party and a public statement. Streets fill with bright flags, marching groups and plenty of noise, while spectators gather to celebrate identities that haven't always been welcomed so openly.</w:t>
      </w:r>
      <w:r/>
    </w:p>
    <w:p>
      <w:r/>
      <w:r>
        <w:t>The return of the parade gives the capital a familiar summer landmark, but it also carries emotional weight. For many people, the event is a chance to be visible, reconnect with friends and show support in a setting that feels welcoming rather than private.</w:t>
      </w:r>
      <w:r/>
    </w:p>
    <w:p>
      <w:pPr>
        <w:pStyle w:val="Heading2"/>
      </w:pPr>
      <w:r>
        <w:t>What can visitors expect on the day?</w:t>
      </w:r>
      <w:r/>
    </w:p>
    <w:p>
      <w:r/>
      <w:r>
        <w:t>Capital Pride's official event information is the best place to check the confirmed route, timing and accessibility details before setting off. Parade conditions can change, and live updates matter when thousands of people are moving through the city centre.</w:t>
      </w:r>
      <w:r/>
    </w:p>
    <w:p>
      <w:r/>
      <w:r>
        <w:t>Expect a lively, street-level experience rather than a passive procession. Music, costumes, banners and community organisations create a cheerful atmosphere, although the busiest viewing spots can become tightly packed, especially near central intersections.</w:t>
      </w:r>
      <w:r/>
    </w:p>
    <w:p>
      <w:pPr>
        <w:pStyle w:val="Heading2"/>
      </w:pPr>
      <w:r>
        <w:t>Why the parade still matters to Ottawa</w:t>
      </w:r>
      <w:r/>
    </w:p>
    <w:p>
      <w:r/>
      <w:r>
        <w:t>Pride events have become familiar fixtures in many Canadian cities, but familiarity shouldn't be mistaken for irrelevance. The parade offers a visible reminder that LGBTQ2S+ rights and acceptance are part of the city's civic conversation, not just a once-a-year marketing theme.</w:t>
      </w:r>
      <w:r/>
    </w:p>
    <w:p>
      <w:r/>
      <w:r>
        <w:t>It also gives community groups a chance to be seen on their own terms. That mix of celebration and advocacy is what makes the day feel more substantial than a colourful walk through downtown.</w:t>
      </w:r>
      <w:r/>
    </w:p>
    <w:p>
      <w:pPr>
        <w:pStyle w:val="Heading2"/>
      </w:pPr>
      <w:r>
        <w:t>Simple tips for a smoother Pride Parade visit</w:t>
      </w:r>
      <w:r/>
    </w:p>
    <w:p>
      <w:r/>
      <w:r>
        <w:t>If you're attending, comfortable shoes are a sensible starting point. Public transport may be easier than driving, while arriving early can help you find a good viewing position and avoid the most congested pavements.</w:t>
      </w:r>
      <w:r/>
    </w:p>
    <w:p>
      <w:r/>
      <w:r>
        <w:t>Bring water, sun protection and a phone charger, particularly if you're planning to stay for other Pride events. Families and visitors with mobility needs should check the organiser's latest accessibility guidance, as crowds, kerbs and temporary barriers can affect movement.</w:t>
      </w:r>
      <w:r/>
    </w:p>
    <w:p>
      <w:pPr>
        <w:pStyle w:val="Heading2"/>
      </w:pPr>
      <w:r>
        <w:t>A colourful return with a bigger meaning</w:t>
      </w:r>
      <w:r/>
    </w:p>
    <w:p>
      <w:r/>
      <w:r>
        <w:t>The parade's return is good news for Ottawa's event calendar, but its real value is found in the people lining the streets. Every banner, cheer and rainbow flag contributes to a public show of belonging.</w:t>
      </w:r>
      <w:r/>
    </w:p>
    <w:p>
      <w:r/>
      <w:r>
        <w:t>For first-time visitors, it can be a joyful introduction to the city's LGBTQ2S+ community. For regulars, it's a chance to come back together and feel that familiar rush when the parade finally turns the corner.</w:t>
      </w:r>
      <w:r/>
    </w:p>
    <w:p>
      <w:r/>
      <w:r>
        <w:t>It's a bright day out, but the message behind it is even brighter.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[5]</w:t>
        </w:r>
      </w:hyperlink>
      <w:r>
        <w:t xml:space="preserve">- Paragraph 3: </w:t>
      </w:r>
      <w:hyperlink r:id="rId10">
        <w:r>
          <w:rPr>
            <w:color w:val="0000EE"/>
            <w:u w:val="single"/>
          </w:rPr>
          <w:t>[2]</w:t>
        </w:r>
      </w:hyperlink>
      <w:r>
        <w:t xml:space="preserve">, </w:t>
      </w:r>
      <w:hyperlink r:id="rId9">
        <w:r>
          <w:rPr>
            <w:color w:val="0000EE"/>
            <w:u w:val="single"/>
          </w:rPr>
          <w:t>[6]</w:t>
        </w:r>
      </w:hyperlink>
      <w:r>
        <w:t xml:space="preserve">- Paragraph 4: </w:t>
      </w:r>
      <w:hyperlink r:id="rId9">
        <w:r>
          <w:rPr>
            <w:color w:val="0000EE"/>
            <w:u w:val="single"/>
          </w:rPr>
          <w:t>[3]</w:t>
        </w:r>
      </w:hyperlink>
      <w:r>
        <w:t xml:space="preserve">, </w:t>
      </w:r>
      <w:hyperlink r:id="rId9">
        <w:r>
          <w:rPr>
            <w:color w:val="0000EE"/>
            <w:u w:val="single"/>
          </w:rPr>
          <w:t>[5]</w:t>
        </w:r>
      </w:hyperlink>
      <w:r>
        <w:t xml:space="preserve">- Paragraph 5: </w:t>
      </w:r>
      <w:hyperlink r:id="rId10">
        <w:r>
          <w:rPr>
            <w:color w:val="0000EE"/>
            <w:u w:val="single"/>
          </w:rPr>
          <w:t>[2]</w:t>
        </w:r>
      </w:hyperlink>
      <w:r>
        <w:t xml:space="preserve">, </w:t>
      </w:r>
      <w:hyperlink r:id="rId9">
        <w:r>
          <w:rPr>
            <w:color w:val="0000EE"/>
            <w:u w:val="single"/>
          </w:rPr>
          <w:t>[4]</w:t>
        </w:r>
      </w:hyperlink>
      <w:r>
        <w:t xml:space="preserve">- Paragraph 6: </w:t>
      </w:r>
      <w:hyperlink r:id="rId9">
        <w:r>
          <w:rPr>
            <w:color w:val="0000EE"/>
            <w:u w:val="single"/>
          </w:rPr>
          <w:t>[3]</w:t>
        </w:r>
      </w:hyperlink>
      <w:r>
        <w:t xml:space="preserve">, </w:t>
      </w:r>
      <w:hyperlink r:id="rId9">
        <w:r>
          <w:rPr>
            <w:color w:val="0000EE"/>
            <w:u w:val="single"/>
          </w:rPr>
          <w:t>[6]</w:t>
        </w:r>
      </w:hyperlink>
      <w:r>
        <w:t xml:space="preserve">- Paragraph 7: </w:t>
      </w:r>
      <w:hyperlink r:id="rId10">
        <w:r>
          <w:rPr>
            <w:color w:val="0000EE"/>
            <w:u w:val="single"/>
          </w:rPr>
          <w:t>[2]</w:t>
        </w:r>
      </w:hyperlink>
      <w:r>
        <w:t xml:space="preserve">, </w:t>
      </w:r>
      <w:hyperlink r:id="rId9">
        <w:r>
          <w:rPr>
            <w:color w:val="0000EE"/>
            <w:u w:val="single"/>
          </w:rPr>
          <w:t>[5]</w:t>
        </w:r>
      </w:hyperlink>
      <w:r>
        <w:t xml:space="preserve">- Paragraph 8: </w:t>
      </w:r>
      <w:hyperlink r:id="rId9">
        <w:r>
          <w:rPr>
            <w:color w:val="0000EE"/>
            <w:u w:val="single"/>
          </w:rPr>
          <w:t>[4]</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https://ottawacitizen.com/news/local-news/capital-pride-parade-returns</w:t>
        </w:r>
      </w:hyperlink>
      <w:r>
        <w:t xml:space="preserve"> - Please view link - unable to able to access data</w:t>
      </w:r>
      <w:r/>
    </w:p>
    <w:p>
      <w:pPr>
        <w:pStyle w:val="ListNumber"/>
        <w:spacing w:line="240" w:lineRule="auto"/>
        <w:ind w:left="720"/>
      </w:pPr>
      <w:r/>
      <w:hyperlink r:id="rId10">
        <w:r>
          <w:rPr>
            <w:color w:val="0000EE"/>
            <w:u w:val="single"/>
          </w:rPr>
          <w:t>https://capitalpride.ca/events/prideparade/</w:t>
        </w:r>
      </w:hyperlink>
      <w:r>
        <w:t xml:space="preserve"> - The Capital Pride Parade is scheduled for August 30, 2026, at 1:00 PM in Centretown, Ottawa. The event will feature over 150 groups and is expected to attract more than 100,000 community members. This year's Grand Marshal is Brianne Jenner. The parade will commence at Booth and Wellington and conclude at Bank and Slater. Suggested viewing spots include Wellington near Portage Bridge, Wellington and Lyon Streets, and Wellington and Kent Streets. An accessible viewing area will be available in front of the Garden of Provinces and Territories, equipped with a tent and chairs. Note that no accessible washroom facilities will be present at this location.</w:t>
      </w:r>
      <w:r/>
    </w:p>
    <w:p>
      <w:pPr>
        <w:pStyle w:val="ListNumber"/>
        <w:spacing w:line="240" w:lineRule="auto"/>
        <w:ind w:left="720"/>
      </w:pPr>
      <w:r/>
      <w:hyperlink r:id="rId9">
        <w:r>
          <w:rPr>
            <w:color w:val="0000EE"/>
            <w:u w:val="single"/>
          </w:rPr>
          <w:t>https://ottawacitizen.com/news/local-news/capital-pride-parade-returns</w:t>
        </w:r>
      </w:hyperlink>
      <w:r>
        <w:t xml:space="preserve"> - The Capital Pride Parade is returning to Ottawa on August 30, 2026, after a hiatus. The event is set to begin at 1:00 PM in Centretown, featuring over 150 groups and anticipated to draw more than 100,000 attendees. Brianne Jenner will serve as the Grand Marshal for this year's parade. The route starts at Booth and Wellington and ends at Bank and Slater. Recommended viewing locations include Wellington near Portage Bridge, Wellington and Lyon Streets, and Wellington and Kent Streets. An accessible viewing area will be set up in front of the Garden of Provinces and Territories, offering a tent and chairs, though no accessible washroom facilities will be available.</w:t>
      </w:r>
      <w:r/>
    </w:p>
    <w:p>
      <w:pPr>
        <w:pStyle w:val="ListNumber"/>
        <w:spacing w:line="240" w:lineRule="auto"/>
        <w:ind w:left="720"/>
      </w:pPr>
      <w:r/>
      <w:hyperlink r:id="rId9">
        <w:r>
          <w:rPr>
            <w:color w:val="0000EE"/>
            <w:u w:val="single"/>
          </w:rPr>
          <w:t>https://ottawacitizen.com/news/local-news/capital-pride-parade-returns</w:t>
        </w:r>
      </w:hyperlink>
      <w:r>
        <w:t xml:space="preserve"> - The Capital Pride Parade is set to return to Ottawa on August 30, 2026, at 1:00 PM in Centretown. The event will feature over 150 groups and is expected to attract more than 100,000 community members. This year's Grand Marshal is Brianne Jenner. The parade will commence at Booth and Wellington and conclude at Bank and Slater. Suggested viewing spots include Wellington near Portage Bridge, Wellington and Lyon Streets, and Wellington and Kent Streets. An accessible viewing area will be available in front of the Garden of Provinces and Territories, equipped with a tent and chairs. Note that no accessible washroom facilities will be present at this location.</w:t>
      </w:r>
      <w:r/>
    </w:p>
    <w:p>
      <w:pPr>
        <w:pStyle w:val="ListNumber"/>
        <w:spacing w:line="240" w:lineRule="auto"/>
        <w:ind w:left="720"/>
      </w:pPr>
      <w:r/>
      <w:hyperlink r:id="rId9">
        <w:r>
          <w:rPr>
            <w:color w:val="0000EE"/>
            <w:u w:val="single"/>
          </w:rPr>
          <w:t>https://ottawacitizen.com/news/local-news/capital-pride-parade-returns</w:t>
        </w:r>
      </w:hyperlink>
      <w:r>
        <w:t xml:space="preserve"> - The Capital Pride Parade is returning to Ottawa on August 30, 2026, after a hiatus. The event is set to begin at 1:00 PM in Centretown, featuring over 150 groups and anticipated to draw more than 100,000 attendees. Brianne Jenner will serve as the Grand Marshal for this year's parade. The route starts at Booth and Wellington and ends at Bank and Slater. Recommended viewing locations include Wellington near Portage Bridge, Wellington and Lyon Streets, and Wellington and Kent Streets. An accessible viewing area will be set up in front of the Garden of Provinces and Territories, offering a tent and chairs, though no accessible washroom facilities will be available.</w:t>
      </w:r>
      <w:r/>
    </w:p>
    <w:p>
      <w:pPr>
        <w:pStyle w:val="ListNumber"/>
        <w:spacing w:line="240" w:lineRule="auto"/>
        <w:ind w:left="720"/>
      </w:pPr>
      <w:r/>
      <w:hyperlink r:id="rId9">
        <w:r>
          <w:rPr>
            <w:color w:val="0000EE"/>
            <w:u w:val="single"/>
          </w:rPr>
          <w:t>https://ottawacitizen.com/news/local-news/capital-pride-parade-returns</w:t>
        </w:r>
      </w:hyperlink>
      <w:r>
        <w:t xml:space="preserve"> - The Capital Pride Parade is scheduled for August 30, 2026, at 1:00 PM in Centretown, Ottawa. The event will feature over 150 groups and is expected to attract more than 100,000 community members. This year's Grand Marshal is Brianne Jenner. The parade will commence at Booth and Wellington and conclude at Bank and Slater. Suggested viewing spots include Wellington near Portage Bridge, Wellington and Lyon Streets, and Wellington and Kent Streets. An accessible viewing area will be available in front of the Garden of Provinces and Territories, equipped with a tent and chairs. Note that no accessible washroom facilities will be present at this location.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ttawacitizen.com/news/local-news/capital-pride-parade-returns" TargetMode="External"/><Relationship Id="rId10" Type="http://schemas.openxmlformats.org/officeDocument/2006/relationships/hyperlink" Target="https://capitalpride.ca/events/pridepar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