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Rom-Com Playing Around Explores Dating Before 30</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turning to Playing Around, a Colombian queer rom-com now streaming exclusively on Dekkoo, for a funny, candid look at modern gay dating. Following 29-year-old Germán Andrés as he searches for a boyfriend before his 30th birthday, the series blends awkward encounters, emotional honesty and plenty of romantic chaos.</w:t>
      </w:r>
      <w:r/>
    </w:p>
    <w:p>
      <w:pPr>
        <w:pStyle w:val="Heading2"/>
      </w:pPr>
      <w:r>
        <w:t>Essential Takeaways</w:t>
      </w:r>
      <w:r/>
      <w:r/>
    </w:p>
    <w:p>
      <w:pPr>
        <w:pStyle w:val="ListBullet"/>
        <w:spacing w:line="240" w:lineRule="auto"/>
        <w:ind w:left="720"/>
      </w:pPr>
      <w:r/>
      <w:r>
        <w:rPr>
          <w:b/>
        </w:rPr>
        <w:t>The central dilemma:</w:t>
      </w:r>
      <w:r>
        <w:t xml:space="preserve"> Germán Andrés wants a boyfriend before turning 30, but dating rarely follows a tidy plan.</w:t>
      </w:r>
      <w:r/>
    </w:p>
    <w:p>
      <w:pPr>
        <w:pStyle w:val="ListBullet"/>
        <w:spacing w:line="240" w:lineRule="auto"/>
        <w:ind w:left="720"/>
      </w:pPr>
      <w:r/>
      <w:r>
        <w:rPr>
          <w:b/>
        </w:rPr>
        <w:t>The tone:</w:t>
      </w:r>
      <w:r>
        <w:t xml:space="preserve"> Expect comedy, sexual frankness and tender moments rather than a polished fairytale romance.</w:t>
      </w:r>
      <w:r/>
    </w:p>
    <w:p>
      <w:pPr>
        <w:pStyle w:val="ListBullet"/>
        <w:spacing w:line="240" w:lineRule="auto"/>
        <w:ind w:left="720"/>
      </w:pPr>
      <w:r/>
      <w:r>
        <w:rPr>
          <w:b/>
        </w:rPr>
        <w:t>The themes:</w:t>
      </w:r>
      <w:r>
        <w:t xml:space="preserve"> Ghosting, commitment fears, polyamory, social pressure and vulnerability all get a look-in.</w:t>
      </w:r>
      <w:r/>
    </w:p>
    <w:p>
      <w:pPr>
        <w:pStyle w:val="ListBullet"/>
        <w:spacing w:line="240" w:lineRule="auto"/>
        <w:ind w:left="720"/>
      </w:pPr>
      <w:r/>
      <w:r>
        <w:rPr>
          <w:b/>
        </w:rPr>
        <w:t>The setting:</w:t>
      </w:r>
      <w:r>
        <w:t xml:space="preserve"> The Spanish-language Colombian series brings a distinctive international voice to LGBTQ+ storytelling.</w:t>
      </w:r>
      <w:r/>
    </w:p>
    <w:p>
      <w:pPr>
        <w:pStyle w:val="ListBullet"/>
        <w:spacing w:line="240" w:lineRule="auto"/>
        <w:ind w:left="720"/>
      </w:pPr>
      <w:r/>
      <w:r>
        <w:rPr>
          <w:b/>
        </w:rPr>
        <w:t>Where to watch:</w:t>
      </w:r>
      <w:r>
        <w:t xml:space="preserve"> Playing Around is streaming exclusively on Dekkoo.</w:t>
      </w:r>
      <w:r/>
      <w:r/>
    </w:p>
    <w:p>
      <w:pPr>
        <w:pStyle w:val="Heading2"/>
      </w:pPr>
      <w:r>
        <w:t>Dating Before 30 Is Easier Said Than Done</w:t>
      </w:r>
      <w:r/>
    </w:p>
    <w:p>
      <w:r/>
      <w:r>
        <w:t>Germán Andrés is 29, single and increasingly aware that his birthday is approaching. His plan sounds straightforward enough: find a boyfriend before he turns 30. In practice, it leads him into the familiar thicket of mixed signals, awkward dates and romantic expectations that refuse to behave.</w:t>
      </w:r>
      <w:r/>
    </w:p>
    <w:p>
      <w:r/>
      <w:r>
        <w:t>The series makes that uncertainty feel close to home. Germán works at a call centre, lives with his mother and has yet to experience a stable long-term relationship, giving the story an everyday texture rather than a glossy dating-app fantasy. Entertainment Focus described the first season as a sweet exploration of a nearly 30-year-old single gay man's life, which neatly captures its gentle but recognisable appeal.</w:t>
      </w:r>
      <w:r/>
    </w:p>
    <w:p>
      <w:pPr>
        <w:pStyle w:val="Heading2"/>
      </w:pPr>
      <w:r>
        <w:t>A Gay Rom-Com With More on Its Mind</w:t>
      </w:r>
      <w:r/>
    </w:p>
    <w:p>
      <w:r/>
      <w:r>
        <w:t>Playing Around isn't simply about whether Germán finds a partner. Its sharper question is whether he understands what he wants once somebody finally appears. That gives the comedy an emotional engine, because the search for love becomes tangled with fear, self-image and the pressure to appear emotionally sorted.</w:t>
      </w:r>
      <w:r/>
    </w:p>
    <w:p>
      <w:r/>
      <w:r>
        <w:t>Along the way, the story considers monogamy, polyamory, serodiscordant relationships and the difficulty of being vulnerable. David Atlanta praised the project as a funny, sexy queer coming-of-age story, while Culture Catch also highlighted its focus on contemporary queer experience. The result is playful, but it isn't afraid to let the jokes land beside something more uncomfortable.</w:t>
      </w:r>
      <w:r/>
    </w:p>
    <w:p>
      <w:pPr>
        <w:pStyle w:val="Heading2"/>
      </w:pPr>
      <w:r>
        <w:t>Why the Colombian Setting Matters</w:t>
      </w:r>
      <w:r/>
    </w:p>
    <w:p>
      <w:r/>
      <w:r>
        <w:t>Created, directed and led by Colombian filmmaker James Camargo de Alba, the series adds a personal perspective to an increasingly international LGBTQ+ screen landscape. Camargo de Alba also co-wrote the project with Deimer Vergara Torres, giving the production a strong authorial identity rather than making it feel like a generic dating comedy.</w:t>
      </w:r>
      <w:r/>
    </w:p>
    <w:p>
      <w:r/>
      <w:r>
        <w:t>The cast includes Obeida Benavides, Julio Pachón, Camilo Ávila, Daniel Castaño, Alejandra Colorado, Cristian Carvajal and José Miguel Ordoñez. That ensemble helps build a colourful social world around Germán, where advice, family dynamics and romantic complications keep arriving at inconveniently funny moments.</w:t>
      </w:r>
      <w:r/>
    </w:p>
    <w:p>
      <w:pPr>
        <w:pStyle w:val="Heading2"/>
      </w:pPr>
      <w:r>
        <w:t>Ghosting, Hookups and the Messy Middle</w:t>
      </w:r>
      <w:r/>
    </w:p>
    <w:p>
      <w:r/>
      <w:r>
        <w:t>Many romantic comedies treat dating as a series of obstacles on the way to a satisfying ending. Playing Around is more interested in the messy middle, where people want intimacy but may panic when it arrives, or agree to a relationship without sharing the same definition of one.</w:t>
      </w:r>
      <w:r/>
    </w:p>
    <w:p>
      <w:r/>
      <w:r>
        <w:t>That contemporary focus is part of the show's charm. The Movie Blog described the title as a queer romantic comedy arriving on streaming platforms, while Kino Lorber's listing for the first season places it within a wider home-viewing release landscape. For viewers who recognise the dread of opening a dating app and hoping for a different result, Germán's misadventures should feel uncomfortably familiar.</w:t>
      </w:r>
      <w:r/>
    </w:p>
    <w:p>
      <w:pPr>
        <w:pStyle w:val="Heading2"/>
      </w:pPr>
      <w:r>
        <w:t>How to Watch Playing Around</w:t>
      </w:r>
      <w:r/>
    </w:p>
    <w:p>
      <w:r/>
      <w:r>
        <w:t>Playing Around is available to stream exclusively on Dekkoo, a service specialising in gay films, series, originals and LGBTQ+ stories from around the world. It joins a catalogue that spans romance, drama, comedy, shorts and more adult-leaning fare, making it a natural destination for viewers looking for queer cinema beyond the usual mainstream options.</w:t>
      </w:r>
      <w:r/>
    </w:p>
    <w:p>
      <w:r/>
      <w:r>
        <w:t>If you're choosing a series for a quick binge, this one offers a useful balance: the episodes promise laughs and romantic mishaps, but the story also leaves room for reflection. As Erie Gay News reported in its coverage of the first season's physical release, the title has continued to attract attention beyond its initial streaming launch.</w:t>
      </w:r>
      <w:r/>
    </w:p>
    <w:p>
      <w:r/>
      <w:r>
        <w:t>It's a warm, candid reminder that finding love is difficult, but working out what you want may be the real plot.</w:t>
      </w:r>
      <w:r/>
    </w:p>
    <w:p>
      <w:pPr>
        <w:pStyle w:val="Heading2"/>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2">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https://dekkoo.blog/2026/09/03/playing-around-the-gay-dating-comedy-is-now-streaming-exclusively-on-dekkoo/</w:t>
        </w:r>
      </w:hyperlink>
      <w:r>
        <w:t xml:space="preserve"> - Please view link - unable to able to access data</w:t>
      </w:r>
      <w:r/>
    </w:p>
    <w:p>
      <w:pPr>
        <w:pStyle w:val="ListNumber"/>
        <w:spacing w:line="240" w:lineRule="auto"/>
        <w:ind w:left="720"/>
      </w:pPr>
      <w:r/>
      <w:hyperlink r:id="rId10">
        <w:r>
          <w:rPr>
            <w:color w:val="0000EE"/>
            <w:u w:val="single"/>
          </w:rPr>
          <w:t>https://www.themovieblog.com/2026/07/queer-rom-com-playing-around-arrives-on-streaming-platforms/</w:t>
        </w:r>
      </w:hyperlink>
      <w:r>
        <w:t xml:space="preserve"> - The queer romantic comedy series 'Playing Around' is now available for streaming. Directed by and starring James Camargo De Alba, the series follows 29-year-old Germán Andrés as he navigates modern dating complexities while approaching his 30th birthday. The series, also known as 'Soy Germán Andrés Yáñez (G.A.Y.)', explores challenges like ghosting and commitment issues. It consists of 10 episodes and is available on platforms such as Amazon Prime, Apple TV, and YouTube. (</w:t>
      </w:r>
      <w:hyperlink r:id="rId16">
        <w:r>
          <w:rPr>
            <w:color w:val="0000EE"/>
            <w:u w:val="single"/>
          </w:rPr>
          <w:t>themovieblog.com</w:t>
        </w:r>
      </w:hyperlink>
      <w:r>
        <w:t>)</w:t>
      </w:r>
      <w:r/>
    </w:p>
    <w:p>
      <w:pPr>
        <w:pStyle w:val="ListNumber"/>
        <w:spacing w:line="240" w:lineRule="auto"/>
        <w:ind w:left="720"/>
      </w:pPr>
      <w:r/>
      <w:hyperlink r:id="rId13">
        <w:r>
          <w:rPr>
            <w:color w:val="0000EE"/>
            <w:u w:val="single"/>
          </w:rPr>
          <w:t>https://www.culturecatch.com/index.php/node/4530</w:t>
        </w:r>
      </w:hyperlink>
      <w:r>
        <w:t xml:space="preserve"> - 'Playing Around' is a Spanish-language miniseries directed by James Camargo De Alba, following 29-year-old Germán Andrés as he seeks a stable relationship before turning 30. The series is praised for its blend of humour and poignancy, offering a whimsical exploration of modern dating. It is available for streaming on Amazon Prime and Vimeo. (</w:t>
      </w:r>
      <w:hyperlink r:id="rId17">
        <w:r>
          <w:rPr>
            <w:color w:val="0000EE"/>
            <w:u w:val="single"/>
          </w:rPr>
          <w:t>culturecatch.com</w:t>
        </w:r>
      </w:hyperlink>
      <w:r>
        <w:t>)</w:t>
      </w:r>
      <w:r/>
    </w:p>
    <w:p>
      <w:pPr>
        <w:pStyle w:val="ListNumber"/>
        <w:spacing w:line="240" w:lineRule="auto"/>
        <w:ind w:left="720"/>
      </w:pPr>
      <w:r/>
      <w:hyperlink r:id="rId11">
        <w:r>
          <w:rPr>
            <w:color w:val="0000EE"/>
            <w:u w:val="single"/>
          </w:rPr>
          <w:t>https://entertainment-focus.com/2026/06/01/review-playing-around-season-1-is-a-sweet-exploration-of-the-life-of-a-nearly-30-year-old-single-gay-man/</w:t>
        </w:r>
      </w:hyperlink>
      <w:r>
        <w:t xml:space="preserve"> - 'Playing Around: Season 1' is a sweet exploration of the life of a nearly 30-year-old single gay man. The series follows Germán Andrés, portrayed by James Camargo De Alba, as he navigates the challenges of modern dating while living with his mother and approaching his 30th birthday. The show is available for streaming on Dekkoo. (</w:t>
      </w:r>
      <w:hyperlink r:id="rId18">
        <w:r>
          <w:rPr>
            <w:color w:val="0000EE"/>
            <w:u w:val="single"/>
          </w:rPr>
          <w:t>entertainment-focus.com</w:t>
        </w:r>
      </w:hyperlink>
      <w:r>
        <w:t>)</w:t>
      </w:r>
      <w:r/>
    </w:p>
    <w:p>
      <w:pPr>
        <w:pStyle w:val="ListNumber"/>
        <w:spacing w:line="240" w:lineRule="auto"/>
        <w:ind w:left="720"/>
      </w:pPr>
      <w:r/>
      <w:hyperlink r:id="rId12">
        <w:r>
          <w:rPr>
            <w:color w:val="0000EE"/>
            <w:u w:val="single"/>
          </w:rPr>
          <w:t>https://www.davidatlanta.com/playing-around-a-funny-sexy-queer-coming-of-age-story/</w:t>
        </w:r>
      </w:hyperlink>
      <w:r>
        <w:t xml:space="preserve"> - 'Playing Around' is a funny, sexy, and refreshingly candid LGBTQ+ comedy from Colombia, now streaming exclusively on Dekkoo. Created, directed by, and starring James Camargo De Alba, the series takes a humorous yet heartfelt look at modern gay relationships, exploring themes like ghosting, commitment issues, polyamory, and the search for something real. (</w:t>
      </w:r>
      <w:hyperlink r:id="rId19">
        <w:r>
          <w:rPr>
            <w:color w:val="0000EE"/>
            <w:u w:val="single"/>
          </w:rPr>
          <w:t>davidatlanta.com</w:t>
        </w:r>
      </w:hyperlink>
      <w:r>
        <w:t>)</w:t>
      </w:r>
      <w:r/>
    </w:p>
    <w:p>
      <w:pPr>
        <w:pStyle w:val="ListNumber"/>
        <w:spacing w:line="240" w:lineRule="auto"/>
        <w:ind w:left="720"/>
      </w:pPr>
      <w:r/>
      <w:hyperlink r:id="rId14">
        <w:r>
          <w:rPr>
            <w:color w:val="0000EE"/>
            <w:u w:val="single"/>
          </w:rPr>
          <w:t>https://kinolorber.com/product/playing-around-season-1</w:t>
        </w:r>
      </w:hyperlink>
      <w:r>
        <w:t xml:space="preserve"> - 'Playing Around: Season 1' is a DVD release directed by James Camargo De Alba, featuring a cast including James Camargo De Alba, Julio Pachón, Obeida Benavides, and Camila Guzmán. The series follows 29-year-old Germán Andrés as he navigates modern dating complexities while approaching his 30th birthday. The DVD is available for pre-order and ships to the US and Canada. (</w:t>
      </w:r>
      <w:hyperlink r:id="rId20">
        <w:r>
          <w:rPr>
            <w:color w:val="0000EE"/>
            <w:u w:val="single"/>
          </w:rPr>
          <w:t>kinolorber.com</w:t>
        </w:r>
      </w:hyperlink>
      <w:r>
        <w:t>)</w:t>
      </w:r>
      <w:r/>
    </w:p>
    <w:p>
      <w:pPr>
        <w:pStyle w:val="ListNumber"/>
        <w:spacing w:line="240" w:lineRule="auto"/>
        <w:ind w:left="720"/>
      </w:pPr>
      <w:r/>
      <w:hyperlink r:id="rId15">
        <w:r>
          <w:rPr>
            <w:color w:val="0000EE"/>
            <w:u w:val="single"/>
          </w:rPr>
          <w:t>https://www.eriegaynews.com/news/article.php?recordid=202607playingaroundseason1dvd</w:t>
        </w:r>
      </w:hyperlink>
      <w:r>
        <w:t xml:space="preserve"> - Cinephobia Releasing has announced the North American release of the first season of the charming, coming-of-age LGBTQ+ comedy 'Playing Around: Season 1' from first-time director James Camargo de Alba. The series is now available on VOD/streaming and arriving on DVD June 25, 2026. The DVD is available for pre-order and ships to the US and Canada. (</w:t>
      </w:r>
      <w:hyperlink r:id="rId21">
        <w:r>
          <w:rPr>
            <w:color w:val="0000EE"/>
            <w:u w:val="single"/>
          </w:rPr>
          <w:t>eriegaynews.com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ekkoo.blog/2026/09/03/playing-around-the-gay-dating-comedy-is-now-streaming-exclusively-on-dekkoo/" TargetMode="External"/><Relationship Id="rId10" Type="http://schemas.openxmlformats.org/officeDocument/2006/relationships/hyperlink" Target="https://www.themovieblog.com/2026/07/queer-rom-com-playing-around-arrives-on-streaming-platforms/" TargetMode="External"/><Relationship Id="rId11" Type="http://schemas.openxmlformats.org/officeDocument/2006/relationships/hyperlink" Target="https://entertainment-focus.com/2026/06/01/review-playing-around-season-1-is-a-sweet-exploration-of-the-life-of-a-nearly-30-year-old-single-gay-man/" TargetMode="External"/><Relationship Id="rId12" Type="http://schemas.openxmlformats.org/officeDocument/2006/relationships/hyperlink" Target="https://www.davidatlanta.com/playing-around-a-funny-sexy-queer-coming-of-age-story/" TargetMode="External"/><Relationship Id="rId13" Type="http://schemas.openxmlformats.org/officeDocument/2006/relationships/hyperlink" Target="https://www.culturecatch.com/index.php/node/4530" TargetMode="External"/><Relationship Id="rId14" Type="http://schemas.openxmlformats.org/officeDocument/2006/relationships/hyperlink" Target="https://kinolorber.com/product/playing-around-season-1" TargetMode="External"/><Relationship Id="rId15" Type="http://schemas.openxmlformats.org/officeDocument/2006/relationships/hyperlink" Target="https://www.eriegaynews.com/news/article.php?recordid=202607playingaroundseason1dvd" TargetMode="External"/><Relationship Id="rId16" Type="http://schemas.openxmlformats.org/officeDocument/2006/relationships/hyperlink" Target="https://www.themovieblog.com/2026/07/queer-rom-com-playing-around-arrives-on-streaming-platforms/?utm_source=openai" TargetMode="External"/><Relationship Id="rId17" Type="http://schemas.openxmlformats.org/officeDocument/2006/relationships/hyperlink" Target="https://www.culturecatch.com/index.php/node/4530?utm_source=openai" TargetMode="External"/><Relationship Id="rId18" Type="http://schemas.openxmlformats.org/officeDocument/2006/relationships/hyperlink" Target="https://entertainment-focus.com/2026/06/01/review-playing-around-season-1-is-a-sweet-exploration-of-the-life-of-a-nearly-30-year-old-single-gay-man/?utm_source=openai" TargetMode="External"/><Relationship Id="rId19" Type="http://schemas.openxmlformats.org/officeDocument/2006/relationships/hyperlink" Target="https://www.davidatlanta.com/playing-around-a-funny-sexy-queer-coming-of-age-story/?utm_source=openai" TargetMode="External"/><Relationship Id="rId20" Type="http://schemas.openxmlformats.org/officeDocument/2006/relationships/hyperlink" Target="https://kinolorber.com/product/playing-around-season-1?utm_source=openai" TargetMode="External"/><Relationship Id="rId21" Type="http://schemas.openxmlformats.org/officeDocument/2006/relationships/hyperlink" Target="https://www.eriegaynews.com/news/article.php?recordid=202607playingaroundseason1dvd&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