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moments from the 2026 celebrations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Visitors have turned Manchester's Gay Village into a colourful stage for Manchester Village Pride 2026, braving rain, cheering the parade and filling the weekend with music, speeches and striking costumes. With a new community-led structure behind the event, this year's celebrations carry both a festive buzz and a deeper sense of purpose.</w:t>
      </w:r>
      <w:r/>
    </w:p>
    <w:p>
      <w:pPr>
        <w:pStyle w:val="Heading2"/>
      </w:pPr>
      <w:r>
        <w:t>Essential Takeaways</w:t>
      </w:r>
      <w:r/>
      <w:r/>
    </w:p>
    <w:p>
      <w:pPr>
        <w:pStyle w:val="ListBullet"/>
        <w:spacing w:line="240" w:lineRule="auto"/>
        <w:ind w:left="720"/>
      </w:pPr>
      <w:r/>
      <w:r>
        <w:rPr>
          <w:b/>
        </w:rPr>
        <w:t>Themed parade:</w:t>
      </w:r>
      <w:r>
        <w:t xml:space="preserve"> This year's "No Place Like Home" theme brought Wizard of Oz-inspired costumes and community messages to Manchester's streets.</w:t>
      </w:r>
      <w:r/>
    </w:p>
    <w:p>
      <w:pPr>
        <w:pStyle w:val="ListBullet"/>
        <w:spacing w:line="240" w:lineRule="auto"/>
        <w:ind w:left="720"/>
      </w:pPr>
      <w:r/>
      <w:r>
        <w:rPr>
          <w:b/>
        </w:rPr>
        <w:t>Rainy but joyful:</w:t>
      </w:r>
      <w:r>
        <w:t xml:space="preserve"> Thousands attended despite wet weather, creating a lively, determined atmosphere across the city centre.</w:t>
      </w:r>
      <w:r/>
    </w:p>
    <w:p>
      <w:pPr>
        <w:pStyle w:val="ListBullet"/>
        <w:spacing w:line="240" w:lineRule="auto"/>
        <w:ind w:left="720"/>
      </w:pPr>
      <w:r/>
      <w:r>
        <w:rPr>
          <w:b/>
        </w:rPr>
        <w:t>Powerful speakers:</w:t>
      </w:r>
      <w:r>
        <w:t xml:space="preserve"> Esther Ghey used the Pride stage to speak about safety, belonging and her daughter Brianna's legacy.</w:t>
      </w:r>
      <w:r/>
    </w:p>
    <w:p>
      <w:pPr>
        <w:pStyle w:val="ListBullet"/>
        <w:spacing w:line="240" w:lineRule="auto"/>
        <w:ind w:left="720"/>
      </w:pPr>
      <w:r/>
      <w:r>
        <w:rPr>
          <w:b/>
        </w:rPr>
        <w:t>A new future:</w:t>
      </w:r>
      <w:r>
        <w:t xml:space="preserve"> A community interest company now supports the event, with profits intended for LGBTQ+ charities and organisations.</w:t>
      </w:r>
      <w:r/>
    </w:p>
    <w:p>
      <w:pPr>
        <w:pStyle w:val="ListBullet"/>
        <w:spacing w:line="240" w:lineRule="auto"/>
        <w:ind w:left="720"/>
      </w:pPr>
      <w:r/>
      <w:r>
        <w:rPr>
          <w:b/>
        </w:rPr>
        <w:t>Packed entertainment:</w:t>
      </w:r>
      <w:r>
        <w:t xml:space="preserve"> Live music, drag, DJs and theatrical performances kept the Gay Village buzzing throughout the weekend.</w:t>
      </w:r>
      <w:r/>
      <w:r/>
    </w:p>
    <w:p>
      <w:pPr>
        <w:pStyle w:val="Heading2"/>
      </w:pPr>
      <w:r>
        <w:t>Manchester's streets became a rainbow-coloured stage</w:t>
      </w:r>
      <w:r/>
    </w:p>
    <w:p>
      <w:r/>
      <w:r>
        <w:t>The strongest image from Manchester Village Pride 2026 wasn't a single float or celebrity appearance. It was the sight of crowds holding their ground in the rain, wrapped in flags, sequins and plastic ponchos as the parade made its way through the city.</w:t>
      </w:r>
      <w:r/>
    </w:p>
    <w:p>
      <w:r/>
      <w:r>
        <w:t>The "No Place Like Home" theme gave the procession a playful, instantly recognisable thread. Dorothy, the Tin Man, the Cowardly Lion and the Scarecrow appeared among LGBTQ+ groups, campaigners and allies, while tributes to Dolly Parton added a warm, nostalgic note.</w:t>
      </w:r>
      <w:r/>
    </w:p>
    <w:p>
      <w:r/>
      <w:r>
        <w:t>ITV News Granada reported that tens of thousands gathered to celebrate Manchester's LGBTQ+ community, underlining how the parade remains both a major cultural occasion and a visible statement of solidarity.</w:t>
      </w:r>
      <w:r/>
    </w:p>
    <w:p>
      <w:pPr>
        <w:pStyle w:val="Heading2"/>
      </w:pPr>
      <w:r>
        <w:t>Why the "No Place Like Home" theme struck a chord</w:t>
      </w:r>
      <w:r/>
    </w:p>
    <w:p>
      <w:r/>
      <w:r>
        <w:t>The theme worked because it was easy to understand but left plenty of room for interpretation. For some, home meant Manchester and its long-standing LGBTQ+ community. For others, it pointed to the need for safe spaces where people can live openly and feel accepted.</w:t>
      </w:r>
      <w:r/>
    </w:p>
    <w:p>
      <w:r/>
      <w:r>
        <w:t>Local event coverage highlighted the way the idea brought colour and humour to the parade without losing its emotional weight. A ruby slipper here and a glittering cape there made for excellent photographs, but the message beneath the costumes was more serious.</w:t>
      </w:r>
      <w:r/>
    </w:p>
    <w:p>
      <w:r/>
      <w:r>
        <w:t>Visit Manchester's event listing also positioned the parade as a central part of the city's Pride programme. That blend of celebration and visibility is what keeps the event relevant, particularly when the wider conversation around LGBTQ+ rights can feel anything but festive.</w:t>
      </w:r>
      <w:r/>
    </w:p>
    <w:p>
      <w:pPr>
        <w:pStyle w:val="Heading2"/>
      </w:pPr>
      <w:r>
        <w:t>Esther Ghey delivered the weekend's most poignant message</w:t>
      </w:r>
      <w:r/>
    </w:p>
    <w:p>
      <w:r/>
      <w:r>
        <w:t>Among the music and spectacle, Esther Ghey's appearance offered a quieter, more emotional focus. Speaking on the Manchester Village Pride stage, Brianna Ghey's mother called on the crowd to remember her daughter and continue saying her name.</w:t>
      </w:r>
      <w:r/>
    </w:p>
    <w:p>
      <w:r/>
      <w:r>
        <w:t>She also stressed that young people need more than private love and support. They need safe schools, welcoming communities and adults prepared to listen, a message that gave the weekend's celebration a clear sense of responsibility.</w:t>
      </w:r>
      <w:r/>
    </w:p>
    <w:p>
      <w:r/>
      <w:r>
        <w:t>The Manchester Daily reported on the large turnout that braved the weather, while ITV News Granada also covered Esther's appearance and the event's broader community focus. Her speech reminded the crowd that Pride isn't only about being seen. It's about making sure people are safe enough to flourish.</w:t>
      </w:r>
      <w:r/>
    </w:p>
    <w:p>
      <w:pPr>
        <w:pStyle w:val="Heading2"/>
      </w:pPr>
      <w:r>
        <w:t>A new community-led chapter for Manchester Pride</w:t>
      </w:r>
      <w:r/>
    </w:p>
    <w:p>
      <w:r/>
      <w:r>
        <w:t>This year's event arrived after a major change behind the scenes. The organisation previously responsible for Manchester Pride entered voluntary liquidation, with rising costs and weaker ticket sales cited among the difficulties.</w:t>
      </w:r>
      <w:r/>
    </w:p>
    <w:p>
      <w:r/>
      <w:r>
        <w:t>A new community interest company was then established with backing from venues and businesses in the Gay Village. According to the Manchester Pride event information shared by local tourism organisations, the new structure aims to protect the festival and direct profits towards five LGBTQ+ charities and community groups.</w:t>
      </w:r>
      <w:r/>
    </w:p>
    <w:p>
      <w:r/>
      <w:r>
        <w:t>That shift gives the celebrations a more local feel. The bars, venues, performers and volunteers aren't simply providing a backdrop; they're part of the network keeping the event alive. It also means future success will be judged not just by attendance, but by what the festival returns to the community.</w:t>
      </w:r>
      <w:r/>
    </w:p>
    <w:p>
      <w:pPr>
        <w:pStyle w:val="Heading2"/>
      </w:pPr>
      <w:r>
        <w:t>Music, drag and camp spectacle kept the Village moving</w:t>
      </w:r>
      <w:r/>
    </w:p>
    <w:p>
      <w:r/>
      <w:r>
        <w:t>The Gay Village offered plenty for visitors beyond the parade. Friday's programme included Danny Beard and B*Witched, while DJ Mario Kyriacou opened the main stage with familiar pop anthems from artists including Lady Gaga, Geri Halliwell and Kylie Minogue.</w:t>
      </w:r>
      <w:r/>
    </w:p>
    <w:p>
      <w:r/>
      <w:r>
        <w:t>Drag performer Lola Lasagne delivered one of the weekend's more striking moments by removing their drag during a performance that questioned traditional ideas of masculinity. Elsewhere, Freemasons and Katherine Ellis brought a lively house sound to the stage.</w:t>
      </w:r>
      <w:r/>
    </w:p>
    <w:p>
      <w:r/>
      <w:r>
        <w:t>Saturday continued at full volume, with Cleopatra revisiting 90s girl-group favourites and inviting the crowd into a karaoke session. Gareth Gates and his Boybands In The Buff show added a knowingly cheeky, theatrical turn, proving that Manchester Pride still understands the value of a little glorious silliness.</w:t>
      </w:r>
      <w:r/>
    </w:p>
    <w:p>
      <w:r/>
      <w:r>
        <w:t>For visitors planning a future trip, Manchester Tourism's festival guide recommends checking the programme and venue details before arriving. That's sensible advice: with several stages and busy streets, a loose plan helps, although leaving room for an unexpected performance is often where the best memories begin.</w:t>
      </w:r>
      <w:r/>
    </w:p>
    <w:p>
      <w:pPr>
        <w:pStyle w:val="Heading2"/>
      </w:pPr>
      <w:r>
        <w:t>What the weekend says about Pride's future</w:t>
      </w:r>
      <w:r/>
    </w:p>
    <w:p>
      <w:r/>
      <w:r>
        <w:t>Manchester Village Pride 2026 showed that the event's appeal reaches well beyond a parade. It's a meeting point for entertainment, activism, remembrance and local pride, all compressed into a few colourful days around the Gay Village.</w:t>
      </w:r>
      <w:r/>
    </w:p>
    <w:p>
      <w:r/>
      <w:r>
        <w:t>The new community-led model will face familiar pressures, from event costs to maintaining access and attracting audiences. But the response so far suggests the city still sees Pride as something worth protecting. Rain may have softened the glitter, but it didn't dampen the welcome.</w:t>
      </w:r>
      <w:r/>
    </w:p>
    <w:p>
      <w:r/>
      <w:r>
        <w:t>For many visitors, that will be the lasting impression: a busy street, a loud chorus, wet pavements reflecting neon lights and a crowd determined to make space for one another.</w:t>
      </w:r>
      <w:r/>
    </w:p>
    <w:p>
      <w:r/>
      <w:r>
        <w:t>Explore Manchester's LGBTQ+ celebrations with an open heart, a waterproof layer and comfortable shoes.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Paragraph 4: </w:t>
      </w:r>
      <w:hyperlink r:id="rId12">
        <w:r>
          <w:rPr>
            <w:color w:val="0000EE"/>
            <w:u w:val="single"/>
          </w:rPr>
          <w:t>[3]</w:t>
        </w:r>
      </w:hyperlink>
      <w:r>
        <w:t xml:space="preserve">, </w:t>
      </w:r>
      <w:hyperlink r:id="rId13">
        <w:r>
          <w:rPr>
            <w:color w:val="0000EE"/>
            <w:u w:val="single"/>
          </w:rPr>
          <w:t>[4]</w:t>
        </w:r>
      </w:hyperlink>
      <w:r>
        <w:t xml:space="preserve">- Paragraph 5: </w:t>
      </w:r>
      <w:hyperlink r:id="rId13">
        <w:r>
          <w:rPr>
            <w:color w:val="0000EE"/>
            <w:u w:val="single"/>
          </w:rPr>
          <w:t>[4]</w:t>
        </w:r>
      </w:hyperlink>
      <w:r>
        <w:t xml:space="preserve">, </w:t>
      </w:r>
      <w:hyperlink r:id="rId15">
        <w:r>
          <w:rPr>
            <w:color w:val="0000EE"/>
            <w:u w:val="single"/>
          </w:rPr>
          <w:t>[7]</w:t>
        </w:r>
      </w:hyperlink>
      <w:r>
        <w:t xml:space="preserve">- Paragraph 6: </w:t>
      </w:r>
      <w:hyperlink r:id="rId11">
        <w:r>
          <w:rPr>
            <w:color w:val="0000EE"/>
            <w:u w:val="single"/>
          </w:rPr>
          <w:t>[5]</w:t>
        </w:r>
      </w:hyperlink>
      <w:r>
        <w:t xml:space="preserve">, </w:t>
      </w:r>
      <w:hyperlink r:id="rId14">
        <w:r>
          <w:rPr>
            <w:color w:val="0000EE"/>
            <w:u w:val="single"/>
          </w:rPr>
          <w:t>[6]</w:t>
        </w:r>
      </w:hyperlink>
      <w:r>
        <w:t xml:space="preserve">- Paragraph 7: </w:t>
      </w:r>
      <w:hyperlink r:id="rId14">
        <w:r>
          <w:rPr>
            <w:color w:val="0000EE"/>
            <w:u w:val="single"/>
          </w:rPr>
          <w:t>[6]</w:t>
        </w:r>
      </w:hyperlink>
      <w:r>
        <w:t xml:space="preserve">- Paragraph 8: </w:t>
      </w:r>
      <w:hyperlink r:id="rId10">
        <w:r>
          <w:rPr>
            <w:color w:val="0000EE"/>
            <w:u w:val="single"/>
          </w:rPr>
          <w:t>[2]</w:t>
        </w:r>
      </w:hyperlink>
      <w:r>
        <w:t xml:space="preserve">, </w:t>
      </w:r>
      <w:hyperlink r:id="rId12">
        <w:r>
          <w:rPr>
            <w:color w:val="0000EE"/>
            <w:u w:val="single"/>
          </w:rPr>
          <w:t>[3]</w:t>
        </w:r>
      </w:hyperlink>
      <w:r>
        <w:t xml:space="preserve">- Paragraph 9: </w:t>
      </w:r>
      <w:hyperlink r:id="rId13">
        <w:r>
          <w:rPr>
            <w:color w:val="0000EE"/>
            <w:u w:val="single"/>
          </w:rPr>
          <w:t>[4]</w:t>
        </w:r>
      </w:hyperlink>
      <w:r>
        <w:t xml:space="preserve">, </w:t>
      </w:r>
      <w:hyperlink r:id="rId15">
        <w:r>
          <w:rPr>
            <w:color w:val="0000EE"/>
            <w:u w:val="single"/>
          </w:rPr>
          <w:t>[7]</w:t>
        </w:r>
      </w:hyperlink>
      <w:r>
        <w:t xml:space="preserve">- Paragraph 10: </w:t>
      </w:r>
      <w:hyperlink r:id="rId10">
        <w:r>
          <w:rPr>
            <w:color w:val="0000EE"/>
            <w:u w:val="single"/>
          </w:rPr>
          <w:t>[2]</w:t>
        </w:r>
      </w:hyperlink>
      <w:r>
        <w:t xml:space="preserve">, </w:t>
      </w:r>
      <w:hyperlink r:id="rId11">
        <w:r>
          <w:rPr>
            <w:color w:val="0000EE"/>
            <w:u w:val="single"/>
          </w:rPr>
          <w:t>[5]</w:t>
        </w:r>
      </w:hyperlink>
      <w:r>
        <w:t xml:space="preserve">- Paragraph 11: </w:t>
      </w:r>
      <w:hyperlink r:id="rId11">
        <w:r>
          <w:rPr>
            <w:color w:val="0000EE"/>
            <w:u w:val="single"/>
          </w:rPr>
          <w:t>[5]</w:t>
        </w:r>
      </w:hyperlink>
      <w:r>
        <w:t xml:space="preserve">, </w:t>
      </w:r>
      <w:hyperlink r:id="rId14">
        <w:r>
          <w:rPr>
            <w:color w:val="0000EE"/>
            <w:u w:val="single"/>
          </w:rPr>
          <w:t>[6]</w:t>
        </w:r>
      </w:hyperlink>
      <w:r>
        <w:t xml:space="preserve">- Paragraph 12: </w:t>
      </w:r>
      <w:hyperlink r:id="rId10">
        <w:r>
          <w:rPr>
            <w:color w:val="0000EE"/>
            <w:u w:val="single"/>
          </w:rPr>
          <w:t>[2]</w:t>
        </w:r>
      </w:hyperlink>
      <w:r>
        <w:t xml:space="preserve">, </w:t>
      </w:r>
      <w:hyperlink r:id="rId12">
        <w:r>
          <w:rPr>
            <w:color w:val="0000EE"/>
            <w:u w:val="single"/>
          </w:rPr>
          <w:t>[3]</w:t>
        </w:r>
      </w:hyperlink>
      <w:r>
        <w:t xml:space="preserve">- Paragraph 13: </w:t>
      </w:r>
      <w:hyperlink r:id="rId13">
        <w:r>
          <w:rPr>
            <w:color w:val="0000EE"/>
            <w:u w:val="single"/>
          </w:rPr>
          <w:t>[4]</w:t>
        </w:r>
      </w:hyperlink>
      <w:r>
        <w:t xml:space="preserve">, </w:t>
      </w:r>
      <w:hyperlink r:id="rId15">
        <w:r>
          <w:rPr>
            <w:color w:val="0000EE"/>
            <w:u w:val="single"/>
          </w:rPr>
          <w:t>[7]</w:t>
        </w:r>
      </w:hyperlink>
      <w:r>
        <w:t xml:space="preserve">- Paragraph 14: </w:t>
      </w:r>
      <w:hyperlink r:id="rId15">
        <w:r>
          <w:rPr>
            <w:color w:val="0000EE"/>
            <w:u w:val="single"/>
          </w:rPr>
          <w:t>[7]</w:t>
        </w:r>
      </w:hyperlink>
      <w:r>
        <w:t xml:space="preserve">- Paragraph 15: </w:t>
      </w:r>
      <w:hyperlink r:id="rId10">
        <w:r>
          <w:rPr>
            <w:color w:val="0000EE"/>
            <w:u w:val="single"/>
          </w:rPr>
          <w:t>[2]</w:t>
        </w:r>
      </w:hyperlink>
      <w:r>
        <w:t xml:space="preserve">, </w:t>
      </w:r>
      <w:hyperlink r:id="rId11">
        <w:r>
          <w:rPr>
            <w:color w:val="0000EE"/>
            <w:u w:val="single"/>
          </w:rPr>
          <w:t>[5]</w:t>
        </w:r>
      </w:hyperlink>
      <w:r>
        <w:t xml:space="preserve">- Paragraph 16: </w:t>
      </w:r>
      <w:hyperlink r:id="rId12">
        <w:r>
          <w:rPr>
            <w:color w:val="0000EE"/>
            <w:u w:val="single"/>
          </w:rPr>
          <w:t>[3]</w:t>
        </w:r>
      </w:hyperlink>
      <w:r>
        <w:t xml:space="preserve">, </w:t>
      </w:r>
      <w:hyperlink r:id="rId13">
        <w:r>
          <w:rPr>
            <w:color w:val="0000EE"/>
            <w:u w:val="single"/>
          </w:rPr>
          <w:t>[4]</w:t>
        </w:r>
      </w:hyperlink>
      <w:r>
        <w:t xml:space="preserve">- Paragraph 17: </w:t>
      </w:r>
      <w:hyperlink r:id="rId14">
        <w:r>
          <w:rPr>
            <w:color w:val="0000EE"/>
            <w:u w:val="single"/>
          </w:rPr>
          <w:t>[6]</w:t>
        </w:r>
      </w:hyperlink>
      <w:r>
        <w:t xml:space="preserve">, </w:t>
      </w:r>
      <w:hyperlink r:id="rId15">
        <w:r>
          <w:rPr>
            <w:color w:val="0000EE"/>
            <w:u w:val="single"/>
          </w:rPr>
          <w:t>[7]</w:t>
        </w:r>
      </w:hyperlink>
      <w:r>
        <w:t xml:space="preserve">- Paragraph 18: </w:t>
      </w:r>
      <w:hyperlink r:id="rId10">
        <w:r>
          <w:rPr>
            <w:color w:val="0000EE"/>
            <w:u w:val="single"/>
          </w:rPr>
          <w:t>[2]</w:t>
        </w:r>
      </w:hyperlink>
      <w:r>
        <w:t xml:space="preserve">, </w:t>
      </w:r>
      <w:hyperlink r:id="rId11">
        <w:r>
          <w:rPr>
            <w:color w:val="0000EE"/>
            <w:u w:val="single"/>
          </w:rPr>
          <w:t>[5]</w:t>
        </w:r>
      </w:hyperlink>
      <w:r>
        <w:t xml:space="preserve">- Paragraph 19: </w:t>
      </w:r>
      <w:hyperlink r:id="rId12">
        <w:r>
          <w:rPr>
            <w:color w:val="0000EE"/>
            <w:u w:val="single"/>
          </w:rPr>
          <w:t>[3]</w:t>
        </w:r>
      </w:hyperlink>
      <w:r>
        <w:t xml:space="preserve">, </w:t>
      </w:r>
      <w:hyperlink r:id="rId13">
        <w:r>
          <w:rPr>
            <w:color w:val="0000EE"/>
            <w:u w:val="single"/>
          </w:rPr>
          <w:t>[4]</w:t>
        </w:r>
      </w:hyperlink>
      <w:r>
        <w:t xml:space="preserve">- Paragraph 20: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https://www.manchestereveningnews.co.uk/whats-on/whats-on-news/gallery/60-best-photos-manchester-village-34541074</w:t>
        </w:r>
      </w:hyperlink>
      <w:r>
        <w:t xml:space="preserve"> - Please view link - unable to able to access data</w:t>
      </w:r>
      <w:r/>
    </w:p>
    <w:p>
      <w:pPr>
        <w:pStyle w:val="ListNumber"/>
        <w:spacing w:line="240" w:lineRule="auto"/>
        <w:ind w:left="720"/>
      </w:pPr>
      <w:r/>
      <w:hyperlink r:id="rId10">
        <w:r>
          <w:rPr>
            <w:color w:val="0000EE"/>
            <w:u w:val="single"/>
          </w:rPr>
          <w:t>https://www.itv.com/news/granada/2026-03-19/pride-parade-returns-to-manchester-with-no-place-like-home-theme</w:t>
        </w:r>
      </w:hyperlink>
      <w:r>
        <w:t xml:space="preserve"> - Manchester Village Pride has announced the theme for its 2026 parade as 'No Place Like Home', inspired by The Wizard of Oz. This theme signifies a homecoming for Pride in Manchester after recent uncertainties and honours the city as a welcoming place for all. The parade is scheduled for 28–31 August 2026. (</w:t>
      </w:r>
      <w:hyperlink r:id="rId16">
        <w:r>
          <w:rPr>
            <w:color w:val="0000EE"/>
            <w:u w:val="single"/>
          </w:rPr>
          <w:t>itv.com</w:t>
        </w:r>
      </w:hyperlink>
      <w:r>
        <w:t>)</w:t>
      </w:r>
      <w:r/>
    </w:p>
    <w:p>
      <w:pPr>
        <w:pStyle w:val="ListNumber"/>
        <w:spacing w:line="240" w:lineRule="auto"/>
        <w:ind w:left="720"/>
      </w:pPr>
      <w:r/>
      <w:hyperlink r:id="rId12">
        <w:r>
          <w:rPr>
            <w:color w:val="0000EE"/>
            <w:u w:val="single"/>
          </w:rPr>
          <w:t>https://aboutmanchester.co.uk/no-place-like-home-manchester-village-pride-announce-parade-theme/</w:t>
        </w:r>
      </w:hyperlink>
      <w:r>
        <w:t xml:space="preserve"> - Manchester Village Pride has unveiled 'No Place Like Home' as the theme for the 2026 parade, drawing inspiration from The Wizard of Oz. This theme celebrates Pride's return to the city after recent challenges and highlights Manchester's reputation as a welcoming space for the LGBTQ+ community. The parade is set for 29 August 2026. (</w:t>
      </w:r>
      <w:hyperlink r:id="rId17">
        <w:r>
          <w:rPr>
            <w:color w:val="0000EE"/>
            <w:u w:val="single"/>
          </w:rPr>
          <w:t>aboutmanchester.co.uk</w:t>
        </w:r>
      </w:hyperlink>
      <w:r>
        <w:t>)</w:t>
      </w:r>
      <w:r/>
    </w:p>
    <w:p>
      <w:pPr>
        <w:pStyle w:val="ListNumber"/>
        <w:spacing w:line="240" w:lineRule="auto"/>
        <w:ind w:left="720"/>
      </w:pPr>
      <w:r/>
      <w:hyperlink r:id="rId13">
        <w:r>
          <w:rPr>
            <w:color w:val="0000EE"/>
            <w:u w:val="single"/>
          </w:rPr>
          <w:t>https://www.visitmanchester.com/event/manchester-village-pride-parade/26853101/</w:t>
        </w:r>
      </w:hyperlink>
      <w:r>
        <w:t xml:space="preserve"> - The Manchester Village Pride Parade, themed 'No Place Like Home', is scheduled for 29 August 2026. The parade will wind through the city, finishing in the Village—the birthplace of Pride in Manchester over forty years ago. The exact route will be announced soon. (</w:t>
      </w:r>
      <w:hyperlink r:id="rId18">
        <w:r>
          <w:rPr>
            <w:color w:val="0000EE"/>
            <w:u w:val="single"/>
          </w:rPr>
          <w:t>visitmanchester.com</w:t>
        </w:r>
      </w:hyperlink>
      <w:r>
        <w:t>)</w:t>
      </w:r>
      <w:r/>
    </w:p>
    <w:p>
      <w:pPr>
        <w:pStyle w:val="ListNumber"/>
        <w:spacing w:line="240" w:lineRule="auto"/>
        <w:ind w:left="720"/>
      </w:pPr>
      <w:r/>
      <w:hyperlink r:id="rId11">
        <w:r>
          <w:rPr>
            <w:color w:val="0000EE"/>
            <w:u w:val="single"/>
          </w:rPr>
          <w:t>https://themanchesterdaily.co.uk/news/community/thousands-brave-the-rain-for-manchester-village-pride-parade-mtfa60eb</w:t>
        </w:r>
      </w:hyperlink>
      <w:r>
        <w:t xml:space="preserve"> - Thousands braved the rain for the inaugural Manchester Village Pride parade, marking a new chapter for the city's LGBTQ+ celebrations. The parade, themed 'No Place Like Home', celebrated chosen families and the Gay Village. The procession started from Deansgate, passing through the city centre, and concluded at Sackville Gardens. (</w:t>
      </w:r>
      <w:hyperlink r:id="rId19">
        <w:r>
          <w:rPr>
            <w:color w:val="0000EE"/>
            <w:u w:val="single"/>
          </w:rPr>
          <w:t>themanchesterdaily.co.uk</w:t>
        </w:r>
      </w:hyperlink>
      <w:r>
        <w:t>)</w:t>
      </w:r>
      <w:r/>
    </w:p>
    <w:p>
      <w:pPr>
        <w:pStyle w:val="ListNumber"/>
        <w:spacing w:line="240" w:lineRule="auto"/>
        <w:ind w:left="720"/>
      </w:pPr>
      <w:r/>
      <w:hyperlink r:id="rId14">
        <w:r>
          <w:rPr>
            <w:color w:val="0000EE"/>
            <w:u w:val="single"/>
          </w:rPr>
          <w:t>https://www.itv.com/news/granada/2026-08-29/tens-of-thousands-brave-rain-to-celebrate-manchesters-lgbtq-community</w:t>
        </w:r>
      </w:hyperlink>
      <w:r>
        <w:t xml:space="preserve"> - Tens of thousands participated in the Manchester Village Pride parade, themed 'No Place Like Home', celebrating the city's LGBTQ+ community. The parade filled the city centre with colour, costumes, dancing, and music. The event was organised by a new Community Interest Company after the previous organisation's liquidation. (</w:t>
      </w:r>
      <w:hyperlink r:id="rId20">
        <w:r>
          <w:rPr>
            <w:color w:val="0000EE"/>
            <w:u w:val="single"/>
          </w:rPr>
          <w:t>itv.com</w:t>
        </w:r>
      </w:hyperlink>
      <w:r>
        <w:t>)</w:t>
      </w:r>
      <w:r/>
    </w:p>
    <w:p>
      <w:pPr>
        <w:pStyle w:val="ListNumber"/>
        <w:spacing w:line="240" w:lineRule="auto"/>
        <w:ind w:left="720"/>
      </w:pPr>
      <w:r/>
      <w:hyperlink r:id="rId15">
        <w:r>
          <w:rPr>
            <w:color w:val="0000EE"/>
            <w:u w:val="single"/>
          </w:rPr>
          <w:t>https://www.manchestertourism.org/manchester-pride-festival-guide/</w:t>
        </w:r>
      </w:hyperlink>
      <w:r>
        <w:t xml:space="preserve"> - The 2026 Manchester Village Pride festival is scheduled from 28 to 31 August 2026, with the parade on 29 August. The theme, 'No Place Like Home', nods to The Wizard of Oz and honours the Gay Village's role as Pride's birthplace. The festival includes various events, with tickets available for purchase. (</w:t>
      </w:r>
      <w:hyperlink r:id="rId21">
        <w:r>
          <w:rPr>
            <w:color w:val="0000EE"/>
            <w:u w:val="single"/>
          </w:rPr>
          <w:t>manchestertourism.org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gallery/60-best-photos-manchester-village-34541074" TargetMode="External"/><Relationship Id="rId10" Type="http://schemas.openxmlformats.org/officeDocument/2006/relationships/hyperlink" Target="https://www.itv.com/news/granada/2026-03-19/pride-parade-returns-to-manchester-with-no-place-like-home-theme" TargetMode="External"/><Relationship Id="rId11" Type="http://schemas.openxmlformats.org/officeDocument/2006/relationships/hyperlink" Target="https://themanchesterdaily.co.uk/news/community/thousands-brave-the-rain-for-manchester-village-pride-parade-mtfa60eb" TargetMode="External"/><Relationship Id="rId12" Type="http://schemas.openxmlformats.org/officeDocument/2006/relationships/hyperlink" Target="https://aboutmanchester.co.uk/no-place-like-home-manchester-village-pride-announce-parade-theme/" TargetMode="External"/><Relationship Id="rId13" Type="http://schemas.openxmlformats.org/officeDocument/2006/relationships/hyperlink" Target="https://www.visitmanchester.com/event/manchester-village-pride-parade/26853101/" TargetMode="External"/><Relationship Id="rId14" Type="http://schemas.openxmlformats.org/officeDocument/2006/relationships/hyperlink" Target="https://www.itv.com/news/granada/2026-08-29/tens-of-thousands-brave-rain-to-celebrate-manchesters-lgbtq-community" TargetMode="External"/><Relationship Id="rId15" Type="http://schemas.openxmlformats.org/officeDocument/2006/relationships/hyperlink" Target="https://www.manchestertourism.org/manchester-pride-festival-guide/" TargetMode="External"/><Relationship Id="rId16" Type="http://schemas.openxmlformats.org/officeDocument/2006/relationships/hyperlink" Target="https://www.itv.com/news/granada/2026-03-19/pride-parade-returns-to-manchester-with-no-place-like-home-theme?utm_source=openai" TargetMode="External"/><Relationship Id="rId17" Type="http://schemas.openxmlformats.org/officeDocument/2006/relationships/hyperlink" Target="https://aboutmanchester.co.uk/no-place-like-home-manchester-village-pride-announce-parade-theme/?utm_source=openai" TargetMode="External"/><Relationship Id="rId18" Type="http://schemas.openxmlformats.org/officeDocument/2006/relationships/hyperlink" Target="https://www.visitmanchester.com/event/manchester-village-pride-parade/26853101/?utm_source=openai" TargetMode="External"/><Relationship Id="rId19" Type="http://schemas.openxmlformats.org/officeDocument/2006/relationships/hyperlink" Target="https://themanchesterdaily.co.uk/news/community/thousands-brave-the-rain-for-manchester-village-pride-parade-mtfa60eb?utm_source=openai" TargetMode="External"/><Relationship Id="rId20" Type="http://schemas.openxmlformats.org/officeDocument/2006/relationships/hyperlink" Target="https://www.itv.com/news/granada/2026-08-29/tens-of-thousands-brave-rain-to-celebrate-manchesters-lgbtq-community?utm_source=openai" TargetMode="External"/><Relationship Id="rId21" Type="http://schemas.openxmlformats.org/officeDocument/2006/relationships/hyperlink" Target="https://www.manchestertourism.org/manchester-pride-festival-gu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