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Manchester Village Pride Guide for a Community-Led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Manchester Village Pride, the new community-led celebration in Manchester’s Gay Village, after the city’s former Pride organisation collapsed. With a parade, live stages, Canal Street parties and a powerful community focus, the event offers an upbeat, practical and proudly local way to experience one of the UK’s best LGBTQ+ weekends.</w:t>
      </w:r>
      <w:r/>
    </w:p>
    <w:p>
      <w:pPr>
        <w:pStyle w:val="Heading2"/>
      </w:pPr>
      <w:r>
        <w:t>Essential Takeaways</w:t>
      </w:r>
      <w:r/>
      <w:r/>
    </w:p>
    <w:p>
      <w:pPr>
        <w:pStyle w:val="ListBullet"/>
        <w:spacing w:line="240" w:lineRule="auto"/>
        <w:ind w:left="720"/>
      </w:pPr>
      <w:r/>
      <w:r>
        <w:rPr>
          <w:b/>
        </w:rPr>
        <w:t>Community-led revival:</w:t>
      </w:r>
      <w:r>
        <w:t xml:space="preserve"> Manchester Village Pride was created after the previous event organisation entered liquidation, keeping Pride rooted in local people and businesses.</w:t>
      </w:r>
      <w:r/>
    </w:p>
    <w:p>
      <w:pPr>
        <w:pStyle w:val="ListBullet"/>
        <w:spacing w:line="240" w:lineRule="auto"/>
        <w:ind w:left="720"/>
      </w:pPr>
      <w:r/>
      <w:r>
        <w:rPr>
          <w:b/>
        </w:rPr>
        <w:t>Compact location:</w:t>
      </w:r>
      <w:r>
        <w:t xml:space="preserve"> Most activity centres on Canal Street, Bloom Street, Richmond Street, Sackville Street and Sackville Gardens.</w:t>
      </w:r>
      <w:r/>
    </w:p>
    <w:p>
      <w:pPr>
        <w:pStyle w:val="ListBullet"/>
        <w:spacing w:line="240" w:lineRule="auto"/>
        <w:ind w:left="720"/>
      </w:pPr>
      <w:r/>
      <w:r>
        <w:rPr>
          <w:b/>
        </w:rPr>
        <w:t>Tickets vary:</w:t>
      </w:r>
      <w:r>
        <w:t xml:space="preserve"> Wristbands cover the main Village entertainment, while the parade can be watched for free.</w:t>
      </w:r>
      <w:r/>
    </w:p>
    <w:p>
      <w:pPr>
        <w:pStyle w:val="ListBullet"/>
        <w:spacing w:line="240" w:lineRule="auto"/>
        <w:ind w:left="720"/>
      </w:pPr>
      <w:r/>
      <w:r>
        <w:rPr>
          <w:b/>
        </w:rPr>
        <w:t>Plan the essentials:</w:t>
      </w:r>
      <w:r>
        <w:t xml:space="preserve"> Book accommodation and headline parties early, then leave room for rest, food and wandering.</w:t>
      </w:r>
      <w:r/>
    </w:p>
    <w:p>
      <w:pPr>
        <w:pStyle w:val="ListBullet"/>
        <w:spacing w:line="240" w:lineRule="auto"/>
        <w:ind w:left="720"/>
      </w:pPr>
      <w:r/>
      <w:r>
        <w:rPr>
          <w:b/>
        </w:rPr>
        <w:t>Pack sensibly:</w:t>
      </w:r>
      <w:r>
        <w:t xml:space="preserve"> Comfortable shoes, a portable charger, electrolytes and a secure zipped bag will all earn their keep.</w:t>
      </w:r>
      <w:r/>
      <w:r/>
    </w:p>
    <w:p>
      <w:pPr>
        <w:pStyle w:val="Heading2"/>
      </w:pPr>
      <w:r>
        <w:t>Manchester Pride found its way back to the Village</w:t>
      </w:r>
      <w:r/>
    </w:p>
    <w:p>
      <w:r/>
      <w:r>
        <w:t>The clearest impression is sensory: music spilling across Canal Street, rainbow flags fluttering above busy streets and the cheerful blur of people moving between stages, bars and parties. Manchester Village Pride feels less like an event dropped into the city and more like the Gay Village has decided to throw one enormous, very colourful house party.</w:t>
      </w:r>
      <w:r/>
    </w:p>
    <w:p>
      <w:r/>
      <w:r>
        <w:t xml:space="preserve">That matters because Manchester’s Pride landscape changed dramatically when Manchester Pride Events Limited entered liquidation in October 2025. The original organisation disappeared, but the demand for a city-wide celebration did not. According to Manchester Community Central, the response was a new community interest company designed to carry the event forward. </w:t>
      </w:r>
      <w:hyperlink r:id="rId9">
        <w:r>
          <w:rPr>
            <w:color w:val="0000EE"/>
            <w:u w:val="single"/>
          </w:rPr>
          <w:t>[6]</w:t>
        </w:r>
      </w:hyperlink>
      <w:r/>
    </w:p>
    <w:p>
      <w:r/>
      <w:r>
        <w:t xml:space="preserve">The result is a festival shaped around the neighbourhood that has hosted Manchester’s LGBTQ+ life for generations. Visit Manchester presents the Gay Village as a central part of the city’s LGBTQ+ identity, and that local connection is exactly what gives the new celebration its character. </w:t>
      </w:r>
      <w:hyperlink r:id="rId10">
        <w:r>
          <w:rPr>
            <w:color w:val="0000EE"/>
            <w:u w:val="single"/>
          </w:rPr>
          <w:t>[3]</w:t>
        </w:r>
      </w:hyperlink>
      <w:r/>
    </w:p>
    <w:p>
      <w:pPr>
        <w:pStyle w:val="Heading2"/>
      </w:pPr>
      <w:r>
        <w:t>What is Manchester Village Pride?</w:t>
      </w:r>
      <w:r/>
    </w:p>
    <w:p>
      <w:r/>
      <w:r>
        <w:t>Manchester Village Pride is a community-led Pride celebration held over the August Bank Holiday weekend. Its programme brings together a parade, outdoor entertainment, live performances, parties and the bars and clubs around Canal Street.</w:t>
      </w:r>
      <w:r/>
    </w:p>
    <w:p>
      <w:r/>
      <w:r>
        <w:t xml:space="preserve">The format is deliberately concentrated, which is good news for visitors. Manchester Tourism’s festival guide highlights the Gay Village streets and Sackville Gardens as key parts of the weekend, so you won't spend half your time trekking across town between attractions. </w:t>
      </w:r>
      <w:hyperlink r:id="rId11">
        <w:r>
          <w:rPr>
            <w:color w:val="0000EE"/>
            <w:u w:val="single"/>
          </w:rPr>
          <w:t>[4]</w:t>
        </w:r>
      </w:hyperlink>
      <w:r>
        <w:t xml:space="preserve"> Manchester Piccadilly station is also close enough to make rail travel particularly convenient.</w:t>
      </w:r>
      <w:r/>
    </w:p>
    <w:p>
      <w:r/>
      <w:r>
        <w:t>Its community interest company structure is an important distinction. Rather than treating the weekend solely as a commercial festival, the model aims to keep any surplus within the community. That gives the celebration a stronger sense of ownership, and it helps explain why the atmosphere feels unusually personal for an event attracting thousands of people.</w:t>
      </w:r>
      <w:r/>
    </w:p>
    <w:p>
      <w:pPr>
        <w:pStyle w:val="Heading2"/>
      </w:pPr>
      <w:r>
        <w:t>Parade, stages and late-night parties</w:t>
      </w:r>
      <w:r/>
    </w:p>
    <w:p>
      <w:r/>
      <w:r>
        <w:t xml:space="preserve">The parade remains one of the weekend’s major draws, bringing colour and noise through central Manchester while giving visitors a chance to celebrate without necessarily buying a full festival ticket. The official FAQ confirms that the parade is free to watch, while access to the wider Village entertainment requires a wristband. </w:t>
      </w:r>
      <w:hyperlink r:id="rId12">
        <w:r>
          <w:rPr>
            <w:color w:val="0000EE"/>
            <w:u w:val="single"/>
          </w:rPr>
          <w:t>[2]</w:t>
        </w:r>
      </w:hyperlink>
      <w:r/>
    </w:p>
    <w:p>
      <w:r/>
      <w:r>
        <w:t>Once the outdoor stages quieten down, Manchester’s nightlife takes over. Expect bars, clubs and special events to stay busy well into the night, with popular parties including DILF, ALERT! and events linked to Club Zindagi. The exact programme can change, so it’s worth checking the official listings before travelling rather than relying on last year’s line-up.</w:t>
      </w:r>
      <w:r/>
    </w:p>
    <w:p>
      <w:r/>
      <w:r>
        <w:t>There’s plenty of variety, too. Alongside mainstream pop and dance nights, Pride weekend can offer South Asian music, cabaret, DJs and more niche club events. That mix is one of the weekend’s strengths: you can follow the crowd, or take a turn down a side street and find something entirely different.</w:t>
      </w:r>
      <w:r/>
    </w:p>
    <w:p>
      <w:pPr>
        <w:pStyle w:val="Heading2"/>
      </w:pPr>
      <w:r>
        <w:t>How to plan your Manchester Pride weekend</w:t>
      </w:r>
      <w:r/>
    </w:p>
    <w:p>
      <w:r/>
      <w:r>
        <w:t xml:space="preserve">Accommodation near the Gay Village is the obvious choice if your budget allows. Being able to return for a shower, phone charge or short nap can make the difference between enjoying Sunday and simply surviving it. Visit Manchester’s LGBTQ+ travel information also recommends the Gay Village as the heart of the city’s queer scene, making it a practical base beyond the festival itself. </w:t>
      </w:r>
      <w:hyperlink r:id="rId10">
        <w:r>
          <w:rPr>
            <w:color w:val="0000EE"/>
            <w:u w:val="single"/>
          </w:rPr>
          <w:t>[3]</w:t>
        </w:r>
      </w:hyperlink>
      <w:r/>
    </w:p>
    <w:p>
      <w:r/>
      <w:r>
        <w:t>Book early, especially for the August Bank Holiday. Hotels within walking distance tend to fill quickly, while larger groups may find a shared apartment more convenient. If you’re travelling by train, Manchester Piccadilly is close enough to keep transfers straightforward, although busy streets and road closures may make the final walk slower than expected.</w:t>
      </w:r>
      <w:r/>
    </w:p>
    <w:p>
      <w:r/>
      <w:r>
        <w:t xml:space="preserve">For tickets, decide what kind of weekend you want. A wristband makes sense if you’re planning to use the stages and festival areas, while parade spectators can attend without one. The official FAQ is the best place to check current prices, entry rules and accessibility details, as these can change from one edition to the next. </w:t>
      </w:r>
      <w:hyperlink r:id="rId12">
        <w:r>
          <w:rPr>
            <w:color w:val="0000EE"/>
            <w:u w:val="single"/>
          </w:rPr>
          <w:t>[2]</w:t>
        </w:r>
      </w:hyperlink>
      <w:r/>
    </w:p>
    <w:p>
      <w:pPr>
        <w:pStyle w:val="Heading2"/>
      </w:pPr>
      <w:r>
        <w:t>Small safety tips make a big difference</w:t>
      </w:r>
      <w:r/>
    </w:p>
    <w:p>
      <w:r/>
      <w:r>
        <w:t>Pride weekends are marathons, not sprints. Wear shoes you can dance and walk in for hours, carry a portable charger, drink water regularly and keep a little food in your plans. It sounds basic, but a quiet afternoon break can rescue an otherwise exhausting itinerary.</w:t>
      </w:r>
      <w:r/>
    </w:p>
    <w:p>
      <w:r/>
      <w:r>
        <w:t>Busy crowds also create easy opportunities for pickpockets. Keep your phone and wallet in a zipped pocket, avoid carrying valuables you don't need and consider sharing your location with friends. A simple meeting point is useful too, particularly when mobile networks become patchy around packed streets.</w:t>
      </w:r>
      <w:r/>
    </w:p>
    <w:p>
      <w:r/>
      <w:r>
        <w:t xml:space="preserve">It’s also sensible to expect a visible police presence and possible security checks around the Village. Follow staff instructions, allow extra time to enter busy areas and check the official guidance before setting off. Pro-Manchester’s coverage of the 2026 event underlines the scale of the occasion and the importance of planning for a particularly busy city centre. </w:t>
      </w:r>
      <w:hyperlink r:id="rId13">
        <w:r>
          <w:rPr>
            <w:color w:val="0000EE"/>
            <w:u w:val="single"/>
          </w:rPr>
          <w:t>[7]</w:t>
        </w:r>
      </w:hyperlink>
      <w:r/>
    </w:p>
    <w:p>
      <w:pPr>
        <w:pStyle w:val="Heading2"/>
      </w:pPr>
      <w:r>
        <w:t>Why the new event feels different</w:t>
      </w:r>
      <w:r/>
    </w:p>
    <w:p>
      <w:r/>
      <w:r>
        <w:t>The most compelling thing about Manchester Village Pride is not simply that it continued after a financial collapse. It’s that the revival has made people think again about what Pride is for, and who gets to shape it.</w:t>
      </w:r>
      <w:r/>
    </w:p>
    <w:p>
      <w:r/>
      <w:r>
        <w:t xml:space="preserve">Total Guide to Manchester describes the new event as a major addition to the city’s calendar, but its appeal goes beyond headline acts and packed venues. </w:t>
      </w:r>
      <w:hyperlink r:id="rId14">
        <w:r>
          <w:rPr>
            <w:color w:val="0000EE"/>
            <w:u w:val="single"/>
          </w:rPr>
          <w:t>[5]</w:t>
        </w:r>
      </w:hyperlink>
      <w:r>
        <w:t xml:space="preserve"> The streets, independent businesses, residents, performers and visitors all become part of the experience, giving the weekend a grounded, lived-in quality.</w:t>
      </w:r>
      <w:r/>
    </w:p>
    <w:p>
      <w:r/>
      <w:r>
        <w:t>That doesn't mean every detail will be perfect. New events need time to settle, and visitors should expect programmes, access arrangements and party details to evolve. But the first impression is encouraging: Manchester’s LGBTQ+ community didn't allow Pride to vanish, and the new format gives the city a chance to build something more connected in the years ahead.</w:t>
      </w:r>
      <w:r/>
    </w:p>
    <w:p>
      <w:r/>
      <w:r>
        <w:t>Manchester Village Pride is proof that a celebration can be both enormous and deeply local.</w:t>
      </w:r>
      <w:r/>
    </w:p>
    <w:p>
      <w:r/>
      <w:r>
        <w:t>It's a small city-centre weekend with a big message: Pride belongs to the people who keep showing up.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2">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[2]</w:t>
        </w:r>
      </w:hyperlink>
      <w:r>
        <w:t xml:space="preserve">, </w:t>
      </w:r>
      <w:hyperlink r:id="rId14">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[2]</w:t>
        </w:r>
      </w:hyperlink>
      <w:r>
        <w:t xml:space="preserve">, </w:t>
      </w:r>
      <w:hyperlink r:id="rId13">
        <w:r>
          <w:rPr>
            <w:color w:val="0000EE"/>
            <w:u w:val="single"/>
          </w:rPr>
          <w:t>[7]</w:t>
        </w:r>
      </w:hyperlink>
      <w:r>
        <w:t xml:space="preserve">- Paragraph 9: </w:t>
      </w:r>
      <w:hyperlink r:id="rId12">
        <w:r>
          <w:rPr>
            <w:color w:val="0000EE"/>
            <w:u w:val="single"/>
          </w:rPr>
          <w:t>[2]</w:t>
        </w:r>
      </w:hyperlink>
      <w:r>
        <w:t xml:space="preserve">, </w:t>
      </w:r>
      <w:hyperlink r:id="rId10">
        <w:r>
          <w:rPr>
            <w:color w:val="0000EE"/>
            <w:u w:val="single"/>
          </w:rPr>
          <w:t>[3]</w:t>
        </w:r>
      </w:hyperlink>
      <w:r>
        <w:t xml:space="preserve">- Paragraph 10: </w:t>
      </w:r>
      <w:hyperlink r:id="rId13">
        <w:r>
          <w:rPr>
            <w:color w:val="0000EE"/>
            <w:u w:val="single"/>
          </w:rPr>
          <w:t>[7]</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https://nomadicboys.com/manchester-village-pride/</w:t>
        </w:r>
      </w:hyperlink>
      <w:r>
        <w:t xml:space="preserve"> - Please view link - unable to able to access data</w:t>
      </w:r>
      <w:r/>
    </w:p>
    <w:p>
      <w:pPr>
        <w:pStyle w:val="ListNumber"/>
        <w:spacing w:line="240" w:lineRule="auto"/>
        <w:ind w:left="720"/>
      </w:pPr>
      <w:r/>
      <w:hyperlink r:id="rId12">
        <w:r>
          <w:rPr>
            <w:color w:val="0000EE"/>
            <w:u w:val="single"/>
          </w:rPr>
          <w:t>https://www.manchestervillagepride.org/faqs/</w:t>
        </w:r>
      </w:hyperlink>
      <w:r>
        <w:t xml:space="preserve"> - The official Manchester Village Pride website provides detailed information about the event, including dates, ticketing, and frequently asked questions. The 2026 event is scheduled from Friday 28th August to Monday 31st August, with gates opening at various times throughout the weekend. Tickets are required for entry, with options for weekend wristbands and day passes available through Skiddle. The website also offers insights into the event's schedule and access points, ensuring attendees are well-informed about the festivities and logistics.</w:t>
      </w:r>
      <w:r/>
    </w:p>
    <w:p>
      <w:pPr>
        <w:pStyle w:val="ListNumber"/>
        <w:spacing w:line="240" w:lineRule="auto"/>
        <w:ind w:left="720"/>
      </w:pPr>
      <w:r/>
      <w:hyperlink r:id="rId10">
        <w:r>
          <w:rPr>
            <w:color w:val="0000EE"/>
            <w:u w:val="single"/>
          </w:rPr>
          <w:t>https://www.visitmanchester.com/ideas-and-inspiration/lgbt/manchester-pride/</w:t>
        </w:r>
      </w:hyperlink>
      <w:r>
        <w:t xml:space="preserve"> - Visit Manchester's official tourism site highlights the return of Manchester Village Pride in 2026 under the new direction of Manchester Village Pride CIC. The event is set to take place over the August Bank Holiday Weekend, with wristbands now on sale via Skiddle. The funds raised will support LGBTQ+ charities, grassroots organisations, and vital community services. The page emphasizes the community-led nature of the event and its commitment to reinvesting surplus funds for public benefit.</w:t>
      </w:r>
      <w:r/>
    </w:p>
    <w:p>
      <w:pPr>
        <w:pStyle w:val="ListNumber"/>
        <w:spacing w:line="240" w:lineRule="auto"/>
        <w:ind w:left="720"/>
      </w:pPr>
      <w:r/>
      <w:hyperlink r:id="rId11">
        <w:r>
          <w:rPr>
            <w:color w:val="0000EE"/>
            <w:u w:val="single"/>
          </w:rPr>
          <w:t>https://www.manchestertourism.org/manchester-pride-festival-guide/</w:t>
        </w:r>
      </w:hyperlink>
      <w:r>
        <w:t xml:space="preserve"> - Manchester Tourism Guide offers a comprehensive 2026 festival guide for Manchester Village Pride, detailing dates, parade routes, lineups, and the Candlelit Vigil at Sackville Gardens. The event runs from Friday 28th August to Monday 31st August, with the parade on Saturday 29th August. The guide provides insights into ticket pricing, including early bird and general release options, and highlights the community-led organisation behind the event, Manchester Village Pride CIC.</w:t>
      </w:r>
      <w:r/>
    </w:p>
    <w:p>
      <w:pPr>
        <w:pStyle w:val="ListNumber"/>
        <w:spacing w:line="240" w:lineRule="auto"/>
        <w:ind w:left="720"/>
      </w:pPr>
      <w:r/>
      <w:hyperlink r:id="rId14">
        <w:r>
          <w:rPr>
            <w:color w:val="0000EE"/>
            <w:u w:val="single"/>
          </w:rPr>
          <w:t>https://www.totalguidetomanchester.com/entertainment/manchester-village-pride/</w:t>
        </w:r>
      </w:hyperlink>
      <w:r>
        <w:t xml:space="preserve"> - Total Guide to Manchester provides details on Manchester Village Pride 2026, including dates, times, and venue information. The event is scheduled from Friday 28th August 2026 to Tuesday 1st September 2026 at Manchester Gay Village, operating from 12:00pm to 6:00am. The page includes ticket pricing and booking information, offering readers insights into the event's schedule and logistics.</w:t>
      </w:r>
      <w:r/>
    </w:p>
    <w:p>
      <w:pPr>
        <w:pStyle w:val="ListNumber"/>
        <w:spacing w:line="240" w:lineRule="auto"/>
        <w:ind w:left="720"/>
      </w:pPr>
      <w:r/>
      <w:hyperlink r:id="rId9">
        <w:r>
          <w:rPr>
            <w:color w:val="0000EE"/>
            <w:u w:val="single"/>
          </w:rPr>
          <w:t>https://manchestercommunitycentral.org/news/manchester-village-pride-parade-application</w:t>
        </w:r>
      </w:hyperlink>
      <w:r>
        <w:t xml:space="preserve"> - Manchester Community Central announces the theme for the 2026 Manchester Village Pride parade: 'No Place Like Home'. The parade is set for Saturday 29th August, with applications open for participation. The theme aims to celebrate a homecoming for Pride in the city after recent uncertainties and to honour Manchester as a welcoming place for all. The page provides details on how community groups can apply to be part of the parade.</w:t>
      </w:r>
      <w:r/>
    </w:p>
    <w:p>
      <w:pPr>
        <w:pStyle w:val="ListNumber"/>
        <w:spacing w:line="240" w:lineRule="auto"/>
        <w:ind w:left="720"/>
      </w:pPr>
      <w:r/>
      <w:hyperlink r:id="rId13">
        <w:r>
          <w:rPr>
            <w:color w:val="0000EE"/>
            <w:u w:val="single"/>
          </w:rPr>
          <w:t>https://www.pro-manchester.co.uk/newsrooms/manchester-village-pride-2026/</w:t>
        </w:r>
      </w:hyperlink>
      <w:r>
        <w:t xml:space="preserve"> - Pro-Manchester highlights the return of Manchester Village Pride in 2026, emphasizing the event's community-led nature and its focus on celebration, visibility, and community spirit. The article details the parade, fringe events, live performances, and the Candlelit Vigil in Sackville Gardens. It also mentions the event's theme, 'No Place Like Home', and provides information on ticketing and the event's schedule.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nchestercommunitycentral.org/news/manchester-village-pride-parade-application" TargetMode="External"/><Relationship Id="rId10" Type="http://schemas.openxmlformats.org/officeDocument/2006/relationships/hyperlink" Target="https://www.visitmanchester.com/ideas-and-inspiration/lgbt/manchester-pride/" TargetMode="External"/><Relationship Id="rId11" Type="http://schemas.openxmlformats.org/officeDocument/2006/relationships/hyperlink" Target="https://www.manchestertourism.org/manchester-pride-festival-guide/" TargetMode="External"/><Relationship Id="rId12" Type="http://schemas.openxmlformats.org/officeDocument/2006/relationships/hyperlink" Target="https://www.manchestervillagepride.org/faqs/" TargetMode="External"/><Relationship Id="rId13" Type="http://schemas.openxmlformats.org/officeDocument/2006/relationships/hyperlink" Target="https://www.pro-manchester.co.uk/newsrooms/manchester-village-pride-2026/" TargetMode="External"/><Relationship Id="rId14" Type="http://schemas.openxmlformats.org/officeDocument/2006/relationships/hyperlink" Target="https://www.totalguidetomanchester.com/entertainment/manchester-village-pride/" TargetMode="External"/><Relationship Id="rId15" Type="http://schemas.openxmlformats.org/officeDocument/2006/relationships/hyperlink" Target="https://nomadicboys.com/manchester-villag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