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Manchester Village Pride 2026 highlights from a rain-soaked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Revellers turned Manchester Village Pride 2026 into a colourful triumph on Sunday, dancing through torrential rain, thunder and lightning across the Gay Village. With Cascada, Kate Nash and local LGBTQ+ favourites on stage, the new community-led festival showed why Manchester Pride remains such an important, joyful fixture.</w:t>
      </w:r>
      <w:r/>
    </w:p>
    <w:p>
      <w:pPr>
        <w:pStyle w:val="Heading2"/>
      </w:pPr>
      <w:r>
        <w:t>Essential Takeaways</w:t>
      </w:r>
      <w:r/>
      <w:r/>
    </w:p>
    <w:p>
      <w:pPr>
        <w:pStyle w:val="ListBullet"/>
        <w:spacing w:line="240" w:lineRule="auto"/>
        <w:ind w:left="720"/>
      </w:pPr>
      <w:r/>
      <w:r>
        <w:rPr>
          <w:b/>
        </w:rPr>
        <w:t>Rain couldn't stop the music:</w:t>
      </w:r>
      <w:r>
        <w:t xml:space="preserve"> Thunderstorms briefly paused performances, but crowds soon returned with umbrellas and ponchos.</w:t>
      </w:r>
      <w:r/>
    </w:p>
    <w:p>
      <w:pPr>
        <w:pStyle w:val="ListBullet"/>
        <w:spacing w:line="240" w:lineRule="auto"/>
        <w:ind w:left="720"/>
      </w:pPr>
      <w:r/>
      <w:r>
        <w:rPr>
          <w:b/>
        </w:rPr>
        <w:t>A fresh chapter:</w:t>
      </w:r>
      <w:r>
        <w:t xml:space="preserve"> Manchester Village Pride has been created by local venues, Manchester Council and Equity after the previous organisation folded.</w:t>
      </w:r>
      <w:r/>
    </w:p>
    <w:p>
      <w:pPr>
        <w:pStyle w:val="ListBullet"/>
        <w:spacing w:line="240" w:lineRule="auto"/>
        <w:ind w:left="720"/>
      </w:pPr>
      <w:r/>
      <w:r>
        <w:rPr>
          <w:b/>
        </w:rPr>
        <w:t>Big Sunday names:</w:t>
      </w:r>
      <w:r>
        <w:t xml:space="preserve"> Kate Nash, Cascada, Booty Luv, Big Brovaz, DJ Paulette and Misha B were among the day's performers.</w:t>
      </w:r>
      <w:r/>
    </w:p>
    <w:p>
      <w:pPr>
        <w:pStyle w:val="ListBullet"/>
        <w:spacing w:line="240" w:lineRule="auto"/>
        <w:ind w:left="720"/>
      </w:pPr>
      <w:r/>
      <w:r>
        <w:rPr>
          <w:b/>
        </w:rPr>
        <w:t>A calmer atmosphere:</w:t>
      </w:r>
      <w:r>
        <w:t xml:space="preserve"> Organisers said improved crowd management helped the festival feel less crowded and more relaxed.</w:t>
      </w:r>
      <w:r/>
    </w:p>
    <w:p>
      <w:pPr>
        <w:pStyle w:val="ListBullet"/>
        <w:spacing w:line="240" w:lineRule="auto"/>
        <w:ind w:left="720"/>
      </w:pPr>
      <w:r/>
      <w:r>
        <w:rPr>
          <w:b/>
        </w:rPr>
        <w:t>Community still comes first:</w:t>
      </w:r>
      <w:r>
        <w:t xml:space="preserve"> Attendees described the event as vital for visibility, connection and LGBTQ+ confidence.</w:t>
      </w:r>
      <w:r/>
      <w:r/>
    </w:p>
    <w:p>
      <w:pPr>
        <w:pStyle w:val="Heading2"/>
      </w:pPr>
      <w:r>
        <w:t>Manchester Village Pride faced the storm head-on</w:t>
      </w:r>
      <w:r/>
    </w:p>
    <w:p>
      <w:r/>
      <w:r>
        <w:t>The strongest image from Sunday wasn't a stage or a headline act. It was a sea of bright umbrellas bobbing along Canal Street as rain hammered down and the bass returned.</w:t>
      </w:r>
      <w:r/>
    </w:p>
    <w:p>
      <w:r/>
      <w:r>
        <w:t>According to the Manchester Evening News, lightning and torrential showers forced a temporary safety pause, while parts of the festival site were left under standing water. Yet many revellers simply waited it out, then carried on dancing. There's a particular Manchester stubbornness to that, especially when the soundtrack includes "Raining Man".</w:t>
      </w:r>
      <w:r/>
    </w:p>
    <w:p>
      <w:r/>
      <w:r>
        <w:t>The Gay Village has hosted Pride celebrations for more than four decades, and Visit Manchester continues to present the area as a central part of the city's LGBTQ+ identity. On Sunday, that history felt especially visible beneath the ponchos and waterproofs.</w:t>
      </w:r>
      <w:r/>
    </w:p>
    <w:p>
      <w:pPr>
        <w:pStyle w:val="Heading2"/>
      </w:pPr>
      <w:r>
        <w:t>A new festival finds its feet</w:t>
      </w:r>
      <w:r/>
    </w:p>
    <w:p>
      <w:r/>
      <w:r>
        <w:t>This year's event marked a significant change. Manchester Village Pride emerged after the company behind the former Manchester Pride entered voluntary liquidation, leaving local venues and community partners to work out how the celebration could continue.</w:t>
      </w:r>
      <w:r/>
    </w:p>
    <w:p>
      <w:r/>
      <w:r>
        <w:t>The new Community Interest Company model brought together Gay Village businesses, Manchester Council and Equity. The result was a festival that some regulars felt was calmer and less commercial, with a stronger sense of local ownership.</w:t>
      </w:r>
      <w:r/>
    </w:p>
    <w:p>
      <w:r/>
      <w:r>
        <w:t>Official event information describes Manchester Village Pride as a celebration centred on community, inclusion and the city's LGBTQ+ scene. That may sound familiar, but after months in which Pride events elsewhere faced closure or funding problems, keeping this one alive carried real weight.</w:t>
      </w:r>
      <w:r/>
    </w:p>
    <w:p>
      <w:pPr>
        <w:pStyle w:val="Heading2"/>
      </w:pPr>
      <w:r>
        <w:t>Kate Nash and Cascada supplied the singalong moments</w:t>
      </w:r>
      <w:r/>
    </w:p>
    <w:p>
      <w:r/>
      <w:r>
        <w:t>Sunday's line-up mixed indie pop, dance nostalgia and Manchester talent. Kate Nash drew a large crowd with "Foundations", while performers including DJ Paulette, Misty Chance, Misha B, Diana Vickers and Big Brovaz kept the programme moving across the site.</w:t>
      </w:r>
      <w:r/>
    </w:p>
    <w:p>
      <w:r/>
      <w:r>
        <w:t>Then came Cascada, whose high-energy Eurodance set provided the night's unforgettable finale. As "Everytime We Touch" rang out through another downpour, umbrellas bounced to the beat and the rain became part of the spectacle rather than a reason to leave.</w:t>
      </w:r>
      <w:r/>
    </w:p>
    <w:p>
      <w:r/>
      <w:r>
        <w:t>BritBrief's event coverage also highlighted Cascada's closing performance and the stormy conditions. It was a wonderfully daft, very British scene: soaked trainers, plastic ponchos and thousands of people acting as though a thunderstorm were simply another lighting effect.</w:t>
      </w:r>
      <w:r/>
    </w:p>
    <w:p>
      <w:pPr>
        <w:pStyle w:val="Heading2"/>
      </w:pPr>
      <w:r>
        <w:t>What the new Manchester Pride format means for visitors</w:t>
      </w:r>
      <w:r/>
    </w:p>
    <w:p>
      <w:r/>
      <w:r>
        <w:t>Crowds reportedly exceeded 30,000 on Sunday, with organisers suggesting daily attendance was several thousand higher than the previous year. Even so, some visitors said the site felt quieter, which was attributed to better crowd management rather than a lack of enthusiasm.</w:t>
      </w:r>
      <w:r/>
    </w:p>
    <w:p>
      <w:r/>
      <w:r>
        <w:t>For anyone planning a future visit, the practical lesson is simple. Check the official Manchester Village Pride information before travelling, allow extra time around the Gay Village, and pack waterproof layers even when the forecast looks hopeful. A compact umbrella is useful, although it won't do much against strong wind or a sudden lightning warning.</w:t>
      </w:r>
      <w:r/>
    </w:p>
    <w:p>
      <w:r/>
      <w:r>
        <w:t>Visit Manchester's event listings remain a helpful starting point for checking parade details and city-wide Pride activity. It's also worth remembering that event access, timings and venue arrangements can change, particularly when severe weather is involved.</w:t>
      </w:r>
      <w:r/>
    </w:p>
    <w:p>
      <w:pPr>
        <w:pStyle w:val="Heading2"/>
      </w:pPr>
      <w:r>
        <w:t>Why Manchester Village Pride still matters</w:t>
      </w:r>
      <w:r/>
    </w:p>
    <w:p>
      <w:r/>
      <w:r>
        <w:t>The party atmosphere never erased the reason Pride exists. One attendee told the Manchester Evening News that he had experienced homophobic abuse while travelling to the event, a reminder that public celebration and protest still sit side by side.</w:t>
      </w:r>
      <w:r/>
    </w:p>
    <w:p>
      <w:r/>
      <w:r>
        <w:t>That tension is precisely why local Pride events matter. They offer visibility for people who may not yet feel ready to be open about their sexuality, while giving established members of the community a chance to meet, remember and celebrate together.</w:t>
      </w:r>
      <w:r/>
    </w:p>
    <w:p>
      <w:r/>
      <w:r>
        <w:t>Manchester's festival didn't need perfect weather to make its point. If anything, the storm sharpened it. Pride survived because people, venues and community partners decided it was worth protecting, and that shared determination was visible in every drenched dancefloor and brightly coloured brolly.</w:t>
      </w:r>
      <w:r/>
    </w:p>
    <w:p>
      <w:r/>
      <w:r>
        <w:t>It's a small miracle of local resilience, set to a very loud Eurodance beat.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3">
        <w:r>
          <w:rPr>
            <w:color w:val="0000EE"/>
            <w:u w:val="single"/>
          </w:rPr>
          <w:t>[3]</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3">
        <w:r>
          <w:rPr>
            <w:color w:val="0000EE"/>
            <w:u w:val="single"/>
          </w:rPr>
          <w:t>[3]</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[3]</w:t>
        </w:r>
      </w:hyperlink>
      <w:r>
        <w:t xml:space="preserve">, </w:t>
      </w:r>
      <w:hyperlink r:id="rId11">
        <w:r>
          <w:rPr>
            <w:color w:val="0000EE"/>
            <w:u w:val="single"/>
          </w:rPr>
          <w:t>[5]</w:t>
        </w:r>
      </w:hyperlink>
      <w:r>
        <w:t xml:space="preserve">- Paragraph 12: </w:t>
      </w:r>
      <w:hyperlink r:id="rId12">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1">
        <w:r>
          <w:rPr>
            <w:color w:val="0000EE"/>
            <w:u w:val="single"/>
          </w:rPr>
          <w:t>[5]</w:t>
        </w:r>
      </w:hyperlink>
      <w:r>
        <w:t xml:space="preserve">- Paragraph 15: </w:t>
      </w:r>
      <w:hyperlink r:id="rId13">
        <w:r>
          <w:rPr>
            <w:color w:val="0000EE"/>
            <w:u w:val="single"/>
          </w:rPr>
          <w:t>[3]</w:t>
        </w:r>
      </w:hyperlink>
      <w:r>
        <w:t xml:space="preserve">, </w:t>
      </w:r>
      <w:hyperlink r:id="rId11">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https://www.manchestereveningnews.co.uk/whats-on/music-nightlife-news/thunder-sea-multicoloured-umbrellas-eurodance-34543452</w:t>
        </w:r>
      </w:hyperlink>
      <w:r>
        <w:t xml:space="preserve"> - Please view link - unable to able to access data</w:t>
      </w:r>
      <w:r/>
    </w:p>
    <w:p>
      <w:pPr>
        <w:pStyle w:val="ListNumber"/>
        <w:spacing w:line="240" w:lineRule="auto"/>
        <w:ind w:left="720"/>
      </w:pPr>
      <w:r/>
      <w:hyperlink r:id="rId9">
        <w:r>
          <w:rPr>
            <w:color w:val="0000EE"/>
            <w:u w:val="single"/>
          </w:rPr>
          <w:t>https://www.manchestereveningnews.co.uk/whats-on/music-nightlife-news/thunder-sea-multicoloured-umbrellas-eurodance-34543452</w:t>
        </w:r>
      </w:hyperlink>
      <w:r>
        <w:t xml:space="preserve"> - The article reports on the Manchester Village Pride event held on Sunday, August 30, 2026, highlighting the resilience of attendees who continued to celebrate despite torrential rain and thunderstorms. The event featured performances by artists such as Kate Nash, Big Brovaz &amp; Booty Luv, and Cascada. The article also discusses the event's origins, noting that it emerged from the previous Manchester Pride after the original company went into voluntary liquidation. Over 30,000 people attended, with many describing the atmosphere as calmer and less commercial than in previous years.</w:t>
      </w:r>
      <w:r/>
    </w:p>
    <w:p>
      <w:pPr>
        <w:pStyle w:val="ListNumber"/>
        <w:spacing w:line="240" w:lineRule="auto"/>
        <w:ind w:left="720"/>
      </w:pPr>
      <w:r/>
      <w:hyperlink r:id="rId13">
        <w:r>
          <w:rPr>
            <w:color w:val="0000EE"/>
            <w:u w:val="single"/>
          </w:rPr>
          <w:t>https://www.manchestervillagepride.org/faqs/</w:t>
        </w:r>
      </w:hyperlink>
      <w:r>
        <w:t xml:space="preserve"> - The Manchester Village Pride FAQ page provides essential information about the event, including dates, ticketing, and location. The event is scheduled from Friday, August 28, to Monday, August 31, 2026, in Manchester's Gay Village. It is a ticketed event, with wristbands available for purchase in advance through Skiddle or at event box offices during the weekend. The FAQ also details the event's accessibility via public transport, including train, Metrolink, bus, and taxi services, and advises attendees to use public transport due to expected road closures and limited parking.</w:t>
      </w:r>
      <w:r/>
    </w:p>
    <w:p>
      <w:pPr>
        <w:pStyle w:val="ListNumber"/>
        <w:spacing w:line="240" w:lineRule="auto"/>
        <w:ind w:left="720"/>
      </w:pPr>
      <w:r/>
      <w:hyperlink r:id="rId10">
        <w:r>
          <w:rPr>
            <w:color w:val="0000EE"/>
            <w:u w:val="single"/>
          </w:rPr>
          <w:t>https://britbrief.co.uk/entertainment/awards/manchester-village-pride-2026-rain-thunder-and-cascada-close-fest.html</w:t>
        </w:r>
      </w:hyperlink>
      <w:r>
        <w:t xml:space="preserve"> - This article covers the conclusion of the Manchester Village Pride event on Sunday, August 30, 2026, noting that despite heavy rain and thunderstorms, over 30,000 people attended. The event featured a headline performance by German Eurodance act Cascada, who closed the main stage amid the adverse weather conditions. The piece highlights the resilience of the attendees and the success of the event in bringing the community together despite the challenges posed by the weather.</w:t>
      </w:r>
      <w:r/>
    </w:p>
    <w:p>
      <w:pPr>
        <w:pStyle w:val="ListNumber"/>
        <w:spacing w:line="240" w:lineRule="auto"/>
        <w:ind w:left="720"/>
      </w:pPr>
      <w:r/>
      <w:hyperlink r:id="rId11">
        <w:r>
          <w:rPr>
            <w:color w:val="0000EE"/>
            <w:u w:val="single"/>
          </w:rPr>
          <w:t>https://www.visitmanchester.com/ideas-and-inspiration/lgbt/manchester-pride/</w:t>
        </w:r>
      </w:hyperlink>
      <w:r>
        <w:t xml:space="preserve"> - The Visit Manchester page provides an overview of the Manchester Village Pride event, detailing its return in 2026 under the new direction of the Manchester Village Pride Community Interest Company (CIC). The page outlines the event's schedule, including the main stage entertainment, Dance Arena, Family Day, and Community Events. It also discusses the event's commitment to supporting LGBTQ+ charities, grassroots organisations, and community services, with funds raised through ticket sales contributing to these causes.</w:t>
      </w:r>
      <w:r/>
    </w:p>
    <w:p>
      <w:pPr>
        <w:pStyle w:val="ListNumber"/>
        <w:spacing w:line="240" w:lineRule="auto"/>
        <w:ind w:left="720"/>
      </w:pPr>
      <w:r/>
      <w:hyperlink r:id="rId12">
        <w:r>
          <w:rPr>
            <w:color w:val="0000EE"/>
            <w:u w:val="single"/>
          </w:rPr>
          <w:t>https://www.visitmanchester.com/event/manchester-village-pride-parade/26853101/</w:t>
        </w:r>
      </w:hyperlink>
      <w:r>
        <w:t xml:space="preserve"> - This page provides information about the Manchester Village Pride Parade, scheduled for Saturday, August 29, 2026. The parade will wind through the city, finishing in the Gay Village, which is considered the birthplace of Pride in Manchester over forty years ago. The theme for this year's parade is 'No Place Like Home,' inspired by The Wizard of Oz, celebrating homecoming and Manchester's reputation as a welcoming, safe space for the LGBTQ+ community.</w:t>
      </w:r>
      <w:r/>
    </w:p>
    <w:p>
      <w:pPr>
        <w:pStyle w:val="ListNumber"/>
        <w:spacing w:line="240" w:lineRule="auto"/>
        <w:ind w:left="720"/>
      </w:pPr>
      <w:r/>
      <w:hyperlink r:id="rId14">
        <w:r>
          <w:rPr>
            <w:color w:val="0000EE"/>
            <w:u w:val="single"/>
          </w:rPr>
          <w:t>https://www.manchestertourism.org/manchester-pride-festival-guide/</w:t>
        </w:r>
      </w:hyperlink>
      <w:r>
        <w:t xml:space="preserve"> - This comprehensive guide to the Manchester Village Pride 2026 event details the festival's dates, parade route, lineup, and other key information. The guide notes that the event runs from Friday, August 28, to Monday, August 31, 2026, with the parade on Saturday, August 29. It also discusses the rebranding of the event from Manchester Pride to Manchester Village Pride, following the liquidation of the previous organisers, and highlights the community-led efforts to bring the festival back in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eveningnews.co.uk/whats-on/music-nightlife-news/thunder-sea-multicoloured-umbrellas-eurodance-34543452" TargetMode="External"/><Relationship Id="rId10" Type="http://schemas.openxmlformats.org/officeDocument/2006/relationships/hyperlink" Target="https://britbrief.co.uk/entertainment/awards/manchester-village-pride-2026-rain-thunder-and-cascada-close-fest.html" TargetMode="External"/><Relationship Id="rId11" Type="http://schemas.openxmlformats.org/officeDocument/2006/relationships/hyperlink" Target="https://www.visitmanchester.com/ideas-and-inspiration/lgbt/manchester-pride/" TargetMode="External"/><Relationship Id="rId12" Type="http://schemas.openxmlformats.org/officeDocument/2006/relationships/hyperlink" Target="https://www.visitmanchester.com/event/manchester-village-pride-parade/26853101/" TargetMode="External"/><Relationship Id="rId13" Type="http://schemas.openxmlformats.org/officeDocument/2006/relationships/hyperlink" Target="https://www.manchestervillagepride.org/faqs/" TargetMode="External"/><Relationship Id="rId14" Type="http://schemas.openxmlformats.org/officeDocument/2006/relationships/hyperlink" Target="https://www.manchestertourism.org/manchester-pride-festival-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