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Laois Pride 2026 events for a full week of celebration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Laois Pride 2026 will bring a lively mix of community events, culture, youth activities and nightlife to the county from 7 to 13 September. With a flag-raising, film screening, parade, fun day and after-party planned, the festival offers plenty of ways to celebrate, connect and show support.</w:t>
      </w:r>
      <w:r/>
    </w:p>
    <w:p>
      <w:pPr>
        <w:pStyle w:val="Heading2"/>
      </w:pPr>
      <w:r>
        <w:t>Essential Takeaways</w:t>
      </w:r>
      <w:r/>
      <w:r/>
    </w:p>
    <w:p>
      <w:pPr>
        <w:pStyle w:val="ListBullet"/>
        <w:spacing w:line="240" w:lineRule="auto"/>
        <w:ind w:left="720"/>
      </w:pPr>
      <w:r/>
      <w:r>
        <w:rPr>
          <w:b/>
        </w:rPr>
        <w:t>Festival dates:</w:t>
      </w:r>
      <w:r>
        <w:t xml:space="preserve"> Laois Pride 2026 runs from Monday 7 September to Sunday 13 September.</w:t>
      </w:r>
      <w:r/>
    </w:p>
    <w:p>
      <w:pPr>
        <w:pStyle w:val="ListBullet"/>
        <w:spacing w:line="240" w:lineRule="auto"/>
        <w:ind w:left="720"/>
      </w:pPr>
      <w:r/>
      <w:r>
        <w:rPr>
          <w:b/>
        </w:rPr>
        <w:t>Main parade:</w:t>
      </w:r>
      <w:r>
        <w:t xml:space="preserve"> The parade begins at Laois School of Music at noon on Saturday.</w:t>
      </w:r>
      <w:r/>
    </w:p>
    <w:p>
      <w:pPr>
        <w:pStyle w:val="ListBullet"/>
        <w:spacing w:line="240" w:lineRule="auto"/>
        <w:ind w:left="720"/>
      </w:pPr>
      <w:r/>
      <w:r>
        <w:rPr>
          <w:b/>
        </w:rPr>
        <w:t>Family-friendly afternoon:</w:t>
      </w:r>
      <w:r>
        <w:t xml:space="preserve"> An Dún will host food, music, performances and drag from 1pm to 4pm.</w:t>
      </w:r>
      <w:r/>
    </w:p>
    <w:p>
      <w:pPr>
        <w:pStyle w:val="ListBullet"/>
        <w:spacing w:line="240" w:lineRule="auto"/>
        <w:ind w:left="720"/>
      </w:pPr>
      <w:r/>
      <w:r>
        <w:rPr>
          <w:b/>
        </w:rPr>
        <w:t>Evening entertainment:</w:t>
      </w:r>
      <w:r>
        <w:t xml:space="preserve"> Kavanagh's Bar will finish the celebrations with live acts and DJ Ruth.</w:t>
      </w:r>
      <w:r/>
    </w:p>
    <w:p>
      <w:pPr>
        <w:pStyle w:val="ListBullet"/>
        <w:spacing w:line="240" w:lineRule="auto"/>
        <w:ind w:left="720"/>
      </w:pPr>
      <w:r/>
      <w:r>
        <w:rPr>
          <w:b/>
        </w:rPr>
        <w:t>Creative opportunity:</w:t>
      </w:r>
      <w:r>
        <w:t xml:space="preserve"> A writing competition themed around "Finding Community" will honour queer journalist Joe Drennan.</w:t>
      </w:r>
      <w:r/>
      <w:r/>
    </w:p>
    <w:p>
      <w:pPr>
        <w:pStyle w:val="Heading2"/>
      </w:pPr>
      <w:r>
        <w:t>Laois Pride 2026 starts with a flag-raising</w:t>
      </w:r>
      <w:r/>
    </w:p>
    <w:p>
      <w:r/>
      <w:r>
        <w:t>The festival opens at Laois County Council at noon on Monday 7 September, when the Pride flag will be raised. It's a simple but powerful beginning, turning an official civic space into a visible statement of welcome and solidarity.</w:t>
      </w:r>
      <w:r/>
    </w:p>
    <w:p>
      <w:r/>
      <w:r>
        <w:t>That opening moment also sets the tone for the week ahead. Rather than squeezing everything into one parade day, Laois Pride spreads its programme across several days, giving visitors and local residents more chances to take part. County event listings show how varied Laois's wider cultural calendar can be, from community gatherings to arts programming.</w:t>
      </w:r>
      <w:r/>
    </w:p>
    <w:p>
      <w:pPr>
        <w:pStyle w:val="Heading2"/>
      </w:pPr>
      <w:r>
        <w:t>A film screening adds a thoughtful pause</w:t>
      </w:r>
      <w:r/>
    </w:p>
    <w:p>
      <w:r/>
      <w:r>
        <w:t xml:space="preserve">On Wednesday evening, Dunaimase Arts Centre will screen </w:t>
      </w:r>
      <w:r>
        <w:rPr>
          <w:i/>
        </w:rPr>
        <w:t>Girls &amp; Boys</w:t>
      </w:r>
      <w:r>
        <w:t xml:space="preserve"> at 7pm. The film event brings a quieter, more reflective note to the programme, offering space for audiences to settle in, watch together and continue conversations beyond the usual festival bustle.</w:t>
      </w:r>
      <w:r/>
    </w:p>
    <w:p>
      <w:r/>
      <w:r>
        <w:t>That balance matters. Pride isn't only about bright flags, loud music and a packed dancefloor; it's also about stories, representation and the chance to recognise experiences that may not always be visible. Arts venues across Laois regularly provide that kind of communal setting, according to local listings.</w:t>
      </w:r>
      <w:r/>
    </w:p>
    <w:p>
      <w:pPr>
        <w:pStyle w:val="Heading2"/>
      </w:pPr>
      <w:r>
        <w:t>Youth Pride Party brings the energy</w:t>
      </w:r>
      <w:r/>
    </w:p>
    <w:p>
      <w:r/>
      <w:r>
        <w:t>Friday's Youth Pride Party, organised in collaboration with Youth Work Ireland, gives younger attendees a dedicated space to celebrate. A youth-focused event can make a real difference, particularly for people who are attending Pride for the first time or looking for friendships that feel easy and genuine.</w:t>
      </w:r>
      <w:r/>
    </w:p>
    <w:p>
      <w:r/>
      <w:r>
        <w:t>The most useful tip is to check the latest event guidance before travelling, including age requirements, timings and any booking details. Youth and community organisations often update practical information closer to the date, so it's worth checking their social channels rather than relying on an old poster or forwarded message.</w:t>
      </w:r>
      <w:r/>
    </w:p>
    <w:p>
      <w:pPr>
        <w:pStyle w:val="Heading2"/>
      </w:pPr>
      <w:r>
        <w:t>Saturday is the big community day</w:t>
      </w:r>
      <w:r/>
    </w:p>
    <w:p>
      <w:r/>
      <w:r>
        <w:t>The main parade leaves Laois School of Music at noon on Saturday 12 September, before the celebrations move to An Dún for a Pride Fun Day from 1pm to 4pm. Expect music, performance, drag, food and drinks, with a sociable atmosphere that should suit both regular Pride-goers and curious newcomers.</w:t>
      </w:r>
      <w:r/>
    </w:p>
    <w:p>
      <w:r/>
      <w:r>
        <w:t>If you're attending, comfortable shoes and a phone charger are sensible additions. Parades have a habit of taking longer than expected, especially when people stop to chat, dance or wave at friends. The wider Laois events calendar is a useful place to watch for updates on local access and arrangements.</w:t>
      </w:r>
      <w:r/>
    </w:p>
    <w:p>
      <w:pPr>
        <w:pStyle w:val="Heading2"/>
      </w:pPr>
      <w:r>
        <w:t>The week ends with music and a creative legacy</w:t>
      </w:r>
      <w:r/>
    </w:p>
    <w:p>
      <w:r/>
      <w:r>
        <w:t>The Laois Pride After Party at Kavanagh's Bar will be hosted by Paul Ryder, with Sing Along Social, The Misses, Dylatrix, Regina George and DJ Ruth on the bill. It's the more flamboyant finale, designed for those who want to keep the music going after the daytime events have ended.</w:t>
      </w:r>
      <w:r/>
    </w:p>
    <w:p>
      <w:r/>
      <w:r>
        <w:t xml:space="preserve">Alongside the entertainment, organisers are inviting emerging LGBTQ+ writers to enter a competition inspired by the theme "Finding Community", held in honour of the late queer journalist Joe Drennan. The partnership with the </w:t>
      </w:r>
      <w:r>
        <w:rPr>
          <w:i/>
        </w:rPr>
        <w:t>Laois Nationalist</w:t>
      </w:r>
      <w:r>
        <w:t xml:space="preserve"> gives the project a strong local connection, while similar memorial competitions have shown how writing can keep personal stories and community memory in circulation.</w:t>
      </w:r>
      <w:r/>
    </w:p>
    <w:p>
      <w:r/>
      <w:r>
        <w:t>That combination of celebration and reflection feels especially fitting. Pride can be a party, a protest, a creative outlet and a reassuring reminder that belonging is built by people showing up for one another.</w:t>
      </w:r>
      <w:r/>
    </w:p>
    <w:p>
      <w:r/>
      <w:r>
        <w:t>It's a colourful week with room for dancing, thinking and finding your people.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0">
        <w:r>
          <w:rPr>
            <w:color w:val="0000EE"/>
            <w:u w:val="single"/>
          </w:rPr>
          <w:t>[5]</w:t>
        </w:r>
      </w:hyperlink>
      <w:r>
        <w:t xml:space="preserve">, </w:t>
      </w:r>
      <w:hyperlink r:id="rId13">
        <w:r>
          <w:rPr>
            <w:color w:val="0000EE"/>
            <w:u w:val="single"/>
          </w:rPr>
          <w:t>[6]</w:t>
        </w:r>
      </w:hyperlink>
      <w:r>
        <w:t xml:space="preserve">- Paragraph 4: </w:t>
      </w:r>
      <w:hyperlink r:id="rId9">
        <w:r>
          <w:rPr>
            <w:color w:val="0000EE"/>
            <w:u w:val="single"/>
          </w:rPr>
          <w:t>[2]</w:t>
        </w:r>
      </w:hyperlink>
      <w:r>
        <w:t xml:space="preserve">, </w:t>
      </w:r>
      <w:hyperlink r:id="rId14">
        <w:r>
          <w:rPr>
            <w:color w:val="0000EE"/>
            <w:u w:val="single"/>
          </w:rPr>
          <w:t>[7]</w:t>
        </w:r>
      </w:hyperlink>
      <w:r>
        <w:t xml:space="preserve">- Paragraph 5: </w:t>
      </w:r>
      <w:hyperlink r:id="rId9">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0">
        <w:r>
          <w:rPr>
            <w:color w:val="0000EE"/>
            <w:u w:val="single"/>
          </w:rPr>
          <w:t>[5]</w:t>
        </w:r>
      </w:hyperlink>
      <w:r>
        <w:t xml:space="preserve">- Paragraph 7: </w:t>
      </w:r>
      <w:hyperlink r:id="rId9">
        <w:r>
          <w:rPr>
            <w:color w:val="0000EE"/>
            <w:u w:val="single"/>
          </w:rPr>
          <w:t>[2]</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https://gcn.ie/laois-pride-2026/</w:t>
        </w:r>
      </w:hyperlink>
      <w:r>
        <w:t xml:space="preserve"> - Please view link - unable to able to access data</w:t>
      </w:r>
      <w:r/>
    </w:p>
    <w:p>
      <w:pPr>
        <w:pStyle w:val="ListNumber"/>
        <w:spacing w:line="240" w:lineRule="auto"/>
        <w:ind w:left="720"/>
      </w:pPr>
      <w:r/>
      <w:hyperlink r:id="rId9">
        <w:r>
          <w:rPr>
            <w:color w:val="0000EE"/>
            <w:u w:val="single"/>
          </w:rPr>
          <w:t>https://gcn.ie/laois-pride-2026/</w:t>
        </w:r>
      </w:hyperlink>
      <w:r>
        <w:t xml:space="preserve"> - The article announces Laois Pride 2026, scheduled from Monday, September 7, to Friday, September 13. It highlights various events, including the raising of the Pride flag at Laois County Council on Monday at 12pm, a film screening of 'Girls &amp; Boys' at Dunaimase Arts Centre on Wednesday at 7pm, a Youth Pride Party in collaboration with Youth Work Ireland on Friday, and the Pride Parade on Saturday at 12pm from Laois School of Music. The festivities conclude with a Pride Fun Day at An Dún and an After Party at Kavanagh’s Bar. Additionally, a writing competition in memory of the late journalist Joe Drennan is announced, inviting emerging LGBTQ+ talent to share their creativity under the theme 'Finding Community'.</w:t>
      </w:r>
      <w:r/>
    </w:p>
    <w:p>
      <w:pPr>
        <w:pStyle w:val="ListNumber"/>
        <w:spacing w:line="240" w:lineRule="auto"/>
        <w:ind w:left="720"/>
      </w:pPr>
      <w:r/>
      <w:hyperlink r:id="rId11">
        <w:r>
          <w:rPr>
            <w:color w:val="0000EE"/>
            <w:u w:val="single"/>
          </w:rPr>
          <w:t>https://laois.ie/events/clodhopper-clodclobber</w:t>
        </w:r>
      </w:hyperlink>
      <w:r>
        <w:t xml:space="preserve"> - Laois County Council is hosting 'Clodhopper Clodclobber', a series of mask design workshops for Laois Pride 2026, led by artist Niamh Coffey. The workshops, running from August 31 to September 12, aim to create colourful and eye-catching mask designs for the Pride Parade and Culture Night Laois. Participants will engage in exercises exploring themes like the Carnivalesque, Queer Ecology, and Irish folk tales to generate images and characters for the masks.</w:t>
      </w:r>
      <w:r/>
    </w:p>
    <w:p>
      <w:pPr>
        <w:pStyle w:val="ListNumber"/>
        <w:spacing w:line="240" w:lineRule="auto"/>
        <w:ind w:left="720"/>
      </w:pPr>
      <w:r/>
      <w:hyperlink r:id="rId12">
        <w:r>
          <w:rPr>
            <w:color w:val="0000EE"/>
            <w:u w:val="single"/>
          </w:rPr>
          <w:t>https://laois.ie/newsroom/2026/clough-village-gears-up-for-pride-of-place-judging-day-on-24th-july</w:t>
        </w:r>
      </w:hyperlink>
      <w:r>
        <w:t xml:space="preserve"> - Clough Village in County Laois is preparing for the Pride of Place judging day on July 24, 2026. Representing Laois in the 2026 IPB All Island Pride of Place Competition, Clough Village showcases community initiatives such as landscaping, biodiversity projects, and cultural celebrations. The village's Tidy Towns Group and local GAA club play significant roles in enhancing the community's vibrancy and inclusivity.</w:t>
      </w:r>
      <w:r/>
    </w:p>
    <w:p>
      <w:pPr>
        <w:pStyle w:val="ListNumber"/>
        <w:spacing w:line="240" w:lineRule="auto"/>
        <w:ind w:left="720"/>
      </w:pPr>
      <w:r/>
      <w:hyperlink r:id="rId10">
        <w:r>
          <w:rPr>
            <w:color w:val="0000EE"/>
            <w:u w:val="single"/>
          </w:rPr>
          <w:t>https://laois.ie/events</w:t>
        </w:r>
      </w:hyperlink>
      <w:r>
        <w:t xml:space="preserve"> - Laois County Council's events page lists various activities, including the 'Clodhopper Clodclobber' mask design workshops for Laois Pride 2026, led by artist Niamh Coffey. The workshops aim to create colourful and eye-catching mask designs for the Pride Parade and Culture Night Laois. Participants will engage in exercises exploring themes like the Carnivalesque, Queer Ecology, and Irish folk tales to generate images and characters for the masks.</w:t>
      </w:r>
      <w:r/>
    </w:p>
    <w:p>
      <w:pPr>
        <w:pStyle w:val="ListNumber"/>
        <w:spacing w:line="240" w:lineRule="auto"/>
        <w:ind w:left="720"/>
      </w:pPr>
      <w:r/>
      <w:hyperlink r:id="rId13">
        <w:r>
          <w:rPr>
            <w:color w:val="0000EE"/>
            <w:u w:val="single"/>
          </w:rPr>
          <w:t>https://www.laois-nationalist.ie/</w:t>
        </w:r>
      </w:hyperlink>
      <w:r>
        <w:t xml:space="preserve"> - The Laois Nationalist is a local news outlet covering various topics, including community events and initiatives. It features articles on local sports, community activities, and news updates relevant to County Laois residents. The publication provides coverage on events like the Laois Pride writing competition in memory of Joe Drennan and other community-focused news.</w:t>
      </w:r>
      <w:r/>
    </w:p>
    <w:p>
      <w:pPr>
        <w:pStyle w:val="ListNumber"/>
        <w:spacing w:line="240" w:lineRule="auto"/>
        <w:ind w:left="720"/>
      </w:pPr>
      <w:r/>
      <w:hyperlink r:id="rId14">
        <w:r>
          <w:rPr>
            <w:color w:val="0000EE"/>
            <w:u w:val="single"/>
          </w:rPr>
          <w:t>https://www.ireland-live.ie/news/limerick-live/1630908/writing-competition-launched-in-honour-of-university-of-limerick-student.html</w:t>
        </w:r>
      </w:hyperlink>
      <w:r>
        <w:t xml:space="preserve"> - A writing competition has been launched in honour of Joe Drennan, a final-year journalism student at the University of Limerick who tragically passed away in a road traffic accident. The competition aims to recognise journalism that enhances understanding of marginalised communities and is associated with The Irish Times. It is open to third-level students across Ireland, encouraging entries that advance social justice and amplify underrepresented voices.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cn.ie/laois-pride-2026/" TargetMode="External"/><Relationship Id="rId10" Type="http://schemas.openxmlformats.org/officeDocument/2006/relationships/hyperlink" Target="https://laois.ie/events" TargetMode="External"/><Relationship Id="rId11" Type="http://schemas.openxmlformats.org/officeDocument/2006/relationships/hyperlink" Target="https://laois.ie/events/clodhopper-clodclobber" TargetMode="External"/><Relationship Id="rId12" Type="http://schemas.openxmlformats.org/officeDocument/2006/relationships/hyperlink" Target="https://laois.ie/newsroom/2026/clough-village-gears-up-for-pride-of-place-judging-day-on-24th-july" TargetMode="External"/><Relationship Id="rId13" Type="http://schemas.openxmlformats.org/officeDocument/2006/relationships/hyperlink" Target="https://www.laois-nationalist.ie/" TargetMode="External"/><Relationship Id="rId14" Type="http://schemas.openxmlformats.org/officeDocument/2006/relationships/hyperlink" Target="https://www.ireland-live.ie/news/limerick-live/1630908/writing-competition-launched-in-honour-of-university-of-limerick-student.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