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Black Pride Celebration Blends Fashion, Culture and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at Atlanta Black Pride gathered for a stylish, high-energy celebration of Black queer culture, where fashion, performance and honest conversations about health and wellbeing shared the spotlight. Hosted by Bevy Smith and Patrik-Ian Polk, the event showed how community, creativity and care can move together.</w:t>
      </w:r>
      <w:r/>
    </w:p>
    <w:p>
      <w:pPr>
        <w:pStyle w:val="Heading2"/>
      </w:pPr>
      <w:r>
        <w:t>A night where fabulousness met purpose</w:t>
      </w:r>
      <w:r/>
    </w:p>
    <w:p>
      <w:r/>
      <w:r>
        <w:t>The strongest impression was visual: a room buzzing with bold style, warm reunions and the sort of easy energy that makes a gathering feel instantly memorable. Cultural Architects &amp; Torchbearers: Muses, Co-Conspirators &amp; Champions brought together Black gay and queer men and Black women to celebrate their creative and personal connections.</w:t>
      </w:r>
      <w:r/>
    </w:p>
    <w:p>
      <w:r/>
      <w:r>
        <w:t>Presented by iN-Hale Media &amp; Entertainment and powered by Gilead Sciences, the invite-only event formed part of Atlanta Black Pride. According to the event announcement, Bevy Smith and filmmaker Patrik-Ian Polk were set to host an evening focused on the communities' influence across fashion, entertainment, art and identity.</w:t>
      </w:r>
      <w:r/>
    </w:p>
    <w:p>
      <w:r/>
      <w:r>
        <w:t>The theme, "Reimagining the Black Swan", gave the night a graceful but defiant centre. It suggested transformation, individuality and the freedom to step beyond familiar expectations.</w:t>
      </w:r>
      <w:r/>
    </w:p>
    <w:p>
      <w:pPr>
        <w:pStyle w:val="Heading2"/>
      </w:pPr>
      <w:r>
        <w:t>From intimate dinner to immersive celebration</w:t>
      </w:r>
      <w:r/>
    </w:p>
    <w:p>
      <w:r/>
      <w:r>
        <w:t>The evening began with dinner for community leaders, tastemakers and influential voices before opening into a broader multimedia experience. Music, movement, live performances and visual storytelling helped turn the event into something more textured than a conventional panel or party.</w:t>
      </w:r>
      <w:r/>
    </w:p>
    <w:p>
      <w:r/>
      <w:r>
        <w:t>That shift matters. A dinner can create space for conversation, while performance gives those ideas a pulse. The result was a celebration that felt social and theatrical at once, with guests moving between serious reflection and pure enjoyment.</w:t>
      </w:r>
      <w:r/>
    </w:p>
    <w:p>
      <w:r/>
      <w:r>
        <w:t>Coverage of the event described it as a living archive of Atlanta's cultural energy, preserving the relationships and creative exchanges that often happen away from the spotlight. It's a useful reminder that nightlife and community history aren't separate worlds.</w:t>
      </w:r>
      <w:r/>
    </w:p>
    <w:p>
      <w:pPr>
        <w:pStyle w:val="Heading2"/>
      </w:pPr>
      <w:r>
        <w:t>Health conversations shared the spotlight</w:t>
      </w:r>
      <w:r/>
    </w:p>
    <w:p>
      <w:r/>
      <w:r>
        <w:t>Alongside the glamour, the programme made room for discussions about health, wellness, prevention, testing, care and reducing stigma. That balance was one of the evening's most important features, because celebration feels stronger when people can also talk openly about the issues affecting their lives.</w:t>
      </w:r>
      <w:r/>
    </w:p>
    <w:p>
      <w:r/>
      <w:r>
        <w:t>Gilead Sciences' involvement underlined the event's focus on health education and access. Rather than treating those subjects as a serious interruption to the party, the gathering folded them into its wider conversation about confidence, visibility and looking after one another.</w:t>
      </w:r>
      <w:r/>
    </w:p>
    <w:p>
      <w:r/>
      <w:r>
        <w:t>That approach feels especially relevant during Pride events, where joy and responsibility increasingly sit side by side. A great outfit may catch the eye, but an open conversation can stay with people much longer.</w:t>
      </w:r>
      <w:r/>
    </w:p>
    <w:p>
      <w:pPr>
        <w:pStyle w:val="Heading2"/>
      </w:pPr>
      <w:r>
        <w:t>Atlanta's tastemakers brought the style</w:t>
      </w:r>
      <w:r/>
    </w:p>
    <w:p>
      <w:r/>
      <w:r>
        <w:t>The guest list reflected the event's crossover appeal, with personalities including Jessie Woo, Funky Dineva, Shamea Morton, Derek J, Nikko Annan, Octavious Terry and Lisa Cunningham among those spotted in the crowd. Their presence added plenty of fashion, performance-world sparkle and social-media-ready energy.</w:t>
      </w:r>
      <w:r/>
    </w:p>
    <w:p>
      <w:r/>
      <w:r>
        <w:t>Bevy Smith and Derek J were photographed together, while Shamea Morton, Jessie Woo and other guests brought their own distinct sense of polish. The atmosphere was less about one uniform dress code and more about confident self-expression, from sleek silhouettes to playful statement pieces.</w:t>
      </w:r>
      <w:r/>
    </w:p>
    <w:p>
      <w:r/>
      <w:r>
        <w:t>That makes Atlanta Black Pride such a compelling setting for this kind of gathering. The city has a knack for making culture feel both carefully curated and wonderfully spontaneous. Even the Devon Swing Dress by Unique Vintage fitted the mood: playful, polished and ready for a room full of movement.</w:t>
      </w:r>
      <w:r/>
    </w:p>
    <w:p>
      <w:pPr>
        <w:pStyle w:val="Heading2"/>
      </w:pPr>
      <w:r>
        <w:t>Why this kind of celebration resonates</w:t>
      </w:r>
      <w:r/>
    </w:p>
    <w:p>
      <w:r/>
      <w:r>
        <w:t>Events such as Cultural Architects &amp; Torchbearers work because they connect people who are already shaping culture, then give their relationships a visible platform. The message isn't simply that these communities support one another, but that they have long helped create the language, looks and stories that move culture forward.</w:t>
      </w:r>
      <w:r/>
    </w:p>
    <w:p>
      <w:r/>
      <w:r>
        <w:t>Recent coverage has also placed Bevy Smith's work within a wider conversation about representation and visibility, while Patrik-Ian Polk is recognised for storytelling centred on Black LGBTQ+ lives. Together, their hosting pairing brought both media fluency and emotional context to the evening.</w:t>
      </w:r>
      <w:r/>
    </w:p>
    <w:p>
      <w:r/>
      <w:r>
        <w:t>For guests, the payoff was immediate: new introductions, familiar faces and a room that made belonging feel tangible. Sometimes the most powerful part of a Pride celebration is simply being surrounded by people who understand why the moment matters.</w:t>
      </w:r>
      <w:r/>
    </w:p>
    <w:p>
      <w:r/>
      <w:r>
        <w:t>It's a small wonder Atlanta Black Pride understood the assignment so completely.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[6]</w:t>
        </w:r>
      </w:hyperlink>
      <w:r>
        <w:t xml:space="preserve">- Paragraph 5: </w:t>
      </w:r>
      <w:hyperlink r:id="rId13">
        <w:r>
          <w:rPr>
            <w:color w:val="0000EE"/>
            <w:u w:val="single"/>
          </w:rPr>
          <w:t>[3]</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[3]</w:t>
        </w:r>
      </w:hyperlink>
      <w:r>
        <w:t xml:space="preserve">, </w:t>
      </w:r>
      <w:hyperlink r:id="rId14">
        <w:r>
          <w:rPr>
            <w:color w:val="0000EE"/>
            <w:u w:val="single"/>
          </w:rPr>
          <w:t>[7]</w:t>
        </w:r>
      </w:hyperlink>
      <w:r>
        <w:t xml:space="preserve">- Paragraph 10: </w:t>
      </w:r>
      <w:hyperlink r:id="rId15">
        <w:r>
          <w:rPr>
            <w:color w:val="0000EE"/>
            <w:u w:val="single"/>
          </w:rPr>
          <w:t>[5]</w:t>
        </w:r>
      </w:hyperlink>
      <w:r>
        <w:t xml:space="preserve">, </w:t>
      </w:r>
      <w:hyperlink r:id="rId12">
        <w:r>
          <w:rPr>
            <w:color w:val="0000EE"/>
            <w:u w:val="single"/>
          </w:rPr>
          <w:t>[6]</w:t>
        </w:r>
      </w:hyperlink>
      <w:r>
        <w:t xml:space="preserve">- Paragraph 11: </w:t>
      </w:r>
      <w:hyperlink r:id="rId11">
        <w:r>
          <w:rPr>
            <w:color w:val="0000EE"/>
            <w:u w:val="single"/>
          </w:rPr>
          <w:t>[4]</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4">
        <w:r>
          <w:rPr>
            <w:color w:val="0000EE"/>
            <w:u w:val="single"/>
          </w:rPr>
          <w:t>[7]</w:t>
        </w:r>
      </w:hyperlink>
      <w:r>
        <w:t xml:space="preserve">- Paragraph 13: </w:t>
      </w:r>
      <w:hyperlink r:id="rId13">
        <w:r>
          <w:rPr>
            <w:color w:val="0000EE"/>
            <w:u w:val="single"/>
          </w:rPr>
          <w:t>[3]</w:t>
        </w:r>
      </w:hyperlink>
      <w:r>
        <w:t xml:space="preserve">, </w:t>
      </w:r>
      <w:hyperlink r:id="rId12">
        <w:r>
          <w:rPr>
            <w:color w:val="0000EE"/>
            <w:u w:val="single"/>
          </w:rPr>
          <w:t>[6]</w:t>
        </w:r>
      </w:hyperlink>
      <w:r>
        <w:t xml:space="preserve">- Paragraph 14: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https://www.talkingwithtami.com/reimagining-the-black-swan-a-night-of-culture-fashion-fabulousness/?utm_source=rss&amp;utm_medium=rss&amp;utm_campaign=reimagining-the-black-swan-a-night-of-culture-fashion-fabulousness</w:t>
        </w:r>
      </w:hyperlink>
      <w:r>
        <w:t xml:space="preserve"> - Please view link - unable to able to access data</w:t>
      </w:r>
      <w:r/>
    </w:p>
    <w:p>
      <w:pPr>
        <w:pStyle w:val="ListNumber"/>
        <w:spacing w:line="240" w:lineRule="auto"/>
        <w:ind w:left="720"/>
      </w:pPr>
      <w:r/>
      <w:hyperlink r:id="rId10">
        <w:r>
          <w:rPr>
            <w:color w:val="0000EE"/>
            <w:u w:val="single"/>
          </w:rPr>
          <w:t>https://culture.einnews.com/pr_news/935733854/bevy-smith-and-patrik-ian-polk-to-host-muses-co-conspirators-champions-during-atlanta-black-pride</w:t>
        </w:r>
      </w:hyperlink>
      <w:r>
        <w:t xml:space="preserve"> - Bevy Smith and Patrik-Ian Polk are set to host 'Cultural Architects &amp; Torchbearers: Muses, Co-Conspirators &amp; Champions' during Atlanta Black Pride on September 2, 2026. The event, produced by iN-Hale Media &amp; Entertainment and powered by Gilead Sciences, aims to celebrate the enduring creative, emotional, and cultural relationships between Black gay and queer men and Black women. The evening will feature an intimate dinner for community leaders, followed by an immersive celebration blending multimedia, live performances, music, and movement. (</w:t>
      </w:r>
      <w:hyperlink r:id="rId16">
        <w:r>
          <w:rPr>
            <w:color w:val="0000EE"/>
            <w:u w:val="single"/>
          </w:rPr>
          <w:t>culture.einnews.com</w:t>
        </w:r>
      </w:hyperlink>
      <w:r>
        <w:t>)</w:t>
      </w:r>
      <w:r/>
    </w:p>
    <w:p>
      <w:pPr>
        <w:pStyle w:val="ListNumber"/>
        <w:spacing w:line="240" w:lineRule="auto"/>
        <w:ind w:left="720"/>
      </w:pPr>
      <w:r/>
      <w:hyperlink r:id="rId13">
        <w:r>
          <w:rPr>
            <w:color w:val="0000EE"/>
            <w:u w:val="single"/>
          </w:rPr>
          <w:t>https://www.aol.com/articles/bevy-smith-nathan-hale-williams-142000000.html</w:t>
        </w:r>
      </w:hyperlink>
      <w:r>
        <w:t xml:space="preserve"> - Bevy Smith and Nathan Hale Williams discuss the significance of Black women and Black queer and gay men in the context of Atlanta Black Pride. They highlight the importance of 'moving your chair' to create space for these communities and explore the cultural exchange between Black women and Black gay and queer men across various domains such as fashion, entertainment, music, language, art, and identity. (</w:t>
      </w:r>
      <w:hyperlink r:id="rId17">
        <w:r>
          <w:rPr>
            <w:color w:val="0000EE"/>
            <w:u w:val="single"/>
          </w:rPr>
          <w:t>aol.com</w:t>
        </w:r>
      </w:hyperlink>
      <w:r>
        <w:t>)</w:t>
      </w:r>
      <w:r/>
    </w:p>
    <w:p>
      <w:pPr>
        <w:pStyle w:val="ListNumber"/>
        <w:spacing w:line="240" w:lineRule="auto"/>
        <w:ind w:left="720"/>
      </w:pPr>
      <w:r/>
      <w:hyperlink r:id="rId11">
        <w:r>
          <w:rPr>
            <w:color w:val="0000EE"/>
            <w:u w:val="single"/>
          </w:rPr>
          <w:t>https://malaysia.news.yahoo.com/atlanta-black-pride-joy-becomes-173137785.html</w:t>
        </w:r>
      </w:hyperlink>
      <w:r>
        <w:t xml:space="preserve"> - During Atlanta Black Pride, organizers aim to integrate conversations about HIV prevention, testing, treatment, and stigma reduction with Black queer joy. The event, 'Cultural Architects &amp; Torchbearers: Muses, Co-Conspirators &amp; Champions,' presented by iN-Hale Media &amp; Entertainment and supported by Gilead Sciences, seeks to place public health discussions within the context of celebration and cultural expression. (</w:t>
      </w:r>
      <w:hyperlink r:id="rId18">
        <w:r>
          <w:rPr>
            <w:color w:val="0000EE"/>
            <w:u w:val="single"/>
          </w:rPr>
          <w:t>malaysia.news.yahoo.com</w:t>
        </w:r>
      </w:hyperlink>
      <w:r>
        <w:t>)</w:t>
      </w:r>
      <w:r/>
    </w:p>
    <w:p>
      <w:pPr>
        <w:pStyle w:val="ListNumber"/>
        <w:spacing w:line="240" w:lineRule="auto"/>
        <w:ind w:left="720"/>
      </w:pPr>
      <w:r/>
      <w:hyperlink r:id="rId15">
        <w:r>
          <w:rPr>
            <w:color w:val="0000EE"/>
            <w:u w:val="single"/>
          </w:rPr>
          <w:t>https://www.rottentomatoes.com/tv/p_valley/cast-and-crew</w:t>
        </w:r>
      </w:hyperlink>
      <w:r>
        <w:t xml:space="preserve"> - 'P-Valley' is a drama series set in Mississippi, focusing on the lives of dancers at a strip club called The Pynk. The show features a diverse cast, including Nicco Annan as Uncle Clifford, Brandee Evans as Mercedes, and Shannon Thornton as Miss Mississippi. Patrik-Ian Polk serves as an executive producer for the series. (</w:t>
      </w:r>
      <w:hyperlink r:id="rId19">
        <w:r>
          <w:rPr>
            <w:color w:val="0000EE"/>
            <w:u w:val="single"/>
          </w:rPr>
          <w:t>rottentomatoes.com</w:t>
        </w:r>
      </w:hyperlink>
      <w:r>
        <w:t>)</w:t>
      </w:r>
      <w:r/>
    </w:p>
    <w:p>
      <w:pPr>
        <w:pStyle w:val="ListNumber"/>
        <w:spacing w:line="240" w:lineRule="auto"/>
        <w:ind w:left="720"/>
      </w:pPr>
      <w:r/>
      <w:hyperlink r:id="rId12">
        <w:r>
          <w:rPr>
            <w:color w:val="0000EE"/>
            <w:u w:val="single"/>
          </w:rPr>
          <w:t>https://snubb3dmag.com/celebrity/cultural-architects-torchbearers-then-and-now-the-night-atlanta-became-a-living-archive/</w:t>
        </w:r>
      </w:hyperlink>
      <w:r>
        <w:t xml:space="preserve"> - The 'Cultural Architects &amp; Torchbearers: Then, and Now' event, presented by iN-Hale Media &amp; Entertainment and powered by Gilead Sciences, transformed into a living cultural moment in Atlanta. Held at Illuminarium Atlanta, the event was curated to be immersive and intentional, demanding attention, reflection, and presence from its attendees. (</w:t>
      </w:r>
      <w:hyperlink r:id="rId20">
        <w:r>
          <w:rPr>
            <w:color w:val="0000EE"/>
            <w:u w:val="single"/>
          </w:rPr>
          <w:t>snubb3dmag.com</w:t>
        </w:r>
      </w:hyperlink>
      <w:r>
        <w:t>)</w:t>
      </w:r>
      <w:r/>
    </w:p>
    <w:p>
      <w:pPr>
        <w:pStyle w:val="ListNumber"/>
        <w:spacing w:line="240" w:lineRule="auto"/>
        <w:ind w:left="720"/>
      </w:pPr>
      <w:r/>
      <w:hyperlink r:id="rId14">
        <w:r>
          <w:rPr>
            <w:color w:val="0000EE"/>
            <w:u w:val="single"/>
          </w:rPr>
          <w:t>https://www.tvinsider.com/people/bevy-smith/</w:t>
        </w:r>
      </w:hyperlink>
      <w:r>
        <w:t xml:space="preserve"> - Bevy Smith is an American media personality and businesswoman known for her work in television and radio. She has appeared in 'A Ballerina's Tale' and 'Wendy's Style Squad.' Smith has also hosted 'Fashion Queens' and 'Page Six TV,' showcasing her versatility in the entertainment industry. (</w:t>
      </w:r>
      <w:hyperlink r:id="rId21">
        <w:r>
          <w:rPr>
            <w:color w:val="0000EE"/>
            <w:u w:val="single"/>
          </w:rPr>
          <w:t>tvinsider.com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lkingwithtami.com/reimagining-the-black-swan-a-night-of-culture-fashion-fabulousness/?utm_source=rss&amp;utm_medium=rss&amp;utm_campaign=reimagining-the-black-swan-a-night-of-culture-fashion-fabulousness" TargetMode="External"/><Relationship Id="rId10" Type="http://schemas.openxmlformats.org/officeDocument/2006/relationships/hyperlink" Target="https://culture.einnews.com/pr_news/935733854/bevy-smith-and-patrik-ian-polk-to-host-muses-co-conspirators-champions-during-atlanta-black-pride" TargetMode="External"/><Relationship Id="rId11" Type="http://schemas.openxmlformats.org/officeDocument/2006/relationships/hyperlink" Target="https://malaysia.news.yahoo.com/atlanta-black-pride-joy-becomes-173137785.html" TargetMode="External"/><Relationship Id="rId12" Type="http://schemas.openxmlformats.org/officeDocument/2006/relationships/hyperlink" Target="https://snubb3dmag.com/celebrity/cultural-architects-torchbearers-then-and-now-the-night-atlanta-became-a-living-archive/" TargetMode="External"/><Relationship Id="rId13" Type="http://schemas.openxmlformats.org/officeDocument/2006/relationships/hyperlink" Target="https://www.aol.com/articles/bevy-smith-nathan-hale-williams-142000000.html" TargetMode="External"/><Relationship Id="rId14" Type="http://schemas.openxmlformats.org/officeDocument/2006/relationships/hyperlink" Target="https://www.tvinsider.com/people/bevy-smith/" TargetMode="External"/><Relationship Id="rId15" Type="http://schemas.openxmlformats.org/officeDocument/2006/relationships/hyperlink" Target="https://www.rottentomatoes.com/tv/p_valley/cast-and-crew" TargetMode="External"/><Relationship Id="rId16" Type="http://schemas.openxmlformats.org/officeDocument/2006/relationships/hyperlink" Target="https://culture.einnews.com/pr_news/935733854/bevy-smith-and-patrik-ian-polk-to-host-muses-co-conspirators-champions-during-atlanta-black-pride?utm_source=openai" TargetMode="External"/><Relationship Id="rId17" Type="http://schemas.openxmlformats.org/officeDocument/2006/relationships/hyperlink" Target="https://www.aol.com/articles/bevy-smith-nathan-hale-williams-142000000.html?utm_source=openai" TargetMode="External"/><Relationship Id="rId18" Type="http://schemas.openxmlformats.org/officeDocument/2006/relationships/hyperlink" Target="https://malaysia.news.yahoo.com/atlanta-black-pride-joy-becomes-173137785.html?utm_source=openai" TargetMode="External"/><Relationship Id="rId19" Type="http://schemas.openxmlformats.org/officeDocument/2006/relationships/hyperlink" Target="https://www.rottentomatoes.com/tv/p_valley/cast-and-crew?utm_source=openai" TargetMode="External"/><Relationship Id="rId20" Type="http://schemas.openxmlformats.org/officeDocument/2006/relationships/hyperlink" Target="https://snubb3dmag.com/celebrity/cultural-architects-torchbearers-then-and-now-the-night-atlanta-became-a-living-archive/?utm_source=openai" TargetMode="External"/><Relationship Id="rId21" Type="http://schemas.openxmlformats.org/officeDocument/2006/relationships/hyperlink" Target="https://www.tvinsider.com/people/bevy-smith/?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