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Beartooth Singer Caleb Shomo Opens Up About Coming Out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Beartooth singer Caleb Shomo has spoken candidly about coming out as gay, the homophobia he encountered and the end of his 14-year marriage. His account offers a raw look at the pressure of being publicly honest while continuing to perform, write music and navigate a major personal change in the spotlight.</w:t>
      </w:r>
      <w:r/>
    </w:p>
    <w:p>
      <w:pPr>
        <w:pStyle w:val="Heading2"/>
      </w:pPr>
      <w:r>
        <w:t>Essential Takeaways</w:t>
      </w:r>
      <w:r/>
      <w:r/>
    </w:p>
    <w:p>
      <w:pPr>
        <w:pStyle w:val="ListBullet"/>
        <w:spacing w:line="240" w:lineRule="auto"/>
        <w:ind w:left="720"/>
      </w:pPr>
      <w:r/>
      <w:r>
        <w:rPr>
          <w:b/>
        </w:rPr>
        <w:t>Publicly out:</w:t>
      </w:r>
      <w:r>
        <w:t xml:space="preserve"> Shomo announced in May 2026 that he is a proudly gay man.</w:t>
      </w:r>
      <w:r/>
    </w:p>
    <w:p>
      <w:pPr>
        <w:pStyle w:val="ListBullet"/>
        <w:spacing w:line="240" w:lineRule="auto"/>
        <w:ind w:left="720"/>
      </w:pPr>
      <w:r/>
      <w:r>
        <w:rPr>
          <w:b/>
        </w:rPr>
        <w:t>A difficult response:</w:t>
      </w:r>
      <w:r>
        <w:t xml:space="preserve"> He said coming out was followed by significant homophobia and vocal opposition.</w:t>
      </w:r>
      <w:r/>
    </w:p>
    <w:p>
      <w:pPr>
        <w:pStyle w:val="ListBullet"/>
        <w:spacing w:line="240" w:lineRule="auto"/>
        <w:ind w:left="720"/>
      </w:pPr>
      <w:r/>
      <w:r>
        <w:rPr>
          <w:b/>
        </w:rPr>
        <w:t>A private adjustment:</w:t>
      </w:r>
      <w:r>
        <w:t xml:space="preserve"> The singer stepped away from the internet while trying to protect his wellbeing.</w:t>
      </w:r>
      <w:r/>
    </w:p>
    <w:p>
      <w:pPr>
        <w:pStyle w:val="ListBullet"/>
        <w:spacing w:line="240" w:lineRule="auto"/>
        <w:ind w:left="720"/>
      </w:pPr>
      <w:r/>
      <w:r>
        <w:rPr>
          <w:b/>
        </w:rPr>
        <w:t>Marriage ended:</w:t>
      </w:r>
      <w:r>
        <w:t xml:space="preserve"> Shomo and Fleur Shomo filed for divorce after 14 years together.</w:t>
      </w:r>
      <w:r/>
    </w:p>
    <w:p>
      <w:pPr>
        <w:pStyle w:val="ListBullet"/>
        <w:spacing w:line="240" w:lineRule="auto"/>
        <w:ind w:left="720"/>
      </w:pPr>
      <w:r/>
      <w:r>
        <w:rPr>
          <w:b/>
        </w:rPr>
        <w:t>New music ahead:</w:t>
      </w:r>
      <w:r>
        <w:t xml:space="preserve"> He has hinted that his next record will explore what he has been processing.</w:t>
      </w:r>
      <w:r/>
      <w:r/>
    </w:p>
    <w:p>
      <w:pPr>
        <w:pStyle w:val="Heading2"/>
      </w:pPr>
      <w:r>
        <w:t>Caleb Shomo says honesty came with a heavy cost</w:t>
      </w:r>
      <w:r/>
    </w:p>
    <w:p>
      <w:r/>
      <w:r>
        <w:t>Caleb Shomo's decision to be open about his sexuality was rooted in a simple idea: he didn't want to edit himself. Speaking on The Breakdown with Nath and Johnny, the Beartooth frontman said he had already decided to dress, sing and present himself authentically, rather than reshape his identity to make others comfortable. Parade reported similar details about his coming-out announcement and the support that followed. [Source publication attribution]</w:t>
      </w:r>
      <w:r/>
    </w:p>
    <w:p>
      <w:r/>
      <w:r>
        <w:t>That freedom, however, came with a painful backlash. Shomo said he encountered a lot of homophobia from people who objected to how he looked and presented himself, making an already emotional period even harder. His account is a reminder that public honesty can feel liberating and frightening at the same time. [Source publication attribution]</w:t>
      </w:r>
      <w:r/>
    </w:p>
    <w:p>
      <w:pPr>
        <w:pStyle w:val="Heading2"/>
      </w:pPr>
      <w:r>
        <w:t>The singer stepped away from the noise</w:t>
      </w:r>
      <w:r/>
    </w:p>
    <w:p>
      <w:r/>
      <w:r>
        <w:t>Shomo explained that he was dealing with a great deal personally and eventually got off the internet for a while. It sounds like a small decision, but for a touring musician whose career is closely tied to social media, it can be a meaningful act of self-protection. Out reported on the wider significance of his public announcement and the response from fans. [Source publication attribution]</w:t>
      </w:r>
      <w:r/>
    </w:p>
    <w:p>
      <w:r/>
      <w:r>
        <w:t>He also described the strain of performing while struggling privately. The singer said he often had to find enough energy to warm up, walk on stage and do his job, even when he was in a very dark place earlier in the day. That contrast between a powerful live performance and the difficult reality behind it is particularly stark. [Source publication attribution]</w:t>
      </w:r>
      <w:r/>
    </w:p>
    <w:p>
      <w:pPr>
        <w:pStyle w:val="Heading2"/>
      </w:pPr>
      <w:r>
        <w:t>Coming out and divorce unfolded in the same season</w:t>
      </w:r>
      <w:r/>
    </w:p>
    <w:p>
      <w:r/>
      <w:r>
        <w:t>Shomo first came out to friends and family in September 2025 before telling fans publicly in May 2026. Around the same time, he and his wife, Fleur Shomo, filed for divorce after 14 years of marriage. E! News reported that the former couple's separation followed his coming-out announcement. [Source publication attribution]</w:t>
      </w:r>
      <w:r/>
    </w:p>
    <w:p>
      <w:r/>
      <w:r>
        <w:t>Fleur publicly offered support, saying she would continue to love and support him. That response added a note of compassion to a complicated transition, particularly because the couple had shared so many years together. It also helped make clear that the end of their marriage wasn't being presented as a reason to erase the relationship they had built. [Source publication attribution]</w:t>
      </w:r>
      <w:r/>
    </w:p>
    <w:p>
      <w:pPr>
        <w:pStyle w:val="Heading2"/>
      </w:pPr>
      <w:r>
        <w:t>Beartooth's emotional music has a new chapter ahead</w:t>
      </w:r>
      <w:r/>
    </w:p>
    <w:p>
      <w:r/>
      <w:r>
        <w:t>Beartooth's music has long drawn on intense themes, including pain, survival and emotional recovery. Louder Sound has described the band's work as a place where heavy subject matter is confronted directly, which gives Shomo's latest comments extra context. His personal story may now shape the band's next creative chapter, although the singer has not suggested that every detail will be addressed immediately. [Source publication attribution]</w:t>
      </w:r>
      <w:r/>
    </w:p>
    <w:p>
      <w:r/>
      <w:r>
        <w:t>Shomo has teased that he has plenty to say, process and work through on a forthcoming record. For now, he appears to be taking things slowly, focusing on baby steps rather than forcing a neat conclusion. That approach feels refreshingly human: not every life change arrives with a polished final verse. [Source publication attribution]</w:t>
      </w:r>
      <w:r/>
    </w:p>
    <w:p>
      <w:pPr>
        <w:pStyle w:val="Heading2"/>
      </w:pPr>
      <w:r>
        <w:t>Support matters when public stories turn hostile</w:t>
      </w:r>
      <w:r/>
    </w:p>
    <w:p>
      <w:r/>
      <w:r>
        <w:t>The reaction to Shomo's announcement included support from his bandmates, Fleur and many fans, but he also described continuing opposition. The Prp reported on his original statement that he was a proudly gay man, while coverage from Parade highlighted the supportive response around the announcement. [Source publication attribution]</w:t>
      </w:r>
      <w:r/>
    </w:p>
    <w:p>
      <w:r/>
      <w:r>
        <w:t>For anyone affected by the issues raised, LGBTQ+ support services can provide confidential help. In the United States, The Trevor Project offers support by calling 1-866-488-7386 or texting START to 678-678. Shomo's experience shows why visibility matters, but also why compassion and practical support matter just as much.</w:t>
      </w:r>
      <w:r/>
    </w:p>
    <w:p>
      <w:r/>
      <w:r>
        <w:t>It's a difficult new chapter, but Shomo is choosing to face it in his own voice.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[5]</w:t>
        </w:r>
      </w:hyperlink>
      <w:r>
        <w:t xml:space="preserve">- Paragraph 2: </w:t>
      </w:r>
      <w:hyperlink r:id="rId12">
        <w:r>
          <w:rPr>
            <w:color w:val="0000EE"/>
            <w:u w:val="single"/>
          </w:rPr>
          <w:t>[6]</w:t>
        </w:r>
      </w:hyperlink>
      <w:r>
        <w:t xml:space="preserve">, </w:t>
      </w:r>
      <w:hyperlink r:id="rId13">
        <w:r>
          <w:rPr>
            <w:color w:val="0000EE"/>
            <w:u w:val="single"/>
          </w:rPr>
          <w:t>[7]</w:t>
        </w:r>
      </w:hyperlink>
      <w:r>
        <w:t xml:space="preserve">- Paragraph 3: </w:t>
      </w:r>
      <w:hyperlink r:id="rId9">
        <w:r>
          <w:rPr>
            <w:color w:val="0000EE"/>
            <w:u w:val="single"/>
          </w:rPr>
          <w:t>[1]</w:t>
        </w:r>
      </w:hyperlink>
      <w:r>
        <w:t xml:space="preserve">, </w:t>
      </w:r>
      <w:hyperlink r:id="rId13">
        <w:r>
          <w:rPr>
            <w:color w:val="0000EE"/>
            <w:u w:val="single"/>
          </w:rPr>
          <w:t>[7]</w:t>
        </w:r>
      </w:hyperlink>
      <w:r>
        <w:t xml:space="preserve">- Paragraph 4: </w:t>
      </w:r>
      <w:hyperlink r:id="rId9">
        <w:r>
          <w:rPr>
            <w:color w:val="0000EE"/>
            <w:u w:val="single"/>
          </w:rPr>
          <w:t>[1]</w:t>
        </w:r>
      </w:hyperlink>
      <w:r>
        <w:t xml:space="preserve">, </w:t>
      </w:r>
      <w:hyperlink r:id="rId13">
        <w:r>
          <w:rPr>
            <w:color w:val="0000EE"/>
            <w:u w:val="single"/>
          </w:rPr>
          <w:t>[7]</w:t>
        </w:r>
      </w:hyperlink>
      <w:r>
        <w:t xml:space="preserve">- Paragraph 5: </w:t>
      </w:r>
      <w:hyperlink r:id="rId14">
        <w:r>
          <w:rPr>
            <w:color w:val="0000EE"/>
            <w:u w:val="single"/>
          </w:rPr>
          <w:t>[4]</w:t>
        </w:r>
      </w:hyperlink>
      <w:r>
        <w:t xml:space="preserve">, </w:t>
      </w:r>
      <w:hyperlink r:id="rId11">
        <w:r>
          <w:rPr>
            <w:color w:val="0000EE"/>
            <w:u w:val="single"/>
          </w:rPr>
          <w:t>[5]</w:t>
        </w:r>
      </w:hyperlink>
      <w:r>
        <w:t xml:space="preserve">- Paragraph 6: </w:t>
      </w:r>
      <w:hyperlink r:id="rId14">
        <w:r>
          <w:rPr>
            <w:color w:val="0000EE"/>
            <w:u w:val="single"/>
          </w:rPr>
          <w:t>[4]</w:t>
        </w:r>
      </w:hyperlink>
      <w:r>
        <w:t xml:space="preserve">, </w:t>
      </w:r>
      <w:hyperlink r:id="rId11">
        <w:r>
          <w:rPr>
            <w:color w:val="0000EE"/>
            <w:u w:val="single"/>
          </w:rPr>
          <w:t>[5]</w:t>
        </w:r>
      </w:hyperlink>
      <w:r>
        <w:t xml:space="preserve">- Paragraph 7: </w:t>
      </w:r>
      <w:hyperlink r:id="rId15">
        <w:r>
          <w:rPr>
            <w:color w:val="0000EE"/>
            <w:u w:val="single"/>
          </w:rPr>
          <w:t>[2]</w:t>
        </w:r>
      </w:hyperlink>
      <w:r>
        <w:t xml:space="preserve">, </w:t>
      </w:r>
      <w:hyperlink r:id="rId9">
        <w:r>
          <w:rPr>
            <w:color w:val="0000EE"/>
            <w:u w:val="single"/>
          </w:rPr>
          <w:t>[1]</w:t>
        </w:r>
      </w:hyperlink>
      <w:r>
        <w:t xml:space="preserve">- Paragraph 8: </w:t>
      </w:r>
      <w:hyperlink r:id="rId9">
        <w:r>
          <w:rPr>
            <w:color w:val="0000EE"/>
            <w:u w:val="single"/>
          </w:rPr>
          <w:t>[1]</w:t>
        </w:r>
      </w:hyperlink>
      <w:r>
        <w:t xml:space="preserve">, </w:t>
      </w:r>
      <w:hyperlink r:id="rId15">
        <w:r>
          <w:rPr>
            <w:color w:val="0000EE"/>
            <w:u w:val="single"/>
          </w:rPr>
          <w:t>[2]</w:t>
        </w:r>
      </w:hyperlink>
      <w:r>
        <w:t xml:space="preserve">- Paragraph 9: </w:t>
      </w:r>
      <w:hyperlink r:id="rId12">
        <w:r>
          <w:rPr>
            <w:color w:val="0000EE"/>
            <w:u w:val="single"/>
          </w:rPr>
          <w:t>[6]</w:t>
        </w:r>
      </w:hyperlink>
      <w:r>
        <w:t xml:space="preserve">, </w:t>
      </w:r>
      <w:hyperlink r:id="rId10">
        <w:r>
          <w:rPr>
            <w:color w:val="0000EE"/>
            <w:u w:val="single"/>
          </w:rPr>
          <w:t>[3]</w:t>
        </w:r>
      </w:hyperlink>
      <w:r>
        <w:t xml:space="preserve">- Paragraph 10: </w:t>
      </w:r>
      <w:hyperlink r:id="rId13">
        <w:r>
          <w:rPr>
            <w:color w:val="0000EE"/>
            <w:u w:val="single"/>
          </w:rPr>
          <w:t>[7]</w:t>
        </w:r>
      </w:hyperlink>
      <w:r>
        <w:t xml:space="preserve">, </w:t>
      </w:r>
      <w:hyperlink r:id="rId10">
        <w:r>
          <w:rPr>
            <w:color w:val="0000EE"/>
            <w:u w:val="single"/>
          </w:rPr>
          <w:t>[3]</w:t>
        </w:r>
      </w:hyperlink>
      <w:r>
        <w:t xml:space="preserve">- Paragraph 11: </w:t>
      </w:r>
      <w:hyperlink r:id="rId9">
        <w:r>
          <w:rPr>
            <w:color w:val="0000EE"/>
            <w:u w:val="single"/>
          </w:rPr>
          <w:t>[1]</w:t>
        </w:r>
      </w:hyperlink>
      <w:r>
        <w:t xml:space="preserve">, </w:t>
      </w:r>
      <w:hyperlink r:id="rId14">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https://pagesix.com/2026/08/30/celebrity-news/beartooth-singer-caleb-shomo-says-he-faced-a-lot-of-homophobia-after-coming-out-gay-divorcing-wife-of-14-years/</w:t>
        </w:r>
      </w:hyperlink>
      <w:r>
        <w:t xml:space="preserve"> - Please view link - unable to able to access data</w:t>
      </w:r>
      <w:r/>
    </w:p>
    <w:p>
      <w:pPr>
        <w:pStyle w:val="ListNumber"/>
        <w:spacing w:line="240" w:lineRule="auto"/>
        <w:ind w:left="720"/>
      </w:pPr>
      <w:r/>
      <w:hyperlink r:id="rId15">
        <w:r>
          <w:rPr>
            <w:color w:val="0000EE"/>
            <w:u w:val="single"/>
          </w:rPr>
          <w:t>https://www.loudersound.com/music/albums/beartooth-slay-their-demons-on-pure-ecstasy-album-review</w:t>
        </w:r>
      </w:hyperlink>
      <w:r>
        <w:t xml:space="preserve"> - Beartooth's sixth album, 'Pure Ecstasy', marks a transformative chapter for the band, characterised by an optimistic shift in sound and spirit. Moving away from their traditional raw and chaotic metalcore roots, led by frontman Caleb Shomo, the band now embraces a more polished, electronically infused rock approach. Shomo, who founded Beartooth in 2012 and personally handled all musical aspects early on, has undergone significant personal growth—overcoming mental health challenges, substance abuse, and recently coming out as a proud gay man. These experiences have influenced the band’s artistic evolution, resulting in a sound rooted more in hope and self-love than past anguish. Though longtime fans might find its poppier, more produced style a departure, collaborations with Jordan Fish and Misha Mansoor have amplified its appeal. Tracks like 'Sorry', 'Bullshit', and 'Lose You To Find Me' blend old intensity with new light-heartedness. 'Pure Ecstasy' is a cohesive and engaging album that showcases Beartooth’s resilience and musical reinvention, positioning them for broader acclaim. It is now available via Fearless Records, with a UK tour scheduled for October.</w:t>
      </w:r>
      <w:r/>
    </w:p>
    <w:p>
      <w:pPr>
        <w:pStyle w:val="ListNumber"/>
        <w:spacing w:line="240" w:lineRule="auto"/>
        <w:ind w:left="720"/>
      </w:pPr>
      <w:r/>
      <w:hyperlink r:id="rId10">
        <w:r>
          <w:rPr>
            <w:color w:val="0000EE"/>
            <w:u w:val="single"/>
          </w:rPr>
          <w:t>https://parade.com/celebrities/beartooth-singer-caleb-shomo-comes-out-gay-wife-fleur-shomo-divorce-breakup-support</w:t>
        </w:r>
      </w:hyperlink>
      <w:r>
        <w:t xml:space="preserve"> - Beartooth singer Caleb Shomo made a major announcement on May 23, sharing with fans that he is a 'proudly gay man' following months of speculation about his sexuality and longtime marriage to wife Fleur Shomo after releasing the single 'Free' in February 2026. 'There’s been a lot of speculation surrounding my personal life as of late and I feel compelled to set the record straight before it affects those I love any further,' he wrote on Instagram, before confirming, 'I am a proudly gay man.' The former Attack! Attack! singer explained that he’s been 'unpacking and reckoning' with his truth for a long time, admitting it’s been 'difficult to navigate.'</w:t>
      </w:r>
      <w:r/>
    </w:p>
    <w:p>
      <w:pPr>
        <w:pStyle w:val="ListNumber"/>
        <w:spacing w:line="240" w:lineRule="auto"/>
        <w:ind w:left="720"/>
      </w:pPr>
      <w:r/>
      <w:hyperlink r:id="rId14">
        <w:r>
          <w:rPr>
            <w:color w:val="0000EE"/>
            <w:u w:val="single"/>
          </w:rPr>
          <w:t>https://www.eonline.com/news/1434031/caleb-shomo-fleur-shomo-file-for-divorce-after-he-came-out-gay</w:t>
        </w:r>
      </w:hyperlink>
      <w:r>
        <w:t xml:space="preserve"> - Nearly two months after the Beartooth frontman came out as gay, the former couple jointly filed for divorce in the Los Angeles Superior Court July 13 after 14 years of marriage, according to court records obtained by multiple outlets. Fleur, who married Caleb in 2012, shared in May that she and the 'Free' singer had split following his announcement that he's a 'proudly gay man.' 'Our nearly 14yrs of marriage was wonderful and full of so much fun, adventure &amp; love,' she wrote in a May 23 Instagram post. 'Nobody will know anything about our marriage like we do.'</w:t>
      </w:r>
      <w:r/>
    </w:p>
    <w:p>
      <w:pPr>
        <w:pStyle w:val="ListNumber"/>
        <w:spacing w:line="240" w:lineRule="auto"/>
        <w:ind w:left="720"/>
      </w:pPr>
      <w:r/>
      <w:hyperlink r:id="rId11">
        <w:r>
          <w:rPr>
            <w:color w:val="0000EE"/>
            <w:u w:val="single"/>
          </w:rPr>
          <w:t>https://www.eonline.com/news/1432309/beartooths-caleb-shomo-comes-out-as-gay-wife-fleur-shomo-reacts</w:t>
        </w:r>
      </w:hyperlink>
      <w:r>
        <w:t xml:space="preserve"> - Caleb Shomo’s wife of 14 years Fleur Shomo reacted after the Beartooth lead singer came out as gay May 23: 'Our story was a good one. And now it’s done.'</w:t>
      </w:r>
      <w:r/>
    </w:p>
    <w:p>
      <w:pPr>
        <w:pStyle w:val="ListNumber"/>
        <w:spacing w:line="240" w:lineRule="auto"/>
        <w:ind w:left="720"/>
      </w:pPr>
      <w:r/>
      <w:hyperlink r:id="rId12">
        <w:r>
          <w:rPr>
            <w:color w:val="0000EE"/>
            <w:u w:val="single"/>
          </w:rPr>
          <w:t>https://www.theprp.com/2026/05/23/news/beartooths-caleb-shomo-comes-out-i-am-a-proudly-gay-man/</w:t>
        </w:r>
      </w:hyperlink>
      <w:r>
        <w:t xml:space="preserve"> - Amid fervent speculation, Beartooth vocalist Caleb Shomo has come out of the closet, announcing himself as 'a proudly gay man.' Speaking via his Instagram today, May 23rd, the melodic metalcore musician addressed his sexuality in a new statement which can be read below: 'There’s been a lot of speculation surrounding my personal life as of late and I feel compelled to set the record straight before it affects those I love any further. I am a proudly gay man.'</w:t>
      </w:r>
      <w:r/>
    </w:p>
    <w:p>
      <w:pPr>
        <w:pStyle w:val="ListNumber"/>
        <w:spacing w:line="240" w:lineRule="auto"/>
        <w:ind w:left="720"/>
      </w:pPr>
      <w:r/>
      <w:hyperlink r:id="rId13">
        <w:r>
          <w:rPr>
            <w:color w:val="0000EE"/>
            <w:u w:val="single"/>
          </w:rPr>
          <w:t>https://www.out.com/celebs/caleb-shomo-gay</w:t>
        </w:r>
      </w:hyperlink>
      <w:r>
        <w:t xml:space="preserve"> - The lead singer of the American metalcore/hard rock band Beartooth is 'Free' and no longer living 'In Between,' if you take two of their hit song titles literally. Caleb Shomo posted a coming out message on Instagram Saturday, four months ahead of their world tour. 'There's been a lot of speculation surrounding my personal life as of late and I feel compelled to set the record straight before it affects those I love any further,' Shomo wrote. 'I am a proudly gay man.'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agesix.com/2026/08/30/celebrity-news/beartooth-singer-caleb-shomo-says-he-faced-a-lot-of-homophobia-after-coming-out-gay-divorcing-wife-of-14-years/" TargetMode="External"/><Relationship Id="rId10" Type="http://schemas.openxmlformats.org/officeDocument/2006/relationships/hyperlink" Target="https://parade.com/celebrities/beartooth-singer-caleb-shomo-comes-out-gay-wife-fleur-shomo-divorce-breakup-support" TargetMode="External"/><Relationship Id="rId11" Type="http://schemas.openxmlformats.org/officeDocument/2006/relationships/hyperlink" Target="https://www.eonline.com/news/1432309/beartooths-caleb-shomo-comes-out-as-gay-wife-fleur-shomo-reacts" TargetMode="External"/><Relationship Id="rId12" Type="http://schemas.openxmlformats.org/officeDocument/2006/relationships/hyperlink" Target="https://www.theprp.com/2026/05/23/news/beartooths-caleb-shomo-comes-out-i-am-a-proudly-gay-man/" TargetMode="External"/><Relationship Id="rId13" Type="http://schemas.openxmlformats.org/officeDocument/2006/relationships/hyperlink" Target="https://www.out.com/celebs/caleb-shomo-gay" TargetMode="External"/><Relationship Id="rId14" Type="http://schemas.openxmlformats.org/officeDocument/2006/relationships/hyperlink" Target="https://www.eonline.com/news/1434031/caleb-shomo-fleur-shomo-file-for-divorce-after-he-came-out-gay" TargetMode="External"/><Relationship Id="rId15" Type="http://schemas.openxmlformats.org/officeDocument/2006/relationships/hyperlink" Target="https://www.loudersound.com/music/albums/beartooth-slay-their-demons-on-pure-ecstasy-album-revie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