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Aidan Faminoff’s Inspiring Journey From Gay Diver to Drag Advocate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Retired Canadian diver Aidan Faminoff is stepping into public speaking after finding a powerful new platform as drag performer Hazel. From Florida State diving to Canada’s Drag Race and Pride stages, his story shows why visible, properly supported LGBTQ+ spaces matter in sport.</w:t>
      </w:r>
      <w:r/>
    </w:p>
    <w:p>
      <w:pPr>
        <w:pStyle w:val="Heading2"/>
      </w:pPr>
      <w:r>
        <w:t>Essential Takeaways</w:t>
      </w:r>
      <w:r/>
      <w:r/>
    </w:p>
    <w:p>
      <w:pPr>
        <w:pStyle w:val="ListBullet"/>
        <w:spacing w:line="240" w:lineRule="auto"/>
        <w:ind w:left="720"/>
      </w:pPr>
      <w:r/>
      <w:r>
        <w:rPr>
          <w:b/>
        </w:rPr>
        <w:t>A new chapter:</w:t>
      </w:r>
      <w:r>
        <w:t xml:space="preserve"> Faminoff is developing a public-speaking and advocacy career focused on inclusion in sport.</w:t>
      </w:r>
      <w:r/>
    </w:p>
    <w:p>
      <w:pPr>
        <w:pStyle w:val="ListBullet"/>
        <w:spacing w:line="240" w:lineRule="auto"/>
        <w:ind w:left="720"/>
      </w:pPr>
      <w:r/>
      <w:r>
        <w:rPr>
          <w:b/>
        </w:rPr>
        <w:t>Hazel’s rise:</w:t>
      </w:r>
      <w:r>
        <w:t xml:space="preserve"> His drag persona has appeared on Canada’s Drag Race and at major Pride events.</w:t>
      </w:r>
      <w:r/>
    </w:p>
    <w:p>
      <w:pPr>
        <w:pStyle w:val="ListBullet"/>
        <w:spacing w:line="240" w:lineRule="auto"/>
        <w:ind w:left="720"/>
      </w:pPr>
      <w:r/>
      <w:r>
        <w:rPr>
          <w:b/>
        </w:rPr>
        <w:t>A sporting foundation:</w:t>
      </w:r>
      <w:r>
        <w:t xml:space="preserve"> Diving helped Faminoff manage the strain of hiding his identity before becoming part of his self-expression.</w:t>
      </w:r>
      <w:r/>
    </w:p>
    <w:p>
      <w:pPr>
        <w:pStyle w:val="ListBullet"/>
        <w:spacing w:line="240" w:lineRule="auto"/>
        <w:ind w:left="720"/>
      </w:pPr>
      <w:r/>
      <w:r>
        <w:rPr>
          <w:b/>
        </w:rPr>
        <w:t>Practical change:</w:t>
      </w:r>
      <w:r>
        <w:t xml:space="preserve"> He wants clear anti-harassment policies, independent reporting routes and visible support from sporting bodies.</w:t>
      </w:r>
      <w:r/>
    </w:p>
    <w:p>
      <w:pPr>
        <w:pStyle w:val="ListBullet"/>
        <w:spacing w:line="240" w:lineRule="auto"/>
        <w:ind w:left="720"/>
      </w:pPr>
      <w:r/>
      <w:r>
        <w:rPr>
          <w:b/>
        </w:rPr>
        <w:t>Everyday inclusion:</w:t>
      </w:r>
      <w:r>
        <w:t xml:space="preserve"> Coaches, parents and teammates can make a real difference through language, behaviour and consistency.</w:t>
      </w:r>
      <w:r/>
      <w:r/>
    </w:p>
    <w:p>
      <w:pPr>
        <w:pStyle w:val="Heading2"/>
      </w:pPr>
      <w:r>
        <w:t>From the diving board to the spotlight</w:t>
      </w:r>
      <w:r/>
    </w:p>
    <w:p>
      <w:r/>
      <w:r>
        <w:t>Aidan Faminoff’s next chapter has a distinctly theatrical entrance. The retired diver is now combining public speaking with his work as Hazel, a drag performer whose growing profile has taken him from Canada’s Drag Race to Pride stages across the country.</w:t>
      </w:r>
      <w:r/>
    </w:p>
    <w:p>
      <w:r/>
      <w:r>
        <w:t>But beneath the sequins is a serious message. Faminoff’s recent appearance on a diversity and inclusion panel in Ottawa brought his sporting past back into sharp focus, according to Outsports. Diving once offered an escape from the anxiety of being closeted. Now, he wants sport to become a safer place for athletes who are still navigating that fear.</w:t>
      </w:r>
      <w:r/>
    </w:p>
    <w:p>
      <w:r/>
      <w:r>
        <w:t>That contrast gives his story its emotional pull. The bright lights of drag and the quiet concentration of a diving platform might seem worlds apart, but both have become ways for Faminoff to communicate who he is.</w:t>
      </w:r>
      <w:r/>
    </w:p>
    <w:p>
      <w:pPr>
        <w:pStyle w:val="Heading2"/>
      </w:pPr>
      <w:r>
        <w:t>Hazel is more than a stage name</w:t>
      </w:r>
      <w:r/>
    </w:p>
    <w:p>
      <w:r/>
      <w:r>
        <w:t>Faminoff’s drag persona has quickly become a significant part of his public identity. Coverage from Outsports described Hazel’s appearances at Pride Toronto, Vancouver Pride and on Canada’s Drag Race, where performance, humour and self-expression helped broaden his platform.</w:t>
      </w:r>
      <w:r/>
    </w:p>
    <w:p>
      <w:r/>
      <w:r>
        <w:t>Drag also gives him a practical way to talk about visibility. It isn't simply about being seen under a spotlight for a few minutes; it’s about creating room for other people to feel recognised, too. That matters particularly in sport, where young LGBTQ+ athletes can still feel pressure to keep parts of themselves hidden.</w:t>
      </w:r>
      <w:r/>
    </w:p>
    <w:p>
      <w:r/>
      <w:r>
        <w:t>There’s a pleasing symmetry here. Faminoff once used movement to cope with uncertainty in the air and on the board. Today, movement, costume and performance help him challenge the silence around inclusion.</w:t>
      </w:r>
      <w:r/>
    </w:p>
    <w:p>
      <w:pPr>
        <w:pStyle w:val="Heading2"/>
      </w:pPr>
      <w:r>
        <w:t>Why safer sports spaces need more than slogans</w:t>
      </w:r>
      <w:r/>
    </w:p>
    <w:p>
      <w:r/>
      <w:r>
        <w:t>Faminoff’s vision for inclusion is refreshingly concrete. He has argued that clubs and governing bodies need published anti-harassment policies, reporting systems that don't force athletes to go through their own coach, and clear public responses when LGBTQ+ competitors are targeted.</w:t>
      </w:r>
      <w:r/>
    </w:p>
    <w:p>
      <w:r/>
      <w:r>
        <w:t>That last point is especially important. A rainbow logo or supportive statement can look polished, but athletes notice what happens when trouble arrives. As Faminoff told Outsports, backing an athlete publicly shows that an organisation’s support is more than a slogan.</w:t>
      </w:r>
      <w:r/>
    </w:p>
    <w:p>
      <w:r/>
      <w:r>
        <w:t>The same principle applies to daily behaviour. Using the correct names and pronouns, challenging offensive jokes and helping parents understand what their children may be experiencing are small actions with a large cumulative effect. They make inclusion feel ordinary rather than performative.</w:t>
      </w:r>
      <w:r/>
    </w:p>
    <w:p>
      <w:pPr>
        <w:pStyle w:val="Heading2"/>
      </w:pPr>
      <w:r>
        <w:t>His Florida State years still shape the message</w:t>
      </w:r>
      <w:r/>
    </w:p>
    <w:p>
      <w:r/>
      <w:r>
        <w:t>Faminoff’s earlier coming-out story, reported by Outsports, showed how important diving became during his time at Florida State. The sport helped distract him from the stress of living in the closet, and coming out later allowed it to become a fuller form of self-expression.</w:t>
      </w:r>
      <w:r/>
    </w:p>
    <w:p>
      <w:r/>
      <w:r>
        <w:t>His achievements at Florida State also gave him a visible place within collegiate sport. Outsports coverage of his university career highlighted both his success as a diver and the significance of competing openly as a gay athlete.</w:t>
      </w:r>
      <w:r/>
    </w:p>
    <w:p>
      <w:r/>
      <w:r>
        <w:t>That history explains why his advocacy now feels personal rather than abstract. He isn't offering a distant policy lecture. He’s describing the kind of support he needed himself, and the gaps he remembers clearly.</w:t>
      </w:r>
      <w:r/>
    </w:p>
    <w:p>
      <w:pPr>
        <w:pStyle w:val="Heading2"/>
      </w:pPr>
      <w:r>
        <w:t>Public speaking could be his most important performance yet</w:t>
      </w:r>
      <w:r/>
    </w:p>
    <w:p>
      <w:r/>
      <w:r>
        <w:t>The Pride panel appears to have reignited Faminoff’s connection with diving and with the wider sports community. He has spoken about checking in on fellow athletes, helping people find their voice and holding organisations accountable for how they treat their members.</w:t>
      </w:r>
      <w:r/>
    </w:p>
    <w:p>
      <w:r/>
      <w:r>
        <w:t>Meanwhile, Hazel’s momentum gives him an unusually broad audience. Drag brings energy, wit and visibility; sport brings lived experience and institutional knowledge. Together, they create a compelling platform for conversations that might otherwise feel dry or defensive.</w:t>
      </w:r>
      <w:r/>
    </w:p>
    <w:p>
      <w:r/>
      <w:r>
        <w:t>For young athletes, that combination could be reassuring. Seeing someone move from the diving board to a national drag stage, then into advocacy, suggests that identity isn't a career limitation. It can become the source of a much bigger one.</w:t>
      </w:r>
      <w:r/>
    </w:p>
    <w:p>
      <w:r/>
      <w:r>
        <w:t>A safer sporting culture starts with clear rules, everyday respect and people willing to speak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2">
        <w:r>
          <w:rPr>
            <w:color w:val="0000EE"/>
            <w:u w:val="single"/>
          </w:rPr>
          <w:t>[3]</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[3]</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https://www.outsports.com/2026/9/3/24142739/aidan-faminoff-hazel-canada-drag-race-gay-florida-state-diving-ncaa-pride/</w:t>
        </w:r>
      </w:hyperlink>
      <w:r>
        <w:t xml:space="preserve"> - Please view link - unable to able to access data</w:t>
      </w:r>
      <w:r/>
    </w:p>
    <w:p>
      <w:pPr>
        <w:pStyle w:val="ListNumber"/>
        <w:spacing w:line="240" w:lineRule="auto"/>
        <w:ind w:left="720"/>
      </w:pPr>
      <w:r/>
      <w:hyperlink r:id="rId9">
        <w:r>
          <w:rPr>
            <w:color w:val="0000EE"/>
            <w:u w:val="single"/>
          </w:rPr>
          <w:t>https://www.outsports.com/2026/9/3/24142739/aidan-faminoff-hazel-canada-drag-race-gay-florida-state-diving-ncaa-pride/</w:t>
        </w:r>
      </w:hyperlink>
      <w:r>
        <w:t xml:space="preserve"> - Retired diver Aidan Faminoff, known in the drag community as Hazel, has transitioned into public speaking, focusing on diversity and inclusion in sports. He recently participated in a panel for Fierté dans la Capitale Pride and the European Union in Canada, reflecting on his journey from competitive diving in Canada to Florida State University. Hazel's rise in the drag scene includes appearances on 'Canada's Drag Race' and performances at Pride events in Toronto and Vancouver. Faminoff aims to create safe spaces for the 2SLGBTQIA+ community, sharing his experiences to inspire others to embrace their authentic selves.</w:t>
      </w:r>
      <w:r/>
    </w:p>
    <w:p>
      <w:pPr>
        <w:pStyle w:val="ListNumber"/>
        <w:spacing w:line="240" w:lineRule="auto"/>
        <w:ind w:left="720"/>
      </w:pPr>
      <w:r/>
      <w:hyperlink r:id="rId12">
        <w:r>
          <w:rPr>
            <w:color w:val="0000EE"/>
            <w:u w:val="single"/>
          </w:rPr>
          <w:t>https://www.outsports.com/2025/11/21/24122521/hazel-drag-race-canada-aidan-faminoff-rupaul-paula-abdul/</w:t>
        </w:r>
      </w:hyperlink>
      <w:r>
        <w:t xml:space="preserve"> - In the premiere of 'Canada's Drag Race' Season 6, Hazel, the drag persona of retired diver Aidan Faminoff, showcased her talents with a striking runway look and energetic performance. Her silver gown and feathered headpiece impressed guest judge Paula Abdul. Hazel's debut highlighted her understanding of the 'More is More' theme, setting a high standard for the competition. Despite not winning the episode's top spot, her enthusiasm and style indicated a promising journey ahead in the series.</w:t>
      </w:r>
      <w:r/>
    </w:p>
    <w:p>
      <w:pPr>
        <w:pStyle w:val="ListNumber"/>
        <w:spacing w:line="240" w:lineRule="auto"/>
        <w:ind w:left="720"/>
      </w:pPr>
      <w:r/>
      <w:hyperlink r:id="rId10">
        <w:r>
          <w:rPr>
            <w:color w:val="0000EE"/>
            <w:u w:val="single"/>
          </w:rPr>
          <w:t>https://www.outsports.com/2025/11/19/24122348/hazel-aidan-faminoff-canadas-drag-race-queen-diving-gay-queer-lgbtq/</w:t>
        </w:r>
      </w:hyperlink>
      <w:r>
        <w:t xml:space="preserve"> - Aidan Faminoff, known as Hazel in the drag community, brings her elite diving experience to 'Canada's Drag Race' Season 6. In her introductory video, she draws parallels between her athletic background and the competition, expressing confidence in her performance. Faminoff's journey from a national-level diver to a drag performer reflects his adaptability and determination. He plans to host a viewing party in Vancouver for the show's premiere, embracing his dual identity as an athlete and drag artist.</w:t>
      </w:r>
      <w:r/>
    </w:p>
    <w:p>
      <w:pPr>
        <w:pStyle w:val="ListNumber"/>
        <w:spacing w:line="240" w:lineRule="auto"/>
        <w:ind w:left="720"/>
      </w:pPr>
      <w:r/>
      <w:hyperlink r:id="rId13">
        <w:r>
          <w:rPr>
            <w:color w:val="0000EE"/>
            <w:u w:val="single"/>
          </w:rPr>
          <w:t>https://www.outsports.com/2018/10/10/17958702/aidan-faminoff-florida-state-gay-diving-award</w:t>
        </w:r>
      </w:hyperlink>
      <w:r>
        <w:t xml:space="preserve"> - Aidan Faminoff, an openly gay diver at Florida State University, earned the ACC Diver of the Week award after securing his first springboard victory. Representing his hometown of Victoria, B.C., Faminoff's performance included a first-place finish on the 1-meter board and a fourth-place finish on the 3-meter board. His achievements highlight the intersection of athletic excellence and LGBTQ+ visibility in collegiate sports.</w:t>
      </w:r>
      <w:r/>
    </w:p>
    <w:p>
      <w:pPr>
        <w:pStyle w:val="ListNumber"/>
        <w:spacing w:line="240" w:lineRule="auto"/>
        <w:ind w:left="720"/>
      </w:pPr>
      <w:r/>
      <w:hyperlink r:id="rId11">
        <w:r>
          <w:rPr>
            <w:color w:val="0000EE"/>
            <w:u w:val="single"/>
          </w:rPr>
          <w:t>https://www.outsports.com/2017/10/25/16526020/aidan-faminoff-florida-state-diving-gay-coming-out/</w:t>
        </w:r>
      </w:hyperlink>
      <w:r>
        <w:t xml:space="preserve"> - Aidan Faminoff, a diver at Florida State University, shares his journey of coming out as gay during his collegiate career. He reflects on how embracing his true self enhanced his performance and comfort within his team. Faminoff's openness serves as an inspiration for other LGBTQ+ athletes, demonstrating the positive impact of authenticity on athletic success and personal well-being.</w:t>
      </w:r>
      <w:r/>
    </w:p>
    <w:p>
      <w:pPr>
        <w:pStyle w:val="ListNumber"/>
        <w:spacing w:line="240" w:lineRule="auto"/>
        <w:ind w:left="720"/>
      </w:pPr>
      <w:r/>
      <w:hyperlink r:id="rId10">
        <w:r>
          <w:rPr>
            <w:color w:val="0000EE"/>
            <w:u w:val="single"/>
          </w:rPr>
          <w:t>https://www.outsports.com/2025/11/19/24122348/hazel-aidan-faminoff-canadas-drag-race-queen-diving-gay-queer-lgbtq/</w:t>
        </w:r>
      </w:hyperlink>
      <w:r>
        <w:t xml:space="preserve"> - Aidan Faminoff, known as Hazel in the drag community, brings her elite diving experience to 'Canada's Drag Race' Season 6. In her introductory video, she draws parallels between her athletic background and the competition, expressing confidence in her performance. Faminoff's journey from a national-level diver to a drag performer reflects his adaptability and determination. He plans to host a viewing party in Vancouver for the show's premiere, embracing his dual identity as an athlete and drag artist.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9/3/24142739/aidan-faminoff-hazel-canada-drag-race-gay-florida-state-diving-ncaa-pride/" TargetMode="External"/><Relationship Id="rId10" Type="http://schemas.openxmlformats.org/officeDocument/2006/relationships/hyperlink" Target="https://www.outsports.com/2025/11/19/24122348/hazel-aidan-faminoff-canadas-drag-race-queen-diving-gay-queer-lgbtq/" TargetMode="External"/><Relationship Id="rId11" Type="http://schemas.openxmlformats.org/officeDocument/2006/relationships/hyperlink" Target="https://www.outsports.com/2017/10/25/16526020/aidan-faminoff-florida-state-diving-gay-coming-out/" TargetMode="External"/><Relationship Id="rId12" Type="http://schemas.openxmlformats.org/officeDocument/2006/relationships/hyperlink" Target="https://www.outsports.com/2025/11/21/24122521/hazel-drag-race-canada-aidan-faminoff-rupaul-paula-abdul/" TargetMode="External"/><Relationship Id="rId13" Type="http://schemas.openxmlformats.org/officeDocument/2006/relationships/hyperlink" Target="https://www.outsports.com/2018/10/10/17958702/aidan-faminoff-florida-state-gay-diving-a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