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Meet HeroOTPups, a cosy LGBTQ+ streamer for indie horror fans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Viewers looking for a warm, welcoming Twitch community have a new streamer to watch. HeroOTPups brings cosy chaos to indie games, horror, platformers and party favourites, with weekday streams, occasional weekend sessions and a friendly space known as the Puppy Den.</w:t>
      </w:r>
      <w:r/>
    </w:p>
    <w:p>
      <w:pPr>
        <w:pStyle w:val="Heading2"/>
      </w:pPr>
      <w:r>
        <w:t>Essential Takeaways</w:t>
      </w:r>
      <w:r/>
      <w:r/>
    </w:p>
    <w:p>
      <w:pPr>
        <w:pStyle w:val="ListBullet"/>
        <w:spacing w:line="240" w:lineRule="auto"/>
        <w:ind w:left="720"/>
      </w:pPr>
      <w:r/>
      <w:r>
        <w:rPr>
          <w:b/>
        </w:rPr>
        <w:t>A varied game mix:</w:t>
      </w:r>
      <w:r>
        <w:t xml:space="preserve"> Expect Peak, Dead by Daylight, Fall Guys and Goose Goose Duck, alongside indie, horror and platform titles.</w:t>
      </w:r>
      <w:r/>
    </w:p>
    <w:p>
      <w:pPr>
        <w:pStyle w:val="ListBullet"/>
        <w:spacing w:line="240" w:lineRule="auto"/>
        <w:ind w:left="720"/>
      </w:pPr>
      <w:r/>
      <w:r>
        <w:rPr>
          <w:b/>
        </w:rPr>
        <w:t>A relaxed personality:</w:t>
      </w:r>
      <w:r>
        <w:t xml:space="preserve"> HeroOTPups describes the channel as cosy, chaotic and fun.</w:t>
      </w:r>
      <w:r/>
    </w:p>
    <w:p>
      <w:pPr>
        <w:pStyle w:val="ListBullet"/>
        <w:spacing w:line="240" w:lineRule="auto"/>
        <w:ind w:left="720"/>
      </w:pPr>
      <w:r/>
      <w:r>
        <w:rPr>
          <w:b/>
        </w:rPr>
        <w:t>A welcoming community:</w:t>
      </w:r>
      <w:r>
        <w:t xml:space="preserve"> The Puppy Den is designed as a warm space for LGBTQ+ viewers and allies.</w:t>
      </w:r>
      <w:r/>
    </w:p>
    <w:p>
      <w:pPr>
        <w:pStyle w:val="ListBullet"/>
        <w:spacing w:line="240" w:lineRule="auto"/>
        <w:ind w:left="720"/>
      </w:pPr>
      <w:r/>
      <w:r>
        <w:rPr>
          <w:b/>
        </w:rPr>
        <w:t>A flexible schedule:</w:t>
      </w:r>
      <w:r>
        <w:t xml:space="preserve"> Streams usually happen from Monday to Friday, with occasional weekend appearances.</w:t>
      </w:r>
      <w:r/>
    </w:p>
    <w:p>
      <w:pPr>
        <w:pStyle w:val="ListBullet"/>
        <w:spacing w:line="240" w:lineRule="auto"/>
        <w:ind w:left="720"/>
      </w:pPr>
      <w:r/>
      <w:r>
        <w:rPr>
          <w:b/>
        </w:rPr>
        <w:t>A Nintendo connection:</w:t>
      </w:r>
      <w:r>
        <w:t xml:space="preserve"> The Legend of Zelda: The Wind Waker and Majora's Mask share the top spot among HeroOTPups' favourite games.</w:t>
      </w:r>
      <w:r/>
      <w:r/>
    </w:p>
    <w:p>
      <w:pPr>
        <w:pStyle w:val="Heading2"/>
      </w:pPr>
      <w:r>
        <w:t>HeroOTPups brings cosy chaos to Twitch</w:t>
      </w:r>
      <w:r/>
    </w:p>
    <w:p>
      <w:r/>
      <w:r>
        <w:t>Some gaming streams feel like a competition; others feel more like dropping into a friend's living room, where something funny is probably about to happen. HeroOTPups sits firmly in the second camp, pairing a soft, welcoming atmosphere with the unpredictability of horror games and multiplayer mayhem.</w:t>
      </w:r>
      <w:r/>
    </w:p>
    <w:p>
      <w:r/>
      <w:r>
        <w:t>The channel is built around indie games, horror and platformers, but the line-up has plenty of variety. Twitch listings show HeroOTPups' focus includes Peak, Dead by Daylight and Fall Guys, making the channel a good fit for viewers who like switching from nervous laughter to full-on party-game chaos. According to Gayming Magazine, the streamer sums up the style in three words: cosy, chaotic and fun.</w:t>
      </w:r>
      <w:r/>
    </w:p>
    <w:p>
      <w:pPr>
        <w:pStyle w:val="Heading2"/>
      </w:pPr>
      <w:r>
        <w:t>What can viewers expect from the Puppy Den?</w:t>
      </w:r>
      <w:r/>
    </w:p>
    <w:p>
      <w:r/>
      <w:r>
        <w:t>The community element is clearly central to the channel. HeroOTPups describes the space as the Puppy Den, a warm and welcoming community for people who want company while watching games, chatting or simply winding down after a long day.</w:t>
      </w:r>
      <w:r/>
    </w:p>
    <w:p>
      <w:r/>
      <w:r>
        <w:t>That balance matters in a crowded streaming landscape. Horror provides the jump scares, while games such as Fall Guys and Goose Goose Duck keep things playful and social. The result sounds less like a tightly scripted broadcast and more like an open invitation to join the group, which is often exactly what viewers are looking for.</w:t>
      </w:r>
      <w:r/>
    </w:p>
    <w:p>
      <w:pPr>
        <w:pStyle w:val="Heading2"/>
      </w:pPr>
      <w:r>
        <w:t>Horror, party games and plenty of variety</w:t>
      </w:r>
      <w:r/>
    </w:p>
    <w:p>
      <w:r/>
      <w:r>
        <w:t>HeroOTPups' current game choices cover several moods. Peak and Dead by Daylight offer tension and unpredictable moments, while Fall Guys brings bright, silly competition. Goose Goose Duck adds another social deduction option, where the fun often comes from watching friendships become temporarily suspicious.</w:t>
      </w:r>
      <w:r/>
    </w:p>
    <w:p>
      <w:r/>
      <w:r>
        <w:t>That spread also gives the channel an easy entry point. If horror isn't your thing, there's platforming or party play; if competitive games feel too intense, the streamer’s relaxed presentation offers a softer landing. Viewers can find HeroOTPups on Twitch, while TikTok provides another route into the creator's online presence.</w:t>
      </w:r>
      <w:r/>
    </w:p>
    <w:p>
      <w:pPr>
        <w:pStyle w:val="Heading2"/>
      </w:pPr>
      <w:r>
        <w:t>A Zelda fan at heart</w:t>
      </w:r>
      <w:r/>
    </w:p>
    <w:p>
      <w:r/>
      <w:r>
        <w:t>Behind the newer multiplayer favourites is a strong affection for Nintendo adventure games. HeroOTPups names The Legend of Zelda: The Wind Waker and Majora's Mask as joint favourite games of all time, a pairing that says plenty about the kind of player they are.</w:t>
      </w:r>
      <w:r/>
    </w:p>
    <w:p>
      <w:r/>
      <w:r>
        <w:t>The Wind Waker brings bright seas, expressive characters and a breezy sense of discovery. Majora's Mask is stranger, darker and more emotionally intense, with a world built around a ticking clock. Together, they make a revealing double act: colourful comfort on one side, eerie atmosphere on the other.</w:t>
      </w:r>
      <w:r/>
    </w:p>
    <w:p>
      <w:pPr>
        <w:pStyle w:val="Heading2"/>
      </w:pPr>
      <w:r>
        <w:t>When and where to watch HeroOTPups</w:t>
      </w:r>
      <w:r/>
    </w:p>
    <w:p>
      <w:r/>
      <w:r>
        <w:t>The schedule is deliberately flexible, with streams expected on any day from Monday to Friday and sometimes at weekends. That approach can suit viewers who enjoy a regular weekday check-in without expecting every session to land at exactly the same time.</w:t>
      </w:r>
      <w:r/>
    </w:p>
    <w:p>
      <w:r/>
      <w:r>
        <w:t>For the latest broadcasts, Twitch is the main destination, while TikTok can help viewers discover clips and updates. The streamer says birthday streams have been especially memorable because they offer a chance to celebrate with the community. That's a lovely reminder that the best channels aren't only about the games on screen; they're also about the people who keep coming back.</w:t>
      </w:r>
      <w:r/>
    </w:p>
    <w:p>
      <w:r/>
      <w:r>
        <w:t>HeroOTPups is a promising pick for anyone searching for a friendly LGBTQ+ gaming community with a little horror, a lot of humour and no shortage of playful disorder.</w:t>
      </w:r>
      <w:r/>
    </w:p>
    <w:p>
      <w:r/>
      <w:r>
        <w:t>It's a small, welcoming corner of Twitch where cosy and chaotic can happily coexist.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11">
        <w:r>
          <w:rPr>
            <w:color w:val="0000EE"/>
            <w:u w:val="single"/>
          </w:rPr>
          <w:t>[5]</w:t>
        </w:r>
      </w:hyperlink>
      <w:r>
        <w:t xml:space="preserve">, </w:t>
      </w:r>
      <w:hyperlink r:id="rId12">
        <w:r>
          <w:rPr>
            <w:color w:val="0000EE"/>
            <w:u w:val="single"/>
          </w:rPr>
          <w:t>[6]</w:t>
        </w:r>
      </w:hyperlink>
      <w:r>
        <w:t xml:space="preserve">, </w:t>
      </w:r>
      <w:hyperlink r:id="rId13">
        <w:r>
          <w:rPr>
            <w:color w:val="0000EE"/>
            <w:u w:val="single"/>
          </w:rPr>
          <w:t>[7]</w:t>
        </w:r>
      </w:hyperlink>
      <w:r>
        <w:t xml:space="preserve">- Paragraph 3: </w:t>
      </w:r>
      <w:hyperlink r:id="rId9">
        <w:r>
          <w:rPr>
            <w:color w:val="0000EE"/>
            <w:u w:val="single"/>
          </w:rPr>
          <w:t>[2]</w:t>
        </w:r>
      </w:hyperlink>
      <w:r>
        <w:t xml:space="preserve">, </w:t>
      </w:r>
      <w:hyperlink r:id="rId10">
        <w:r>
          <w:rPr>
            <w:color w:val="0000EE"/>
            <w:u w:val="single"/>
          </w:rPr>
          <w:t>[3]</w:t>
        </w:r>
      </w:hyperlink>
      <w:r>
        <w:t xml:space="preserve">- Paragraph 4: </w:t>
      </w:r>
      <w:hyperlink r:id="rId9">
        <w:r>
          <w:rPr>
            <w:color w:val="0000EE"/>
            <w:u w:val="single"/>
          </w:rPr>
          <w:t>[2]</w:t>
        </w:r>
      </w:hyperlink>
      <w:r>
        <w:t xml:space="preserve">, </w:t>
      </w:r>
      <w:hyperlink r:id="rId14">
        <w:r>
          <w:rPr>
            <w:color w:val="0000EE"/>
            <w:u w:val="single"/>
          </w:rPr>
          <w:t>[4]</w:t>
        </w:r>
      </w:hyperlink>
      <w:r>
        <w:t xml:space="preserve">- Paragraph 5: </w:t>
      </w:r>
      <w:hyperlink r:id="rId11">
        <w:r>
          <w:rPr>
            <w:color w:val="0000EE"/>
            <w:u w:val="single"/>
          </w:rPr>
          <w:t>[5]</w:t>
        </w:r>
      </w:hyperlink>
      <w:r>
        <w:t xml:space="preserve">, </w:t>
      </w:r>
      <w:hyperlink r:id="rId12">
        <w:r>
          <w:rPr>
            <w:color w:val="0000EE"/>
            <w:u w:val="single"/>
          </w:rPr>
          <w:t>[6]</w:t>
        </w:r>
      </w:hyperlink>
      <w:r>
        <w:t xml:space="preserve">, </w:t>
      </w:r>
      <w:hyperlink r:id="rId13">
        <w:r>
          <w:rPr>
            <w:color w:val="0000EE"/>
            <w:u w:val="single"/>
          </w:rPr>
          <w:t>[7]</w:t>
        </w:r>
      </w:hyperlink>
      <w:r>
        <w:t xml:space="preserve">- Paragraph 6: </w:t>
      </w:r>
      <w:hyperlink r:id="rId9">
        <w:r>
          <w:rPr>
            <w:color w:val="0000EE"/>
            <w:u w:val="single"/>
          </w:rPr>
          <w:t>[2]</w:t>
        </w:r>
      </w:hyperlink>
      <w:r>
        <w:t xml:space="preserve">, </w:t>
      </w:r>
      <w:hyperlink r:id="rId14">
        <w:r>
          <w:rPr>
            <w:color w:val="0000EE"/>
            <w:u w:val="single"/>
          </w:rPr>
          <w:t>[4]</w:t>
        </w:r>
      </w:hyperlink>
      <w:r>
        <w:t xml:space="preserve">- Paragraph 7: </w:t>
      </w:r>
      <w:hyperlink r:id="rId9">
        <w:r>
          <w:rPr>
            <w:color w:val="0000EE"/>
            <w:u w:val="single"/>
          </w:rPr>
          <w:t>[2]</w:t>
        </w:r>
      </w:hyperlink>
      <w:r>
        <w:t xml:space="preserve">, </w:t>
      </w:r>
      <w:hyperlink r:id="rId10">
        <w:r>
          <w:rPr>
            <w:color w:val="0000EE"/>
            <w:u w:val="single"/>
          </w:rPr>
          <w:t>[3]</w:t>
        </w:r>
      </w:hyperlink>
      <w:r>
        <w:t xml:space="preserve">- Paragraph 8: </w:t>
      </w:r>
      <w:hyperlink r:id="rId9">
        <w:r>
          <w:rPr>
            <w:color w:val="0000EE"/>
            <w:u w:val="single"/>
          </w:rPr>
          <w:t>[2]</w:t>
        </w:r>
      </w:hyperlink>
      <w:r>
        <w:t xml:space="preserve">, </w:t>
      </w:r>
      <w:hyperlink r:id="rId14">
        <w:r>
          <w:rPr>
            <w:color w:val="0000EE"/>
            <w:u w:val="single"/>
          </w:rPr>
          <w:t>[4]</w:t>
        </w:r>
      </w:hyperlink>
      <w:r>
        <w:t xml:space="preserve">- Paragraph 9: </w:t>
      </w:r>
      <w:hyperlink r:id="rId9">
        <w:r>
          <w:rPr>
            <w:color w:val="0000EE"/>
            <w:u w:val="single"/>
          </w:rPr>
          <w:t>[2]</w:t>
        </w:r>
      </w:hyperlink>
      <w:r>
        <w:t xml:space="preserve">, </w:t>
      </w:r>
      <w:hyperlink r:id="rId10">
        <w:r>
          <w:rPr>
            <w:color w:val="0000EE"/>
            <w:u w:val="single"/>
          </w:rPr>
          <w:t>[3]</w:t>
        </w:r>
      </w:hyperlink>
      <w:r>
        <w:t xml:space="preserve">- Paragraph 10: </w:t>
      </w:r>
      <w:hyperlink r:id="rId9">
        <w:r>
          <w:rPr>
            <w:color w:val="0000EE"/>
            <w:u w:val="single"/>
          </w:rPr>
          <w:t>[2]</w:t>
        </w:r>
      </w:hyperlink>
      <w:r>
        <w:t xml:space="preserve">, </w:t>
      </w:r>
      <w:hyperlink r:id="rId10">
        <w:r>
          <w:rPr>
            <w:color w:val="0000EE"/>
            <w:u w:val="single"/>
          </w:rPr>
          <w:t>[3]</w:t>
        </w:r>
      </w:hyperlink>
      <w:r>
        <w:t xml:space="preserve">- Paragraph 11: </w:t>
      </w:r>
      <w:hyperlink r:id="rId9">
        <w:r>
          <w:rPr>
            <w:color w:val="0000EE"/>
            <w:u w:val="single"/>
          </w:rPr>
          <w:t>[2]</w:t>
        </w:r>
      </w:hyperlink>
      <w:r>
        <w:t xml:space="preserve">, </w:t>
      </w:r>
      <w:hyperlink r:id="rId14">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https://gaymingmag.com/2026/09/streamer-of-the-week-herootpups/?utm_source=rss&amp;utm_medium=rss&amp;utm_campaign=streamer-of-the-week-herootpups</w:t>
        </w:r>
      </w:hyperlink>
      <w:r>
        <w:t xml:space="preserve"> - Please view link - unable to able to access data</w:t>
      </w:r>
      <w:r/>
    </w:p>
    <w:p>
      <w:pPr>
        <w:pStyle w:val="ListNumber"/>
        <w:spacing w:line="240" w:lineRule="auto"/>
        <w:ind w:left="720"/>
      </w:pPr>
      <w:r/>
      <w:hyperlink r:id="rId9">
        <w:r>
          <w:rPr>
            <w:color w:val="0000EE"/>
            <w:u w:val="single"/>
          </w:rPr>
          <w:t>https://gaymingmag.com/2026/09/streamer-of-the-week-herootpups/?utm_source=rss&amp;utm_medium=rss&amp;utm_campaign=streamer-of-the-week-herootpups</w:t>
        </w:r>
      </w:hyperlink>
      <w:r>
        <w:t xml:space="preserve"> - This article features HeroOTPups as the 'Streamer of the Week', highlighting his gaming preferences, streaming style, and community engagement. HeroOTPups identifies as a cis-gay male and uses he/him and they/them pronouns. He primarily streams indie, horror, and platformer games, including titles like Peak, Dead by Daylight, Fall Guys, and Goose Goose Duck. His most memorable streaming moments are his birthday streams, where he celebrates with his community. His favourite games are 'Legend of Zelda: Wind Waker' and 'Majora’s Mask'. He describes his streaming style as cozy, chaotic, and fun, with a schedule that includes any day from Monday to Friday and sometimes weekends. Viewers can find him on Twitch and TikTok. He invites viewers to join his welcoming community, the Puppy Den.</w:t>
      </w:r>
      <w:r/>
    </w:p>
    <w:p>
      <w:pPr>
        <w:pStyle w:val="ListNumber"/>
        <w:spacing w:line="240" w:lineRule="auto"/>
        <w:ind w:left="720"/>
      </w:pPr>
      <w:r/>
      <w:hyperlink r:id="rId10">
        <w:r>
          <w:rPr>
            <w:color w:val="0000EE"/>
            <w:u w:val="single"/>
          </w:rPr>
          <w:t>https://twitch.tv/HeroOTPups</w:t>
        </w:r>
      </w:hyperlink>
      <w:r>
        <w:t xml:space="preserve"> - HeroOTPups' Twitch channel, where he streams a variety of games, including indie, horror, and platformers. His streaming style is described as cozy, chaotic, and fun, and he invites viewers to join his welcoming community, the Puppy Den.</w:t>
      </w:r>
      <w:r/>
    </w:p>
    <w:p>
      <w:pPr>
        <w:pStyle w:val="ListNumber"/>
        <w:spacing w:line="240" w:lineRule="auto"/>
        <w:ind w:left="720"/>
      </w:pPr>
      <w:r/>
      <w:hyperlink r:id="rId14">
        <w:r>
          <w:rPr>
            <w:color w:val="0000EE"/>
            <w:u w:val="single"/>
          </w:rPr>
          <w:t>https://www.tiktok.com/@HeroOTPups</w:t>
        </w:r>
      </w:hyperlink>
      <w:r>
        <w:t xml:space="preserve"> - HeroOTPups' TikTok profile, where he shares content related to his gaming streams and community engagement. His streaming style is described as cozy, chaotic, and fun, and he invites viewers to join his welcoming community, the Puppy Den.</w:t>
      </w:r>
      <w:r/>
    </w:p>
    <w:p>
      <w:pPr>
        <w:pStyle w:val="ListNumber"/>
        <w:spacing w:line="240" w:lineRule="auto"/>
        <w:ind w:left="720"/>
      </w:pPr>
      <w:r/>
      <w:hyperlink r:id="rId11">
        <w:r>
          <w:rPr>
            <w:color w:val="0000EE"/>
            <w:u w:val="single"/>
          </w:rPr>
          <w:t>https://www.twitch.tv/directory/game/Peak</w:t>
        </w:r>
      </w:hyperlink>
      <w:r>
        <w:t xml:space="preserve"> - A directory page on Twitch for the game 'Peak', which HeroOTPups streams. The page lists live streams and videos related to the game, providing viewers with content to watch and engage with.</w:t>
      </w:r>
      <w:r/>
    </w:p>
    <w:p>
      <w:pPr>
        <w:pStyle w:val="ListNumber"/>
        <w:spacing w:line="240" w:lineRule="auto"/>
        <w:ind w:left="720"/>
      </w:pPr>
      <w:r/>
      <w:hyperlink r:id="rId12">
        <w:r>
          <w:rPr>
            <w:color w:val="0000EE"/>
            <w:u w:val="single"/>
          </w:rPr>
          <w:t>https://www.twitch.tv/directory/game/Dead%20by%20Daylight</w:t>
        </w:r>
      </w:hyperlink>
      <w:r>
        <w:t xml:space="preserve"> - A directory page on Twitch for the game 'Dead by Daylight', which HeroOTPups streams. The page lists live streams and videos related to the game, providing viewers with content to watch and engage with.</w:t>
      </w:r>
      <w:r/>
    </w:p>
    <w:p>
      <w:pPr>
        <w:pStyle w:val="ListNumber"/>
        <w:spacing w:line="240" w:lineRule="auto"/>
        <w:ind w:left="720"/>
      </w:pPr>
      <w:r/>
      <w:hyperlink r:id="rId13">
        <w:r>
          <w:rPr>
            <w:color w:val="0000EE"/>
            <w:u w:val="single"/>
          </w:rPr>
          <w:t>https://www.twitch.tv/directory/game/Fall%20Guys%3A%20Ultimate%20Knockout</w:t>
        </w:r>
      </w:hyperlink>
      <w:r>
        <w:t xml:space="preserve"> - A directory page on Twitch for the game 'Fall Guys: Ultimate Knockout', which HeroOTPups streams. The page lists live streams and videos related to the game, providing viewers with content to watch and engage with.</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aymingmag.com/2026/09/streamer-of-the-week-herootpups/?utm_source=rss&amp;utm_medium=rss&amp;utm_campaign=streamer-of-the-week-herootpups" TargetMode="External"/><Relationship Id="rId10" Type="http://schemas.openxmlformats.org/officeDocument/2006/relationships/hyperlink" Target="https://twitch.tv/HeroOTPups" TargetMode="External"/><Relationship Id="rId11" Type="http://schemas.openxmlformats.org/officeDocument/2006/relationships/hyperlink" Target="https://www.twitch.tv/directory/game/Peak" TargetMode="External"/><Relationship Id="rId12" Type="http://schemas.openxmlformats.org/officeDocument/2006/relationships/hyperlink" Target="https://www.twitch.tv/directory/game/Dead%20by%20Daylight" TargetMode="External"/><Relationship Id="rId13" Type="http://schemas.openxmlformats.org/officeDocument/2006/relationships/hyperlink" Target="https://www.twitch.tv/directory/game/Fall%20Guys%3A%20Ultimate%20Knockout" TargetMode="External"/><Relationship Id="rId14" Type="http://schemas.openxmlformats.org/officeDocument/2006/relationships/hyperlink" Target="https://www.tiktok.com/@HeroOTPup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